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BEDFB0" w14:textId="29F0BC3D" w:rsidR="00785E33" w:rsidRPr="00C64B17" w:rsidRDefault="00785E33" w:rsidP="00785E33">
      <w:pPr>
        <w:pStyle w:val="Title"/>
        <w:rPr>
          <w:sz w:val="48"/>
          <w:szCs w:val="48"/>
        </w:rPr>
      </w:pPr>
      <w:r w:rsidRPr="00C64B17">
        <w:rPr>
          <w:sz w:val="48"/>
          <w:szCs w:val="48"/>
        </w:rPr>
        <w:t xml:space="preserve">Microbial </w:t>
      </w:r>
      <w:r w:rsidR="009C25E8">
        <w:rPr>
          <w:sz w:val="48"/>
          <w:szCs w:val="48"/>
        </w:rPr>
        <w:t>Communities</w:t>
      </w:r>
      <w:r w:rsidRPr="00C64B17">
        <w:rPr>
          <w:sz w:val="48"/>
          <w:szCs w:val="48"/>
        </w:rPr>
        <w:t xml:space="preserve"> and Transmission Dynamics of Escalating Infectious Diseases </w:t>
      </w:r>
    </w:p>
    <w:p w14:paraId="3F937BB7" w14:textId="74EB0506" w:rsidR="005A2C63" w:rsidRDefault="0061783E" w:rsidP="00785E33">
      <w:pPr>
        <w:rPr>
          <w:rFonts w:asciiTheme="majorHAnsi" w:hAnsiTheme="majorHAnsi" w:cstheme="majorHAnsi"/>
          <w:b/>
          <w:sz w:val="28"/>
        </w:rPr>
      </w:pPr>
      <w:r>
        <w:rPr>
          <w:rFonts w:asciiTheme="majorHAnsi" w:hAnsiTheme="majorHAnsi" w:cstheme="majorHAnsi"/>
          <w:b/>
          <w:sz w:val="28"/>
        </w:rPr>
        <w:t>New Delhi</w:t>
      </w:r>
      <w:r w:rsidR="00C64B17" w:rsidRPr="00C64B17">
        <w:rPr>
          <w:rFonts w:asciiTheme="majorHAnsi" w:hAnsiTheme="majorHAnsi" w:cstheme="majorHAnsi"/>
          <w:b/>
          <w:sz w:val="28"/>
        </w:rPr>
        <w:t xml:space="preserve"> (</w:t>
      </w:r>
      <w:r>
        <w:rPr>
          <w:rFonts w:asciiTheme="majorHAnsi" w:hAnsiTheme="majorHAnsi" w:cstheme="majorHAnsi"/>
          <w:b/>
          <w:sz w:val="28"/>
        </w:rPr>
        <w:t>India), Workshop, 12</w:t>
      </w:r>
      <w:r>
        <w:rPr>
          <w:rFonts w:asciiTheme="majorHAnsi" w:hAnsiTheme="majorHAnsi" w:cstheme="majorHAnsi"/>
          <w:b/>
          <w:sz w:val="28"/>
          <w:vertAlign w:val="superscript"/>
        </w:rPr>
        <w:t>th</w:t>
      </w:r>
      <w:r w:rsidR="00C64B17" w:rsidRPr="00C64B17">
        <w:rPr>
          <w:rFonts w:asciiTheme="majorHAnsi" w:hAnsiTheme="majorHAnsi" w:cstheme="majorHAnsi"/>
          <w:b/>
          <w:sz w:val="28"/>
        </w:rPr>
        <w:t xml:space="preserve"> June 2023</w:t>
      </w:r>
      <w:r w:rsidR="00C64B17" w:rsidRPr="00C64B17">
        <w:rPr>
          <w:rFonts w:asciiTheme="majorHAnsi" w:hAnsiTheme="majorHAnsi" w:cstheme="majorHAnsi"/>
          <w:b/>
          <w:sz w:val="28"/>
        </w:rPr>
        <w:br/>
      </w:r>
      <w:r w:rsidR="00785E33" w:rsidRPr="00C64B17">
        <w:rPr>
          <w:rFonts w:asciiTheme="majorHAnsi" w:hAnsiTheme="majorHAnsi" w:cstheme="majorHAnsi"/>
          <w:b/>
          <w:sz w:val="28"/>
        </w:rPr>
        <w:t>Transcript of Discussion from Session 2, ‘Disease Priorities’</w:t>
      </w:r>
    </w:p>
    <w:p w14:paraId="772CA5FF" w14:textId="77777777" w:rsidR="005A2C63" w:rsidRDefault="005A2C63" w:rsidP="00785E33">
      <w:pPr>
        <w:rPr>
          <w:rFonts w:asciiTheme="majorHAnsi" w:hAnsiTheme="majorHAnsi" w:cstheme="majorHAnsi"/>
          <w:b/>
          <w:sz w:val="28"/>
        </w:rPr>
      </w:pPr>
    </w:p>
    <w:p w14:paraId="4C7E433A" w14:textId="77777777" w:rsidR="005A2C63" w:rsidRPr="008C3EE4" w:rsidRDefault="005A2C63" w:rsidP="005A2C63">
      <w:pPr>
        <w:spacing w:after="0"/>
        <w:jc w:val="both"/>
        <w:rPr>
          <w:rFonts w:ascii="Arial" w:hAnsi="Arial" w:cs="Arial"/>
        </w:rPr>
      </w:pPr>
      <w:r w:rsidRPr="008C3EE4">
        <w:rPr>
          <w:rFonts w:ascii="Arial" w:hAnsi="Arial" w:cs="Arial"/>
        </w:rPr>
        <w:t xml:space="preserve">Use of this data is intended for research purposes only. The opinions, statements, and views expressed in this data are solely those of the participants, and do not necessarily reflect the official stance or position of Wellcome or The Global Health Network, unless a statement is explicitly attributed to a Wellcome or The Global Health Network representative. Wellcome and The Global Health Network do not endorse or take responsibility for the accuracy, completeness, or reliability of the opinions, statements, and views contained in </w:t>
      </w:r>
      <w:r w:rsidRPr="00404CB1">
        <w:rPr>
          <w:rFonts w:ascii="Arial" w:hAnsi="Arial" w:cs="Arial"/>
        </w:rPr>
        <w:t>this data set</w:t>
      </w:r>
      <w:r w:rsidRPr="008C3EE4">
        <w:rPr>
          <w:rFonts w:ascii="Arial" w:hAnsi="Arial" w:cs="Arial"/>
        </w:rPr>
        <w:t>.</w:t>
      </w:r>
    </w:p>
    <w:p w14:paraId="22E5D433" w14:textId="77777777" w:rsidR="005A2C63" w:rsidRPr="008C3EE4" w:rsidRDefault="005A2C63" w:rsidP="005A2C63">
      <w:pPr>
        <w:spacing w:after="0"/>
        <w:jc w:val="both"/>
        <w:rPr>
          <w:rFonts w:ascii="Arial" w:hAnsi="Arial" w:cs="Arial"/>
        </w:rPr>
      </w:pPr>
    </w:p>
    <w:p w14:paraId="660A70FB" w14:textId="77777777" w:rsidR="005A2C63" w:rsidRPr="008C3EE4" w:rsidRDefault="005A2C63" w:rsidP="005A2C63">
      <w:pPr>
        <w:spacing w:after="0"/>
        <w:jc w:val="both"/>
        <w:rPr>
          <w:rFonts w:ascii="Arial" w:hAnsi="Arial" w:cs="Arial"/>
        </w:rPr>
      </w:pPr>
      <w:r w:rsidRPr="008C3EE4">
        <w:rPr>
          <w:rFonts w:ascii="Arial" w:hAnsi="Arial" w:cs="Arial"/>
        </w:rPr>
        <w:t>Users of this data are advised to exercise caution and critical judgment when interpreting the content. Wellcome and The Global Health Network shall not be held liable for any errors, omissions, or inaccuracies in the transcripts or for any consequences arising from the use of the data.</w:t>
      </w:r>
    </w:p>
    <w:p w14:paraId="399D3FD3" w14:textId="77777777" w:rsidR="005A2C63" w:rsidRPr="008C3EE4" w:rsidRDefault="005A2C63" w:rsidP="005A2C63">
      <w:pPr>
        <w:spacing w:after="0"/>
        <w:jc w:val="both"/>
        <w:rPr>
          <w:rFonts w:ascii="Arial" w:hAnsi="Arial" w:cs="Arial"/>
        </w:rPr>
      </w:pPr>
    </w:p>
    <w:p w14:paraId="60A6580B" w14:textId="77777777" w:rsidR="005A2C63" w:rsidRPr="008C3EE4" w:rsidRDefault="005A2C63" w:rsidP="005A2C63">
      <w:pPr>
        <w:spacing w:after="0"/>
        <w:jc w:val="both"/>
        <w:rPr>
          <w:rFonts w:ascii="Arial" w:hAnsi="Arial" w:cs="Arial"/>
        </w:rPr>
      </w:pPr>
      <w:r w:rsidRPr="008C3EE4">
        <w:rPr>
          <w:rFonts w:ascii="Arial" w:hAnsi="Arial" w:cs="Arial"/>
        </w:rPr>
        <w:t>Any utilization of this data is subject to proper attribution to Wellcome and The Global Health Network.</w:t>
      </w:r>
    </w:p>
    <w:p w14:paraId="0C1E393C" w14:textId="77777777" w:rsidR="005A2C63" w:rsidRDefault="005A2C63" w:rsidP="00785E33">
      <w:pPr>
        <w:rPr>
          <w:rFonts w:asciiTheme="majorHAnsi" w:hAnsiTheme="majorHAnsi" w:cstheme="majorHAnsi"/>
          <w:b/>
          <w:sz w:val="28"/>
        </w:rPr>
      </w:pPr>
    </w:p>
    <w:p w14:paraId="125837C4" w14:textId="7722531D" w:rsidR="0061783E" w:rsidRDefault="0061783E">
      <w:pPr>
        <w:spacing w:after="0"/>
        <w:rPr>
          <w:rFonts w:ascii="Arial" w:hAnsi="Arial"/>
        </w:rPr>
      </w:pPr>
    </w:p>
    <w:p w14:paraId="6885A4AD" w14:textId="77777777" w:rsidR="005A2C63" w:rsidRDefault="005A2C63">
      <w:pPr>
        <w:rPr>
          <w:rFonts w:ascii="Arial" w:hAnsi="Arial"/>
          <w:b/>
          <w:bCs/>
        </w:rPr>
      </w:pPr>
      <w:r>
        <w:rPr>
          <w:rFonts w:ascii="Arial" w:hAnsi="Arial"/>
          <w:b/>
          <w:bCs/>
        </w:rPr>
        <w:br w:type="page"/>
      </w:r>
    </w:p>
    <w:p w14:paraId="71A5AA34" w14:textId="5F8ABD1B" w:rsidR="0061783E" w:rsidRDefault="0061783E" w:rsidP="0061783E">
      <w:pPr>
        <w:spacing w:after="0"/>
        <w:rPr>
          <w:rFonts w:ascii="Arial" w:hAnsi="Arial"/>
          <w:color w:val="5D7284"/>
        </w:rPr>
      </w:pPr>
      <w:r w:rsidRPr="0E2B7E7B">
        <w:rPr>
          <w:rFonts w:ascii="Arial" w:hAnsi="Arial"/>
          <w:b/>
          <w:bCs/>
        </w:rPr>
        <w:lastRenderedPageBreak/>
        <w:t xml:space="preserve">Delhi F1 </w:t>
      </w:r>
    </w:p>
    <w:p w14:paraId="7B7F896B" w14:textId="77777777" w:rsidR="0061783E" w:rsidRDefault="0061783E" w:rsidP="0061783E">
      <w:pPr>
        <w:spacing w:after="0"/>
        <w:rPr>
          <w:rFonts w:ascii="Arial" w:hAnsi="Arial"/>
          <w:color w:val="5D7284"/>
        </w:rPr>
      </w:pPr>
      <w:r w:rsidRPr="0E2B7E7B">
        <w:rPr>
          <w:rFonts w:ascii="Arial" w:hAnsi="Arial"/>
        </w:rPr>
        <w:t xml:space="preserve">So hands up, who's </w:t>
      </w:r>
      <w:proofErr w:type="spellStart"/>
      <w:r w:rsidRPr="0E2B7E7B">
        <w:rPr>
          <w:rFonts w:ascii="Arial" w:hAnsi="Arial"/>
        </w:rPr>
        <w:t>gonna</w:t>
      </w:r>
      <w:proofErr w:type="spellEnd"/>
      <w:r w:rsidRPr="0E2B7E7B">
        <w:rPr>
          <w:rFonts w:ascii="Arial" w:hAnsi="Arial"/>
        </w:rPr>
        <w:t xml:space="preserve"> start us off at a game show host now. So, just to remind everybody, please tell us your name and where you come from and what your job role is. That'd be great.</w:t>
      </w:r>
    </w:p>
    <w:p w14:paraId="66C7C9E0" w14:textId="77777777" w:rsidR="0061783E" w:rsidRDefault="0061783E" w:rsidP="0061783E">
      <w:pPr>
        <w:spacing w:after="0"/>
      </w:pPr>
    </w:p>
    <w:p w14:paraId="199887E5" w14:textId="77777777" w:rsidR="0061783E" w:rsidRDefault="0061783E" w:rsidP="0061783E">
      <w:pPr>
        <w:spacing w:after="0"/>
        <w:rPr>
          <w:rFonts w:ascii="Arial" w:hAnsi="Arial"/>
          <w:color w:val="5D7284"/>
        </w:rPr>
      </w:pPr>
      <w:r w:rsidRPr="0E2B7E7B">
        <w:rPr>
          <w:rFonts w:ascii="Arial" w:hAnsi="Arial"/>
          <w:b/>
          <w:bCs/>
        </w:rPr>
        <w:t xml:space="preserve">Delhi 66  </w:t>
      </w:r>
    </w:p>
    <w:p w14:paraId="0BA216CA" w14:textId="4BBDE44C" w:rsidR="0061783E" w:rsidRDefault="0061783E" w:rsidP="0061783E">
      <w:pPr>
        <w:spacing w:after="0"/>
      </w:pPr>
      <w:r w:rsidRPr="0061783E">
        <w:rPr>
          <w:rFonts w:ascii="Arial" w:hAnsi="Arial"/>
        </w:rPr>
        <w:t xml:space="preserve"> So I was TB is definitely in the Asia Pacific list is a big </w:t>
      </w:r>
      <w:proofErr w:type="spellStart"/>
      <w:r w:rsidRPr="0061783E">
        <w:rPr>
          <w:rFonts w:ascii="Arial" w:hAnsi="Arial"/>
        </w:rPr>
        <w:t>big</w:t>
      </w:r>
      <w:proofErr w:type="spellEnd"/>
      <w:r w:rsidRPr="0061783E">
        <w:rPr>
          <w:rFonts w:ascii="Arial" w:hAnsi="Arial"/>
        </w:rPr>
        <w:t xml:space="preserve"> problem. And so is AMR and respiratory tra</w:t>
      </w:r>
      <w:r>
        <w:rPr>
          <w:rFonts w:ascii="Arial" w:hAnsi="Arial"/>
        </w:rPr>
        <w:t>ct infections. But I'm</w:t>
      </w:r>
      <w:r w:rsidRPr="0061783E">
        <w:rPr>
          <w:rFonts w:ascii="Arial" w:hAnsi="Arial"/>
        </w:rPr>
        <w:t xml:space="preserve"> surprised that diarrheal diseases typhoid, they do not get mentioned in the Asia Pacific region </w:t>
      </w:r>
      <w:proofErr w:type="spellStart"/>
      <w:r w:rsidRPr="0061783E">
        <w:rPr>
          <w:rFonts w:ascii="Arial" w:hAnsi="Arial"/>
        </w:rPr>
        <w:t>region</w:t>
      </w:r>
      <w:proofErr w:type="spellEnd"/>
      <w:r w:rsidRPr="0061783E">
        <w:rPr>
          <w:rFonts w:ascii="Arial" w:hAnsi="Arial"/>
        </w:rPr>
        <w:t>. They are very, very important box and lot of resistances we are seeing a lot of outbreaks we are seeing as a gastrointestinal and foodborne infections because epidemiology of foodborne infections is changing</w:t>
      </w:r>
      <w:r w:rsidRPr="0E2B7E7B">
        <w:rPr>
          <w:rFonts w:ascii="Arial" w:hAnsi="Arial"/>
        </w:rPr>
        <w:t xml:space="preserve"> </w:t>
      </w:r>
    </w:p>
    <w:p w14:paraId="6450F881" w14:textId="77777777" w:rsidR="0061783E" w:rsidRDefault="0061783E" w:rsidP="0061783E">
      <w:pPr>
        <w:spacing w:after="0"/>
      </w:pPr>
    </w:p>
    <w:p w14:paraId="115A64C0" w14:textId="77777777" w:rsidR="0061783E" w:rsidRDefault="0061783E" w:rsidP="0061783E">
      <w:pPr>
        <w:spacing w:after="0"/>
        <w:rPr>
          <w:rFonts w:ascii="Arial" w:hAnsi="Arial"/>
          <w:color w:val="5D7284"/>
        </w:rPr>
      </w:pPr>
      <w:r w:rsidRPr="0E2B7E7B">
        <w:rPr>
          <w:rFonts w:ascii="Arial" w:hAnsi="Arial"/>
          <w:b/>
          <w:bCs/>
        </w:rPr>
        <w:t xml:space="preserve">Delhi F2  </w:t>
      </w:r>
    </w:p>
    <w:p w14:paraId="53D7E534" w14:textId="77777777" w:rsidR="0061783E" w:rsidRDefault="0061783E" w:rsidP="0061783E">
      <w:pPr>
        <w:spacing w:after="0"/>
        <w:rPr>
          <w:rFonts w:ascii="Arial" w:hAnsi="Arial"/>
          <w:color w:val="5D7284"/>
        </w:rPr>
      </w:pPr>
      <w:r w:rsidRPr="0E2B7E7B">
        <w:rPr>
          <w:rFonts w:ascii="Arial" w:hAnsi="Arial"/>
        </w:rPr>
        <w:t>Thank you very much. And I think I saw (Name) has his okay.</w:t>
      </w:r>
    </w:p>
    <w:p w14:paraId="1C80D25C" w14:textId="77777777" w:rsidR="0061783E" w:rsidRDefault="0061783E" w:rsidP="0061783E">
      <w:pPr>
        <w:spacing w:after="0"/>
      </w:pPr>
    </w:p>
    <w:p w14:paraId="1512DE6E" w14:textId="77777777" w:rsidR="0061783E" w:rsidRDefault="0061783E" w:rsidP="0061783E">
      <w:pPr>
        <w:spacing w:after="0"/>
      </w:pPr>
      <w:r w:rsidRPr="0E2B7E7B">
        <w:rPr>
          <w:rFonts w:ascii="Arial" w:hAnsi="Arial"/>
          <w:b/>
          <w:bCs/>
        </w:rPr>
        <w:t xml:space="preserve">Delhi 55  </w:t>
      </w:r>
    </w:p>
    <w:p w14:paraId="0FEBCE9F" w14:textId="0804AB90" w:rsidR="0061783E" w:rsidRDefault="0061783E" w:rsidP="0061783E">
      <w:pPr>
        <w:spacing w:after="0"/>
      </w:pPr>
      <w:r w:rsidRPr="0E2B7E7B">
        <w:rPr>
          <w:rFonts w:ascii="Arial" w:hAnsi="Arial"/>
        </w:rPr>
        <w:t xml:space="preserve">The beauty of emerging and escalating infections is how volatile and ever moving it is. We completed this survey in March and I think a lot of things have happened since. COVID-19 is no longer a public health emergency of international concern. I think better Coronavirus is in general and data transmission potential ours, right? That that would be one of the points that I am want to comment on. Avian influenza has had a lot of exposure again last few months with some human cases also in our part of the world. And the thing I missed was scrub typhus, which also due to climate is like Dengue, expanding, it's  the part of the world where it's where it's endemic, and climbing up the mountain slowly as well. So it was my first comment otherwise, beautiful list. </w:t>
      </w:r>
    </w:p>
    <w:p w14:paraId="64626720" w14:textId="77777777" w:rsidR="0061783E" w:rsidRDefault="0061783E" w:rsidP="0061783E">
      <w:pPr>
        <w:spacing w:after="0"/>
      </w:pPr>
    </w:p>
    <w:p w14:paraId="2E1B2DC3" w14:textId="77777777" w:rsidR="0061783E" w:rsidRDefault="0061783E" w:rsidP="0061783E">
      <w:pPr>
        <w:spacing w:after="0"/>
        <w:rPr>
          <w:rFonts w:ascii="Arial" w:hAnsi="Arial"/>
          <w:color w:val="5D7284"/>
        </w:rPr>
      </w:pPr>
      <w:r w:rsidRPr="0E2B7E7B">
        <w:rPr>
          <w:rFonts w:ascii="Arial" w:hAnsi="Arial"/>
          <w:b/>
          <w:bCs/>
        </w:rPr>
        <w:t xml:space="preserve">Delhi F1  </w:t>
      </w:r>
    </w:p>
    <w:p w14:paraId="63B76456" w14:textId="77777777" w:rsidR="0061783E" w:rsidRDefault="0061783E" w:rsidP="0061783E">
      <w:pPr>
        <w:spacing w:after="0"/>
      </w:pPr>
      <w:r>
        <w:rPr>
          <w:rFonts w:ascii="Arial" w:hAnsi="Arial"/>
        </w:rPr>
        <w:t xml:space="preserve">That's excellent. It would be really good just to dig into some of these global differences as well and call out those missing. </w:t>
      </w:r>
    </w:p>
    <w:p w14:paraId="0D91108F" w14:textId="77777777" w:rsidR="0061783E" w:rsidRDefault="0061783E" w:rsidP="0061783E">
      <w:pPr>
        <w:spacing w:after="0"/>
      </w:pPr>
    </w:p>
    <w:p w14:paraId="11350536" w14:textId="77777777" w:rsidR="0061783E" w:rsidRDefault="0061783E" w:rsidP="0061783E">
      <w:pPr>
        <w:spacing w:after="0"/>
      </w:pPr>
      <w:r w:rsidRPr="0E2B7E7B">
        <w:rPr>
          <w:rFonts w:ascii="Arial" w:hAnsi="Arial"/>
          <w:b/>
          <w:bCs/>
        </w:rPr>
        <w:t xml:space="preserve">Delhi 10  </w:t>
      </w:r>
    </w:p>
    <w:p w14:paraId="3A159221" w14:textId="77777777" w:rsidR="0061783E" w:rsidRDefault="0061783E" w:rsidP="0061783E">
      <w:pPr>
        <w:spacing w:after="0"/>
      </w:pPr>
      <w:r w:rsidRPr="0E2B7E7B">
        <w:rPr>
          <w:rFonts w:ascii="Arial" w:hAnsi="Arial"/>
        </w:rPr>
        <w:t xml:space="preserve">Oh, why don't have a question I have a comment to make is It's a beautifully done. Survey. And I feel like if you can just put the previous slide Yeah. I see in a global color has a place. Whereas in Asia Pacific, it doesn't have a place in which was rightly pointed out with by another colleague of mine, I'm sure it should have a place is it because it's a kind of skewed survey, or a language issue which I was just discussing with some of the colleagues here? Or is it really not that important? So I would like to put across and I fully agree with the TB being </w:t>
      </w:r>
      <w:proofErr w:type="gramStart"/>
      <w:r w:rsidRPr="0E2B7E7B">
        <w:rPr>
          <w:rFonts w:ascii="Arial" w:hAnsi="Arial"/>
        </w:rPr>
        <w:t>the at</w:t>
      </w:r>
      <w:proofErr w:type="gramEnd"/>
      <w:r w:rsidRPr="0E2B7E7B">
        <w:rPr>
          <w:rFonts w:ascii="Arial" w:hAnsi="Arial"/>
        </w:rPr>
        <w:t xml:space="preserve"> the top of the list, which is very, very unfortunate. But we need to do something to handle tackle eliminate this disease, which is if we may call a poor man's disease, so which needs to be handled by either the funding agencies or people who are looking at the infectious diseases. I'm not saying because I work in the area of tuberculosis classes. But this is a survey which has speaking, thank you so much.</w:t>
      </w:r>
    </w:p>
    <w:p w14:paraId="6893C797" w14:textId="77777777" w:rsidR="0061783E" w:rsidRDefault="0061783E" w:rsidP="0061783E">
      <w:pPr>
        <w:spacing w:after="0"/>
      </w:pPr>
    </w:p>
    <w:p w14:paraId="085CD043" w14:textId="77777777" w:rsidR="0061783E" w:rsidRDefault="0061783E" w:rsidP="0061783E">
      <w:pPr>
        <w:spacing w:after="0"/>
        <w:rPr>
          <w:rFonts w:ascii="Arial" w:hAnsi="Arial"/>
          <w:color w:val="5D7284"/>
        </w:rPr>
      </w:pPr>
      <w:r w:rsidRPr="0E2B7E7B">
        <w:rPr>
          <w:rFonts w:ascii="Arial" w:hAnsi="Arial"/>
          <w:b/>
          <w:bCs/>
        </w:rPr>
        <w:t xml:space="preserve">Delhi F2  </w:t>
      </w:r>
    </w:p>
    <w:p w14:paraId="6BAE5D19" w14:textId="77777777" w:rsidR="0061783E" w:rsidRDefault="0061783E" w:rsidP="0061783E">
      <w:pPr>
        <w:spacing w:after="0"/>
        <w:rPr>
          <w:rFonts w:ascii="Arial" w:hAnsi="Arial"/>
          <w:color w:val="5D7284"/>
        </w:rPr>
      </w:pPr>
      <w:r w:rsidRPr="0E2B7E7B">
        <w:rPr>
          <w:rFonts w:ascii="Arial" w:hAnsi="Arial"/>
        </w:rPr>
        <w:t>Yeah, moving on.</w:t>
      </w:r>
    </w:p>
    <w:p w14:paraId="1B368238" w14:textId="77777777" w:rsidR="0061783E" w:rsidRDefault="0061783E" w:rsidP="0061783E">
      <w:pPr>
        <w:spacing w:after="0"/>
      </w:pPr>
    </w:p>
    <w:p w14:paraId="659DD77D" w14:textId="77777777" w:rsidR="005A2C63" w:rsidRDefault="005A2C63" w:rsidP="0061783E">
      <w:pPr>
        <w:spacing w:after="0"/>
        <w:rPr>
          <w:rFonts w:ascii="Arial" w:hAnsi="Arial"/>
          <w:b/>
          <w:bCs/>
        </w:rPr>
      </w:pPr>
    </w:p>
    <w:p w14:paraId="152E54D2" w14:textId="3A58395F" w:rsidR="0061783E" w:rsidRDefault="0061783E" w:rsidP="0061783E">
      <w:pPr>
        <w:spacing w:after="0"/>
        <w:rPr>
          <w:rFonts w:ascii="Arial" w:hAnsi="Arial"/>
          <w:color w:val="5D7284"/>
        </w:rPr>
      </w:pPr>
      <w:r w:rsidRPr="0E2B7E7B">
        <w:rPr>
          <w:rFonts w:ascii="Arial" w:hAnsi="Arial"/>
          <w:b/>
          <w:bCs/>
        </w:rPr>
        <w:lastRenderedPageBreak/>
        <w:t>Delhi F1</w:t>
      </w:r>
    </w:p>
    <w:p w14:paraId="2D78B1CA" w14:textId="77777777" w:rsidR="0061783E" w:rsidRDefault="0061783E" w:rsidP="0061783E">
      <w:pPr>
        <w:spacing w:after="0"/>
      </w:pPr>
      <w:r>
        <w:rPr>
          <w:rFonts w:ascii="Arial" w:hAnsi="Arial"/>
        </w:rPr>
        <w:t xml:space="preserve">We just </w:t>
      </w:r>
      <w:proofErr w:type="spellStart"/>
      <w:r>
        <w:rPr>
          <w:rFonts w:ascii="Arial" w:hAnsi="Arial"/>
        </w:rPr>
        <w:t>just</w:t>
      </w:r>
      <w:proofErr w:type="spellEnd"/>
      <w:r>
        <w:rPr>
          <w:rFonts w:ascii="Arial" w:hAnsi="Arial"/>
        </w:rPr>
        <w:t xml:space="preserve"> to call out something because this is what we're really important. So when so you've mentioned cholera, and asked why so we want you to tell us why you think it was low. So I would say I think yeah, he has got a comment but this can you all have a thing as well. And then the minutes book </w:t>
      </w:r>
      <w:proofErr w:type="spellStart"/>
      <w:r>
        <w:rPr>
          <w:rFonts w:ascii="Arial" w:hAnsi="Arial"/>
        </w:rPr>
        <w:t>book</w:t>
      </w:r>
      <w:proofErr w:type="spellEnd"/>
      <w:r>
        <w:rPr>
          <w:rFonts w:ascii="Arial" w:hAnsi="Arial"/>
        </w:rPr>
        <w:t>, pick up one of your followers, but you see if you can give us some context as to why cholera came out so low and</w:t>
      </w:r>
    </w:p>
    <w:p w14:paraId="0A496063" w14:textId="77777777" w:rsidR="0061783E" w:rsidRDefault="0061783E" w:rsidP="0061783E">
      <w:pPr>
        <w:spacing w:after="0"/>
      </w:pPr>
    </w:p>
    <w:p w14:paraId="3C036CD0" w14:textId="77777777" w:rsidR="0061783E" w:rsidRDefault="0061783E" w:rsidP="0061783E">
      <w:pPr>
        <w:spacing w:after="0"/>
      </w:pPr>
      <w:r w:rsidRPr="0E2B7E7B">
        <w:rPr>
          <w:rFonts w:ascii="Arial" w:hAnsi="Arial"/>
          <w:b/>
          <w:bCs/>
        </w:rPr>
        <w:t xml:space="preserve">Delhi 33  </w:t>
      </w:r>
    </w:p>
    <w:p w14:paraId="6A723FE7" w14:textId="77777777" w:rsidR="0061783E" w:rsidRDefault="0061783E" w:rsidP="0061783E">
      <w:pPr>
        <w:spacing w:after="0"/>
      </w:pPr>
      <w:proofErr w:type="gramStart"/>
      <w:r w:rsidRPr="0E2B7E7B">
        <w:rPr>
          <w:rFonts w:ascii="Arial" w:hAnsi="Arial"/>
        </w:rPr>
        <w:t>yeah</w:t>
      </w:r>
      <w:proofErr w:type="gramEnd"/>
      <w:r w:rsidRPr="0E2B7E7B">
        <w:rPr>
          <w:rFonts w:ascii="Arial" w:hAnsi="Arial"/>
        </w:rPr>
        <w:t xml:space="preserve">, this question has been like in the directly asked, that is a believable, the survey. We're looking at Asia-Pacific. And your question exactly right. And being the custodian of identifying the survey participant from Asia, I'm telling you, does not represent that the fully. Because when we're trying to reach out to scientists that have very little response from Asia, and this again shows that in Asian region, people are not building any network. They work in isolation. They only network with their existing buddies, and it is very difficult to reach others and get response because every country has its own priority diseases. So what is the priority in Bangladesh is not a priority in Pakistan at the moment? What is the priority in Pakistan, </w:t>
      </w:r>
      <w:proofErr w:type="gramStart"/>
      <w:r w:rsidRPr="0E2B7E7B">
        <w:rPr>
          <w:rFonts w:ascii="Arial" w:hAnsi="Arial"/>
        </w:rPr>
        <w:t>India, that</w:t>
      </w:r>
      <w:proofErr w:type="gramEnd"/>
      <w:r w:rsidRPr="0E2B7E7B">
        <w:rPr>
          <w:rFonts w:ascii="Arial" w:hAnsi="Arial"/>
        </w:rPr>
        <w:t xml:space="preserve"> is not a priority in Vietnam. So Asia is a </w:t>
      </w:r>
      <w:proofErr w:type="gramStart"/>
      <w:r w:rsidRPr="0E2B7E7B">
        <w:rPr>
          <w:rFonts w:ascii="Arial" w:hAnsi="Arial"/>
        </w:rPr>
        <w:t>very</w:t>
      </w:r>
      <w:proofErr w:type="gramEnd"/>
      <w:r w:rsidRPr="0E2B7E7B">
        <w:rPr>
          <w:rFonts w:ascii="Arial" w:hAnsi="Arial"/>
        </w:rPr>
        <w:t xml:space="preserve"> diversified geographic and environmental reservoir. So what I'm seeing here, unfortunately, I also don't agree with this. So the best part would be and this is why TGHN has a huge role to play. And we all need your support </w:t>
      </w:r>
      <w:proofErr w:type="spellStart"/>
      <w:r w:rsidRPr="0E2B7E7B">
        <w:rPr>
          <w:rFonts w:ascii="Arial" w:hAnsi="Arial"/>
        </w:rPr>
        <w:t>support</w:t>
      </w:r>
      <w:proofErr w:type="spellEnd"/>
      <w:r w:rsidRPr="0E2B7E7B">
        <w:rPr>
          <w:rFonts w:ascii="Arial" w:hAnsi="Arial"/>
        </w:rPr>
        <w:t xml:space="preserve"> us, because we really need to have similar survey, every country. And every corner, even if you go to the coastal area, there's a different kind of, reservoir, if you go to the urban area, there's a different kind of reservoir. So making it a common interpretation will be a wrong way to go. And I want to give this message to Wellcome Trust, particularly, because it's not a welcome issue all the funders needs to understand this. So every country should be empowered through a network to get their own findings and then the collective results. Thank you. </w:t>
      </w:r>
    </w:p>
    <w:p w14:paraId="3C0A60AD" w14:textId="77777777" w:rsidR="0061783E" w:rsidRDefault="0061783E" w:rsidP="0061783E">
      <w:pPr>
        <w:spacing w:after="0"/>
      </w:pPr>
    </w:p>
    <w:p w14:paraId="752BABEE" w14:textId="77777777" w:rsidR="0061783E" w:rsidRDefault="0061783E" w:rsidP="0061783E">
      <w:pPr>
        <w:spacing w:after="0"/>
        <w:rPr>
          <w:rFonts w:ascii="Arial" w:hAnsi="Arial"/>
          <w:color w:val="5D7284"/>
        </w:rPr>
      </w:pPr>
      <w:r w:rsidRPr="0E2B7E7B">
        <w:rPr>
          <w:rFonts w:ascii="Arial" w:hAnsi="Arial"/>
          <w:b/>
          <w:bCs/>
        </w:rPr>
        <w:t xml:space="preserve">Delhi F2  </w:t>
      </w:r>
    </w:p>
    <w:p w14:paraId="276FB68F" w14:textId="77777777" w:rsidR="0061783E" w:rsidRDefault="0061783E" w:rsidP="0061783E">
      <w:pPr>
        <w:spacing w:after="0"/>
        <w:rPr>
          <w:rFonts w:ascii="Arial" w:hAnsi="Arial"/>
          <w:color w:val="5D7284"/>
        </w:rPr>
      </w:pPr>
      <w:r w:rsidRPr="0E2B7E7B">
        <w:rPr>
          <w:rFonts w:ascii="Arial" w:hAnsi="Arial"/>
        </w:rPr>
        <w:t>Thank you. Letting we have a hands on, Okay.</w:t>
      </w:r>
    </w:p>
    <w:p w14:paraId="03BB5169" w14:textId="77777777" w:rsidR="0061783E" w:rsidRDefault="0061783E" w:rsidP="0061783E">
      <w:pPr>
        <w:spacing w:after="0"/>
      </w:pPr>
    </w:p>
    <w:p w14:paraId="442EEB3B" w14:textId="77777777" w:rsidR="0061783E" w:rsidRDefault="0061783E" w:rsidP="0061783E">
      <w:pPr>
        <w:spacing w:after="0"/>
        <w:rPr>
          <w:rFonts w:ascii="Arial" w:hAnsi="Arial"/>
          <w:color w:val="5D7284"/>
        </w:rPr>
      </w:pPr>
      <w:r w:rsidRPr="0E2B7E7B">
        <w:rPr>
          <w:rFonts w:ascii="Arial" w:hAnsi="Arial"/>
          <w:b/>
          <w:bCs/>
        </w:rPr>
        <w:t xml:space="preserve">Delhi 42  </w:t>
      </w:r>
    </w:p>
    <w:p w14:paraId="57031837" w14:textId="77777777" w:rsidR="0061783E" w:rsidRDefault="0061783E" w:rsidP="0061783E">
      <w:pPr>
        <w:spacing w:after="0"/>
      </w:pPr>
      <w:r w:rsidRPr="0E2B7E7B">
        <w:rPr>
          <w:rFonts w:ascii="Arial" w:hAnsi="Arial"/>
        </w:rPr>
        <w:t xml:space="preserve"> So I think what makes to the list is much depends on like, who's participating in the survey and I echo, actually, (Name). Now heads comment that actually, we failed to reach out to many of our colleagues doing research in many areas. So I would like to mention that, of course, I don't want to undermine any of the diseases that ranked top, but of course, I agree with the previous commenters about like, why diarrheal disease or waterborne disease did not make </w:t>
      </w:r>
      <w:proofErr w:type="spellStart"/>
      <w:r w:rsidRPr="0E2B7E7B">
        <w:rPr>
          <w:rFonts w:ascii="Arial" w:hAnsi="Arial"/>
        </w:rPr>
        <w:t>make</w:t>
      </w:r>
      <w:proofErr w:type="spellEnd"/>
      <w:r w:rsidRPr="0E2B7E7B">
        <w:rPr>
          <w:rFonts w:ascii="Arial" w:hAnsi="Arial"/>
        </w:rPr>
        <w:t xml:space="preserve"> it to the list, and also about avian influenza or something that has a pandemic potential. And that is very important, because, I mean, we actually recently done a prioritization of zoonotic disease, viral disease interfaces, at the national level. And there, we actually ranked poultry-human interface, particularly avian influenza, to be at the top of being a very priority interface for Bangladesh, because of the crowded situation, the overcrowding population in Bangladesh, for both for humans, and also for poultry. And that is very close living arrangement. And we all know that, before COVID, the assumption of the scientific community was that influenza, avian influenza would be probably the next pandemic, and it's still there, the risk is still there. And it's just a bit of </w:t>
      </w:r>
      <w:proofErr w:type="spellStart"/>
      <w:r w:rsidRPr="0E2B7E7B">
        <w:rPr>
          <w:rFonts w:ascii="Arial" w:hAnsi="Arial"/>
        </w:rPr>
        <w:t>reassortment</w:t>
      </w:r>
      <w:proofErr w:type="spellEnd"/>
      <w:r w:rsidRPr="0E2B7E7B">
        <w:rPr>
          <w:rFonts w:ascii="Arial" w:hAnsi="Arial"/>
        </w:rPr>
        <w:t xml:space="preserve">, and mutation is, we're just a step away from that. So it can happen anytime. And Bangladesh is a very has a very conducive environment for that. So if we are looking into like zoonotic diseases or infections that as a pandemic potential, so avian influenza should have had, and that's </w:t>
      </w:r>
      <w:r w:rsidRPr="0E2B7E7B">
        <w:rPr>
          <w:rFonts w:ascii="Arial" w:hAnsi="Arial"/>
        </w:rPr>
        <w:lastRenderedPageBreak/>
        <w:t xml:space="preserve">what the national stakeholders in Bangladesh thinks, and but they did not really they were not represented in the country in this survey. </w:t>
      </w:r>
    </w:p>
    <w:p w14:paraId="2CC4D165" w14:textId="77777777" w:rsidR="0061783E" w:rsidRDefault="0061783E" w:rsidP="0061783E">
      <w:pPr>
        <w:spacing w:after="0"/>
      </w:pPr>
    </w:p>
    <w:p w14:paraId="15A1DA3F" w14:textId="77777777" w:rsidR="0061783E" w:rsidRDefault="0061783E" w:rsidP="0061783E">
      <w:pPr>
        <w:spacing w:after="0"/>
        <w:rPr>
          <w:rFonts w:ascii="Arial" w:hAnsi="Arial"/>
          <w:color w:val="5D7284"/>
        </w:rPr>
      </w:pPr>
      <w:r w:rsidRPr="0E2B7E7B">
        <w:rPr>
          <w:rFonts w:ascii="Arial" w:hAnsi="Arial"/>
          <w:b/>
          <w:bCs/>
        </w:rPr>
        <w:t xml:space="preserve">Delhi F2  </w:t>
      </w:r>
    </w:p>
    <w:p w14:paraId="7D3E7275" w14:textId="77777777" w:rsidR="0061783E" w:rsidRDefault="0061783E" w:rsidP="0061783E">
      <w:pPr>
        <w:spacing w:after="0"/>
        <w:rPr>
          <w:rFonts w:ascii="Arial" w:hAnsi="Arial"/>
          <w:color w:val="5D7284"/>
        </w:rPr>
      </w:pPr>
      <w:r w:rsidRPr="0E2B7E7B">
        <w:rPr>
          <w:rFonts w:ascii="Arial" w:hAnsi="Arial"/>
        </w:rPr>
        <w:t>And, could you hold I need someone online? Can we invite in? Speaker from online? Thank you. Hello.</w:t>
      </w:r>
    </w:p>
    <w:p w14:paraId="5FB9EEF5" w14:textId="77777777" w:rsidR="0061783E" w:rsidRDefault="0061783E" w:rsidP="0061783E">
      <w:pPr>
        <w:spacing w:after="0"/>
      </w:pPr>
    </w:p>
    <w:p w14:paraId="7B1121F7" w14:textId="77777777" w:rsidR="0061783E" w:rsidRDefault="0061783E" w:rsidP="0061783E">
      <w:pPr>
        <w:spacing w:after="0"/>
        <w:rPr>
          <w:rFonts w:ascii="Arial" w:hAnsi="Arial"/>
          <w:color w:val="5D7284"/>
        </w:rPr>
      </w:pPr>
      <w:r w:rsidRPr="0E2B7E7B">
        <w:rPr>
          <w:rFonts w:ascii="Arial" w:hAnsi="Arial"/>
          <w:b/>
          <w:bCs/>
        </w:rPr>
        <w:t xml:space="preserve">Delhi 12  </w:t>
      </w:r>
    </w:p>
    <w:p w14:paraId="5B50EF53" w14:textId="77777777" w:rsidR="0061783E" w:rsidRDefault="0061783E" w:rsidP="0061783E">
      <w:pPr>
        <w:spacing w:after="0"/>
      </w:pPr>
      <w:r w:rsidRPr="0E2B7E7B">
        <w:rPr>
          <w:rFonts w:ascii="Arial" w:hAnsi="Arial"/>
        </w:rPr>
        <w:t xml:space="preserve">It's very interesting to see this data, I think it's really useful, especially picking up the notable differences between region and how quite different they are from the Global North. My area is vector borne diseases. So maybe not surprisingly, I'm really interested in the fact that dengue and malaria are a little higher on the list of some of the Global South regions rather than </w:t>
      </w:r>
      <w:proofErr w:type="spellStart"/>
      <w:r w:rsidRPr="0E2B7E7B">
        <w:rPr>
          <w:rFonts w:ascii="Arial" w:hAnsi="Arial"/>
        </w:rPr>
        <w:t>than</w:t>
      </w:r>
      <w:proofErr w:type="spellEnd"/>
      <w:r w:rsidRPr="0E2B7E7B">
        <w:rPr>
          <w:rFonts w:ascii="Arial" w:hAnsi="Arial"/>
        </w:rPr>
        <w:t xml:space="preserve"> on the Global list. But my question was really, just in terms of better contextualizing some of some of the results and some of these points have been raised earlier, is do we have an idea about how closely the region specific rankings fit the actual burden of disease that we know can be attributed? So, do these answers reflect, you know, what's actually going on? Or do we know for example, how well they align with the specific interest and expertise of the respondents? Did we miss more, you know, researchers working, you know, on </w:t>
      </w:r>
      <w:proofErr w:type="spellStart"/>
      <w:r w:rsidRPr="0E2B7E7B">
        <w:rPr>
          <w:rFonts w:ascii="Arial" w:hAnsi="Arial"/>
        </w:rPr>
        <w:t>on</w:t>
      </w:r>
      <w:proofErr w:type="spellEnd"/>
      <w:r w:rsidRPr="0E2B7E7B">
        <w:rPr>
          <w:rFonts w:ascii="Arial" w:hAnsi="Arial"/>
        </w:rPr>
        <w:t xml:space="preserve"> waterborne diseases, for example? So that's, that's just one, you know, maybe topic for a future investigation inquiry. And the other thing I was wondering, would be, if there's a way to find out at some point how well these priorities match, just not what researchers perceive, but what communities themselves perceive. And I'm thinking about a lot of the work that my colleagues working in malaria in East Africa do, do a lot of work focusing on malaria, because perceive it to have a very, very high burden. But often the community perceives this to be much lower down the list compared to other things. And I wondered if anyone had any thoughts on that. </w:t>
      </w:r>
    </w:p>
    <w:p w14:paraId="4AFA20E3" w14:textId="77777777" w:rsidR="0061783E" w:rsidRDefault="0061783E" w:rsidP="0061783E">
      <w:pPr>
        <w:spacing w:after="0"/>
      </w:pPr>
    </w:p>
    <w:p w14:paraId="78CC8738" w14:textId="77777777" w:rsidR="0061783E" w:rsidRDefault="0061783E" w:rsidP="0061783E">
      <w:pPr>
        <w:spacing w:after="0"/>
        <w:rPr>
          <w:rFonts w:ascii="Arial" w:hAnsi="Arial"/>
          <w:color w:val="5D7284"/>
        </w:rPr>
      </w:pPr>
      <w:r w:rsidRPr="0E2B7E7B">
        <w:rPr>
          <w:rFonts w:ascii="Arial" w:hAnsi="Arial"/>
          <w:b/>
          <w:bCs/>
        </w:rPr>
        <w:t xml:space="preserve">Delhi F2  </w:t>
      </w:r>
    </w:p>
    <w:p w14:paraId="596C589E" w14:textId="77777777" w:rsidR="0061783E" w:rsidRDefault="0061783E" w:rsidP="0061783E">
      <w:pPr>
        <w:spacing w:after="0"/>
        <w:rPr>
          <w:rFonts w:ascii="Arial" w:hAnsi="Arial"/>
          <w:color w:val="5D7284"/>
        </w:rPr>
      </w:pPr>
      <w:r w:rsidRPr="7EEA665B">
        <w:rPr>
          <w:rFonts w:ascii="Arial" w:hAnsi="Arial"/>
        </w:rPr>
        <w:t>Thank you very much.</w:t>
      </w:r>
    </w:p>
    <w:p w14:paraId="2C90872E" w14:textId="77777777" w:rsidR="0061783E" w:rsidRDefault="0061783E" w:rsidP="0061783E">
      <w:pPr>
        <w:spacing w:after="0"/>
        <w:rPr>
          <w:rFonts w:ascii="Arial" w:hAnsi="Arial"/>
          <w:b/>
          <w:bCs/>
        </w:rPr>
      </w:pPr>
    </w:p>
    <w:p w14:paraId="3F9ECB20" w14:textId="77777777" w:rsidR="0061783E" w:rsidRDefault="0061783E" w:rsidP="0061783E">
      <w:pPr>
        <w:spacing w:after="0"/>
        <w:rPr>
          <w:rFonts w:ascii="Arial" w:hAnsi="Arial"/>
          <w:b/>
          <w:bCs/>
        </w:rPr>
      </w:pPr>
      <w:r w:rsidRPr="0E2B7E7B">
        <w:rPr>
          <w:rFonts w:ascii="Arial" w:hAnsi="Arial"/>
          <w:b/>
          <w:bCs/>
        </w:rPr>
        <w:t>Delhi F1</w:t>
      </w:r>
    </w:p>
    <w:p w14:paraId="49E3552E" w14:textId="77777777" w:rsidR="0061783E" w:rsidRDefault="0061783E" w:rsidP="0061783E">
      <w:pPr>
        <w:spacing w:after="0"/>
      </w:pPr>
      <w:r w:rsidRPr="7EEA665B">
        <w:rPr>
          <w:rFonts w:ascii="Arial" w:hAnsi="Arial"/>
        </w:rPr>
        <w:t xml:space="preserve">Yeah, just </w:t>
      </w:r>
      <w:proofErr w:type="spellStart"/>
      <w:r w:rsidRPr="7EEA665B">
        <w:rPr>
          <w:rFonts w:ascii="Arial" w:hAnsi="Arial"/>
        </w:rPr>
        <w:t>just</w:t>
      </w:r>
      <w:proofErr w:type="spellEnd"/>
      <w:r w:rsidRPr="7EEA665B">
        <w:rPr>
          <w:rFonts w:ascii="Arial" w:hAnsi="Arial"/>
        </w:rPr>
        <w:t xml:space="preserve"> briefly on absolutely the surveys, limitation and the strength, you know, huge numbers, quite a lot of global consensus in the answers. So what we really need to focus on now. And we will be except, of course, the bias of the sample on it is only ever going to be able to reach so many, but it's a strong number. And the numbers do correspond across the globe with these variations we see here. So what we really want to do is really hear from you about the disease, you know, dig into tell us more about the diseases at the top and your context. And tell us more about the diseases that are missing down. So let's, so that will be really helpful. So yeah, over to </w:t>
      </w:r>
    </w:p>
    <w:p w14:paraId="31479549" w14:textId="77777777" w:rsidR="0061783E" w:rsidRDefault="0061783E" w:rsidP="0061783E">
      <w:pPr>
        <w:spacing w:after="0"/>
      </w:pPr>
    </w:p>
    <w:p w14:paraId="2236E79D" w14:textId="77777777" w:rsidR="0061783E" w:rsidRDefault="0061783E" w:rsidP="0061783E">
      <w:pPr>
        <w:spacing w:after="0"/>
      </w:pPr>
      <w:r w:rsidRPr="0E2B7E7B">
        <w:rPr>
          <w:rFonts w:ascii="Arial" w:hAnsi="Arial"/>
          <w:b/>
          <w:bCs/>
        </w:rPr>
        <w:t xml:space="preserve">Delhi 32  </w:t>
      </w:r>
    </w:p>
    <w:p w14:paraId="2F604090" w14:textId="77777777" w:rsidR="0061783E" w:rsidRDefault="0061783E" w:rsidP="0061783E">
      <w:pPr>
        <w:spacing w:after="0"/>
      </w:pPr>
      <w:r w:rsidRPr="0E2B7E7B">
        <w:rPr>
          <w:rFonts w:ascii="Arial" w:hAnsi="Arial"/>
        </w:rPr>
        <w:t xml:space="preserve">But then regarding this discussion, I would kind of semi agree disagree. How does like that like in between? Because, first of all, my </w:t>
      </w:r>
      <w:proofErr w:type="spellStart"/>
      <w:r w:rsidRPr="0E2B7E7B">
        <w:rPr>
          <w:rFonts w:ascii="Arial" w:hAnsi="Arial"/>
        </w:rPr>
        <w:t>my</w:t>
      </w:r>
      <w:proofErr w:type="spellEnd"/>
      <w:r w:rsidRPr="0E2B7E7B">
        <w:rPr>
          <w:rFonts w:ascii="Arial" w:hAnsi="Arial"/>
        </w:rPr>
        <w:t xml:space="preserve"> background mainly for the AMR. But first of all, what is AMR here? Because AMR is are we talking antibiotic resistant? Or antiviral or anti fungi? Can they be actually too because this is supposed to be within antibiotic resistance, if it's the multidrug resistant, so I would like to be more open when you mentioned here what is AMR to the participants when prepared this because working on AMR is really complex. Not to mention, if it's coming from the clinical or from the veterinarian background, or I'm from myself from environmental background, it's also different. And </w:t>
      </w:r>
      <w:r w:rsidRPr="0E2B7E7B">
        <w:rPr>
          <w:rFonts w:ascii="Arial" w:hAnsi="Arial"/>
        </w:rPr>
        <w:lastRenderedPageBreak/>
        <w:t>then, of course, the important on agree with you that every country may be diverse divided, not just by us on this big WHO classification but really based on to the country level. Because even based on outside in Indonesia, even in Java and Sumatra, and Borneo and Celebes are totally different results. So there's I would like to put consideration to indeed to empower the like local researcher and work together and of course, with the global north, because, for example, I'm based in the EU, (Organization), for example, even in the UK, so US they have really nice network already. Maybe we could learn those to build here in Southeast Asia, in Asia, or in any part that doesn't have much Network.</w:t>
      </w:r>
    </w:p>
    <w:p w14:paraId="1A999594" w14:textId="77777777" w:rsidR="0061783E" w:rsidRDefault="0061783E" w:rsidP="0061783E">
      <w:pPr>
        <w:spacing w:after="0"/>
      </w:pPr>
    </w:p>
    <w:p w14:paraId="110C0A43" w14:textId="77777777" w:rsidR="0061783E" w:rsidRDefault="0061783E" w:rsidP="0061783E">
      <w:pPr>
        <w:spacing w:after="0"/>
        <w:rPr>
          <w:rFonts w:ascii="Arial" w:hAnsi="Arial"/>
          <w:color w:val="5D7284"/>
        </w:rPr>
      </w:pPr>
      <w:r w:rsidRPr="0E2B7E7B">
        <w:rPr>
          <w:rFonts w:ascii="Arial" w:hAnsi="Arial"/>
          <w:b/>
          <w:bCs/>
        </w:rPr>
        <w:t xml:space="preserve">Delhi F2  </w:t>
      </w:r>
    </w:p>
    <w:p w14:paraId="15F2685C" w14:textId="77777777" w:rsidR="0061783E" w:rsidRDefault="0061783E" w:rsidP="0061783E">
      <w:pPr>
        <w:spacing w:after="0"/>
        <w:rPr>
          <w:rFonts w:ascii="Arial" w:hAnsi="Arial"/>
          <w:color w:val="5D7284"/>
        </w:rPr>
      </w:pPr>
      <w:r w:rsidRPr="0E2B7E7B">
        <w:rPr>
          <w:rFonts w:ascii="Arial" w:hAnsi="Arial"/>
        </w:rPr>
        <w:t xml:space="preserve">Thank you very much for your comment. I think there if you can </w:t>
      </w:r>
      <w:proofErr w:type="gramStart"/>
      <w:r w:rsidRPr="0E2B7E7B">
        <w:rPr>
          <w:rFonts w:ascii="Arial" w:hAnsi="Arial"/>
        </w:rPr>
        <w:t>we</w:t>
      </w:r>
      <w:proofErr w:type="gramEnd"/>
      <w:r w:rsidRPr="0E2B7E7B">
        <w:rPr>
          <w:rFonts w:ascii="Arial" w:hAnsi="Arial"/>
        </w:rPr>
        <w:t xml:space="preserve"> pushing back to you can people asking why not present for the Asian region? Please tell us why in your opinion. </w:t>
      </w:r>
    </w:p>
    <w:p w14:paraId="0F9A57DC" w14:textId="77777777" w:rsidR="0061783E" w:rsidRDefault="0061783E" w:rsidP="0061783E">
      <w:pPr>
        <w:spacing w:after="0"/>
      </w:pPr>
    </w:p>
    <w:p w14:paraId="2F293C82" w14:textId="77777777" w:rsidR="0061783E" w:rsidRDefault="0061783E" w:rsidP="0061783E">
      <w:pPr>
        <w:spacing w:after="0"/>
      </w:pPr>
      <w:r w:rsidRPr="0E2B7E7B">
        <w:rPr>
          <w:rFonts w:ascii="Arial" w:hAnsi="Arial"/>
          <w:b/>
          <w:bCs/>
        </w:rPr>
        <w:t xml:space="preserve">Delhi 26  </w:t>
      </w:r>
    </w:p>
    <w:p w14:paraId="5C0319CC" w14:textId="2C7104F4" w:rsidR="0061783E" w:rsidRDefault="0061783E" w:rsidP="0061783E">
      <w:pPr>
        <w:spacing w:after="0"/>
      </w:pPr>
      <w:r w:rsidRPr="0E2B7E7B">
        <w:rPr>
          <w:rFonts w:ascii="Arial" w:hAnsi="Arial"/>
        </w:rPr>
        <w:t xml:space="preserve">Yeah, I one start with why? I think the questions go with the greatest infectious threat. And the key is about whether it’s current threat or the future threats. And how the people perceive about whether is high possibility, high impact, or low possibility, really very high impact. For that, I think TB, to me, I don't work on TB, I have OCI on TB, </w:t>
      </w:r>
      <w:proofErr w:type="gramStart"/>
      <w:r w:rsidRPr="0E2B7E7B">
        <w:rPr>
          <w:rFonts w:ascii="Arial" w:hAnsi="Arial"/>
        </w:rPr>
        <w:t>I</w:t>
      </w:r>
      <w:proofErr w:type="gramEnd"/>
      <w:r w:rsidRPr="0E2B7E7B">
        <w:rPr>
          <w:rFonts w:ascii="Arial" w:hAnsi="Arial"/>
        </w:rPr>
        <w:t xml:space="preserve"> agree that TB would be high risk, it will increase gradually with the MDR TB, but we know that the burden will be rising over time. But small number of people might understand about low possibility with very, very high impact for that I totally agree with (Name?) that new COVID new avian flu or even new measles as a vaccine escape is very low possibility. Yes, but once it happened, you will turn back time to here to year 2019 again. So I think that is totally disappear. But for </w:t>
      </w:r>
      <w:proofErr w:type="spellStart"/>
      <w:r w:rsidRPr="0E2B7E7B">
        <w:rPr>
          <w:rFonts w:ascii="Arial" w:hAnsi="Arial"/>
        </w:rPr>
        <w:t>for</w:t>
      </w:r>
      <w:proofErr w:type="spellEnd"/>
      <w:r w:rsidRPr="0E2B7E7B">
        <w:rPr>
          <w:rFonts w:ascii="Arial" w:hAnsi="Arial"/>
        </w:rPr>
        <w:t xml:space="preserve"> the people who are in the burden very low risk was seen as escape new COVID new measles if that happened, they world will shut down again. So I think that is disappear from the list. The second about the AMR. I think that the low rising of the AMR from global north to Asia to Latin America, Africa. I think the key is also about how do we really know or perceive the burden of the AMR in each area? Because these have the bias for the area of interest of the participants, right. But it also highlights a little bit later the paper about the burden of AMR, Africa and the burden of AMR in Latin America. Is it true? Is it really perceived by researchers, whether we have enough researchers working on that theory. And I think that the AMR is also the issues of overuse of antibiotics, and the use after diagnosis or the use of the culture, and actually Africa and Latin America. So the issues of the under use of the diagnosis, overuse of the antibiotic, if you have under use of diagnosis that they see is under the water under the carpet, and no one pick it up, I think is it's also the it's good data. And it's alarming points that if we believe that the AMR is rising with the overuse of antibiotics and the use of the culture, maybe it is an area that we might need to expose it to that I. I'm not so sure that I buy that is highest stress much better the bias of the participants. And if we don't have the new strain after dengue, it might not but it will slowly increase because of the urbanization and the Dengue with the COVID urbanizations I buy that one. Cholera, I think that because of the wording as well, I feel that all foodborne disease Cholera, salmonella, not typhoid, all salmonella, </w:t>
      </w:r>
      <w:proofErr w:type="spellStart"/>
      <w:r w:rsidRPr="0E2B7E7B">
        <w:rPr>
          <w:rFonts w:ascii="Arial" w:hAnsi="Arial"/>
        </w:rPr>
        <w:t>Shigella</w:t>
      </w:r>
      <w:proofErr w:type="spellEnd"/>
      <w:r w:rsidRPr="0E2B7E7B">
        <w:rPr>
          <w:rFonts w:ascii="Arial" w:hAnsi="Arial"/>
        </w:rPr>
        <w:t xml:space="preserve"> it should group it together. And if that group it together, it may come rising higher. And I would go a little bit small COI I work on the A</w:t>
      </w:r>
      <w:r>
        <w:rPr>
          <w:rFonts w:ascii="Arial" w:hAnsi="Arial"/>
        </w:rPr>
        <w:t xml:space="preserve">MR. </w:t>
      </w:r>
      <w:r w:rsidRPr="0E2B7E7B">
        <w:rPr>
          <w:rFonts w:ascii="Arial" w:hAnsi="Arial"/>
        </w:rPr>
        <w:t xml:space="preserve">I see the data of all </w:t>
      </w:r>
      <w:proofErr w:type="spellStart"/>
      <w:r w:rsidRPr="0E2B7E7B">
        <w:rPr>
          <w:rFonts w:ascii="Arial" w:hAnsi="Arial"/>
        </w:rPr>
        <w:t>Shigella</w:t>
      </w:r>
      <w:proofErr w:type="spellEnd"/>
      <w:r w:rsidRPr="0E2B7E7B">
        <w:rPr>
          <w:rFonts w:ascii="Arial" w:hAnsi="Arial"/>
        </w:rPr>
        <w:t xml:space="preserve"> salmonella Cholera in my whole country. What surprised me a bit is non-</w:t>
      </w:r>
      <w:proofErr w:type="spellStart"/>
      <w:r w:rsidRPr="0E2B7E7B">
        <w:rPr>
          <w:rFonts w:ascii="Arial" w:hAnsi="Arial"/>
        </w:rPr>
        <w:t>typhoidal</w:t>
      </w:r>
      <w:proofErr w:type="spellEnd"/>
      <w:r w:rsidRPr="0E2B7E7B">
        <w:rPr>
          <w:rFonts w:ascii="Arial" w:hAnsi="Arial"/>
        </w:rPr>
        <w:t xml:space="preserve"> salmonella is much </w:t>
      </w:r>
      <w:proofErr w:type="spellStart"/>
      <w:r w:rsidRPr="0E2B7E7B">
        <w:rPr>
          <w:rFonts w:ascii="Arial" w:hAnsi="Arial"/>
        </w:rPr>
        <w:t>much</w:t>
      </w:r>
      <w:proofErr w:type="spellEnd"/>
      <w:r w:rsidRPr="0E2B7E7B">
        <w:rPr>
          <w:rFonts w:ascii="Arial" w:hAnsi="Arial"/>
        </w:rPr>
        <w:t xml:space="preserve"> </w:t>
      </w:r>
      <w:proofErr w:type="spellStart"/>
      <w:r w:rsidRPr="0E2B7E7B">
        <w:rPr>
          <w:rFonts w:ascii="Arial" w:hAnsi="Arial"/>
        </w:rPr>
        <w:t>much</w:t>
      </w:r>
      <w:proofErr w:type="spellEnd"/>
      <w:r w:rsidRPr="0E2B7E7B">
        <w:rPr>
          <w:rFonts w:ascii="Arial" w:hAnsi="Arial"/>
        </w:rPr>
        <w:t xml:space="preserve"> bigger than I thought they've even come second disease following </w:t>
      </w:r>
      <w:proofErr w:type="spellStart"/>
      <w:r w:rsidRPr="0E2B7E7B">
        <w:rPr>
          <w:rFonts w:ascii="Arial" w:hAnsi="Arial"/>
        </w:rPr>
        <w:t>melioidosis</w:t>
      </w:r>
      <w:proofErr w:type="spellEnd"/>
      <w:r w:rsidRPr="0E2B7E7B">
        <w:rPr>
          <w:rFonts w:ascii="Arial" w:hAnsi="Arial"/>
        </w:rPr>
        <w:t xml:space="preserve">. So </w:t>
      </w:r>
      <w:proofErr w:type="spellStart"/>
      <w:r w:rsidRPr="0E2B7E7B">
        <w:rPr>
          <w:rFonts w:ascii="Arial" w:hAnsi="Arial"/>
        </w:rPr>
        <w:t>meiloidosis</w:t>
      </w:r>
      <w:proofErr w:type="spellEnd"/>
      <w:r w:rsidRPr="0E2B7E7B">
        <w:rPr>
          <w:rFonts w:ascii="Arial" w:hAnsi="Arial"/>
        </w:rPr>
        <w:t xml:space="preserve"> then non-</w:t>
      </w:r>
      <w:proofErr w:type="spellStart"/>
      <w:r w:rsidRPr="0E2B7E7B">
        <w:rPr>
          <w:rFonts w:ascii="Arial" w:hAnsi="Arial"/>
        </w:rPr>
        <w:t>typhoidal</w:t>
      </w:r>
      <w:proofErr w:type="spellEnd"/>
      <w:r w:rsidRPr="0E2B7E7B">
        <w:rPr>
          <w:rFonts w:ascii="Arial" w:hAnsi="Arial"/>
        </w:rPr>
        <w:t xml:space="preserve"> salmonella, I think, to me is really important in Thailand. But we have small number of researchers, we is </w:t>
      </w:r>
      <w:proofErr w:type="spellStart"/>
      <w:r w:rsidRPr="0E2B7E7B">
        <w:rPr>
          <w:rFonts w:ascii="Arial" w:hAnsi="Arial"/>
        </w:rPr>
        <w:t>trully</w:t>
      </w:r>
      <w:proofErr w:type="spellEnd"/>
      <w:r w:rsidRPr="0E2B7E7B">
        <w:rPr>
          <w:rFonts w:ascii="Arial" w:hAnsi="Arial"/>
        </w:rPr>
        <w:t xml:space="preserve"> neglected tropical disease, because it's </w:t>
      </w:r>
      <w:r w:rsidRPr="0E2B7E7B">
        <w:rPr>
          <w:rFonts w:ascii="Arial" w:hAnsi="Arial"/>
        </w:rPr>
        <w:lastRenderedPageBreak/>
        <w:t xml:space="preserve">not even in the NTD. And with that, not everyone in the reminder into that. I think that when the first question is totally free takes. And you don't have to leave my reading list. So it's just about the top three or top </w:t>
      </w:r>
      <w:proofErr w:type="spellStart"/>
      <w:r w:rsidRPr="0E2B7E7B">
        <w:rPr>
          <w:rFonts w:ascii="Arial" w:hAnsi="Arial"/>
        </w:rPr>
        <w:t>top</w:t>
      </w:r>
      <w:proofErr w:type="spellEnd"/>
      <w:r w:rsidRPr="0E2B7E7B">
        <w:rPr>
          <w:rFonts w:ascii="Arial" w:hAnsi="Arial"/>
        </w:rPr>
        <w:t xml:space="preserve"> two of the people that pop up to their brain. But they may forget about new COVID, new flu </w:t>
      </w:r>
      <w:proofErr w:type="gramStart"/>
      <w:r w:rsidRPr="0E2B7E7B">
        <w:rPr>
          <w:rFonts w:ascii="Arial" w:hAnsi="Arial"/>
        </w:rPr>
        <w:t>Something</w:t>
      </w:r>
      <w:proofErr w:type="gramEnd"/>
      <w:r w:rsidRPr="0E2B7E7B">
        <w:rPr>
          <w:rFonts w:ascii="Arial" w:hAnsi="Arial"/>
        </w:rPr>
        <w:t xml:space="preserve"> like that. So I think that the key, and I don't work on fungus. But personally, I believe that antimicrobial resistant fungal infection, I would give a little bit more money into that is SMU threats because I believe in the rising evidence that antimicrobial system is rising in the vegetable in the fruit in the farming industry. And once it's going to the human more I believe personally, that there is a high possibility that it will be big threat for us all as well. And we need more researcher on fungi and see through. So that's my order and reasons</w:t>
      </w:r>
    </w:p>
    <w:p w14:paraId="7E018764" w14:textId="77777777" w:rsidR="0061783E" w:rsidRDefault="0061783E" w:rsidP="0061783E">
      <w:pPr>
        <w:spacing w:after="0"/>
      </w:pPr>
    </w:p>
    <w:p w14:paraId="1BB3F0D4" w14:textId="77777777" w:rsidR="0061783E" w:rsidRDefault="0061783E" w:rsidP="0061783E">
      <w:pPr>
        <w:spacing w:after="0"/>
        <w:rPr>
          <w:rFonts w:ascii="Arial" w:hAnsi="Arial"/>
          <w:color w:val="5D7284"/>
        </w:rPr>
      </w:pPr>
      <w:r w:rsidRPr="0E2B7E7B">
        <w:rPr>
          <w:rFonts w:ascii="Arial" w:hAnsi="Arial"/>
          <w:b/>
          <w:bCs/>
        </w:rPr>
        <w:t>Delhi F1</w:t>
      </w:r>
    </w:p>
    <w:p w14:paraId="612AC543" w14:textId="77777777" w:rsidR="0061783E" w:rsidRDefault="0061783E" w:rsidP="0061783E">
      <w:pPr>
        <w:spacing w:after="0"/>
      </w:pPr>
      <w:proofErr w:type="gramStart"/>
      <w:r>
        <w:rPr>
          <w:rFonts w:ascii="Arial" w:hAnsi="Arial"/>
        </w:rPr>
        <w:t>thank</w:t>
      </w:r>
      <w:proofErr w:type="gramEnd"/>
      <w:r>
        <w:rPr>
          <w:rFonts w:ascii="Arial" w:hAnsi="Arial"/>
        </w:rPr>
        <w:t xml:space="preserve"> you for your name and your Oh, sorry,</w:t>
      </w:r>
    </w:p>
    <w:p w14:paraId="40DE89C9" w14:textId="77777777" w:rsidR="0061783E" w:rsidRDefault="0061783E" w:rsidP="0061783E">
      <w:pPr>
        <w:spacing w:after="0"/>
      </w:pPr>
    </w:p>
    <w:p w14:paraId="3458B3D2" w14:textId="77777777" w:rsidR="0061783E" w:rsidRDefault="0061783E" w:rsidP="0061783E">
      <w:pPr>
        <w:spacing w:after="0"/>
      </w:pPr>
      <w:r w:rsidRPr="0E2B7E7B">
        <w:rPr>
          <w:rFonts w:ascii="Arial" w:hAnsi="Arial"/>
          <w:b/>
          <w:bCs/>
        </w:rPr>
        <w:t xml:space="preserve">Delhi 26  </w:t>
      </w:r>
    </w:p>
    <w:p w14:paraId="49F743EC" w14:textId="77777777" w:rsidR="0061783E" w:rsidRDefault="0061783E" w:rsidP="0061783E">
      <w:pPr>
        <w:spacing w:after="0"/>
      </w:pPr>
      <w:proofErr w:type="gramStart"/>
      <w:r w:rsidRPr="0E2B7E7B">
        <w:rPr>
          <w:rFonts w:ascii="Arial" w:hAnsi="Arial"/>
        </w:rPr>
        <w:t>really</w:t>
      </w:r>
      <w:proofErr w:type="gramEnd"/>
      <w:r w:rsidRPr="0E2B7E7B">
        <w:rPr>
          <w:rFonts w:ascii="Arial" w:hAnsi="Arial"/>
        </w:rPr>
        <w:t xml:space="preserve"> (Name and Institution) number 26.</w:t>
      </w:r>
    </w:p>
    <w:p w14:paraId="2DF59D43" w14:textId="77777777" w:rsidR="0061783E" w:rsidRDefault="0061783E" w:rsidP="0061783E">
      <w:pPr>
        <w:spacing w:after="0"/>
      </w:pPr>
    </w:p>
    <w:p w14:paraId="429ED5BA" w14:textId="77777777" w:rsidR="0061783E" w:rsidRDefault="0061783E" w:rsidP="0061783E">
      <w:pPr>
        <w:spacing w:after="0"/>
      </w:pPr>
      <w:r w:rsidRPr="0E2B7E7B">
        <w:rPr>
          <w:rFonts w:ascii="Arial" w:hAnsi="Arial"/>
          <w:b/>
          <w:bCs/>
        </w:rPr>
        <w:t>Delhi F1</w:t>
      </w:r>
    </w:p>
    <w:p w14:paraId="627A17DC" w14:textId="77777777" w:rsidR="0061783E" w:rsidRDefault="0061783E" w:rsidP="0061783E">
      <w:pPr>
        <w:spacing w:after="0"/>
      </w:pPr>
      <w:r>
        <w:rPr>
          <w:rFonts w:ascii="Arial" w:hAnsi="Arial"/>
        </w:rPr>
        <w:t>So that was great context. All of you give us your context on these. Perfect.</w:t>
      </w:r>
    </w:p>
    <w:p w14:paraId="00F24438" w14:textId="77777777" w:rsidR="0061783E" w:rsidRDefault="0061783E" w:rsidP="0061783E">
      <w:pPr>
        <w:spacing w:after="0"/>
      </w:pPr>
    </w:p>
    <w:p w14:paraId="692FBE08" w14:textId="77777777" w:rsidR="0061783E" w:rsidRDefault="0061783E" w:rsidP="0061783E">
      <w:pPr>
        <w:spacing w:after="0"/>
        <w:rPr>
          <w:rFonts w:ascii="Arial" w:hAnsi="Arial"/>
          <w:color w:val="5D7284"/>
        </w:rPr>
      </w:pPr>
      <w:r w:rsidRPr="0E2B7E7B">
        <w:rPr>
          <w:rFonts w:ascii="Arial" w:hAnsi="Arial"/>
          <w:b/>
          <w:bCs/>
        </w:rPr>
        <w:t xml:space="preserve">Delhi 46  </w:t>
      </w:r>
    </w:p>
    <w:p w14:paraId="679A20C2" w14:textId="77777777" w:rsidR="0061783E" w:rsidRDefault="0061783E" w:rsidP="0061783E">
      <w:pPr>
        <w:spacing w:after="0"/>
        <w:rPr>
          <w:rFonts w:ascii="Arial" w:hAnsi="Arial"/>
        </w:rPr>
      </w:pPr>
      <w:r w:rsidRPr="0E2B7E7B">
        <w:rPr>
          <w:rFonts w:ascii="Arial" w:hAnsi="Arial"/>
        </w:rPr>
        <w:t xml:space="preserve">And actually, like I want to say that in Asia Pacific region, if you consider top 10 disease that there is only Dengue only TB, it requires antibiotics, though those are different for that, antibiotics, but other all diseases are mostly viral, but actually, we see more use of </w:t>
      </w:r>
      <w:proofErr w:type="spellStart"/>
      <w:r w:rsidRPr="0E2B7E7B">
        <w:rPr>
          <w:rFonts w:ascii="Arial" w:hAnsi="Arial"/>
        </w:rPr>
        <w:t>antibacterials</w:t>
      </w:r>
      <w:proofErr w:type="spellEnd"/>
      <w:r w:rsidRPr="0E2B7E7B">
        <w:rPr>
          <w:rFonts w:ascii="Arial" w:hAnsi="Arial"/>
        </w:rPr>
        <w:t xml:space="preserve"> so it is increasing the risk of AMR. And I'm happy that it comes in the top three. So I want to say if I have a scope, I will add diarrheal disease, not cholera. Because if this push up that there is a rotavirus diarrhea, there is ETA diarrhea, those that doesn't require antibiotics. But if we say all diarrheal diseases, cholera, or you will use actually more materials or antibiotics inappropriately. So it is important to actually think as a diarrheal disease is not as cholera if I have a scope, I will change this. Thank you. </w:t>
      </w:r>
    </w:p>
    <w:p w14:paraId="1EE78E57" w14:textId="77777777" w:rsidR="0061783E" w:rsidRDefault="0061783E" w:rsidP="0061783E">
      <w:pPr>
        <w:spacing w:after="0"/>
      </w:pPr>
    </w:p>
    <w:p w14:paraId="344C6D9B" w14:textId="77777777" w:rsidR="0061783E" w:rsidRDefault="0061783E" w:rsidP="0061783E">
      <w:pPr>
        <w:spacing w:after="0"/>
        <w:rPr>
          <w:rFonts w:ascii="Arial" w:hAnsi="Arial"/>
          <w:color w:val="5D7284"/>
        </w:rPr>
      </w:pPr>
      <w:r w:rsidRPr="0E2B7E7B">
        <w:rPr>
          <w:rFonts w:ascii="Arial" w:hAnsi="Arial"/>
          <w:b/>
          <w:bCs/>
        </w:rPr>
        <w:t xml:space="preserve">Delhi F2  </w:t>
      </w:r>
    </w:p>
    <w:p w14:paraId="7315B084" w14:textId="77777777" w:rsidR="0061783E" w:rsidRDefault="0061783E" w:rsidP="0061783E">
      <w:pPr>
        <w:spacing w:after="0"/>
        <w:rPr>
          <w:rFonts w:ascii="Arial" w:hAnsi="Arial"/>
          <w:color w:val="5D7284"/>
        </w:rPr>
      </w:pPr>
      <w:r w:rsidRPr="0E2B7E7B">
        <w:rPr>
          <w:rFonts w:ascii="Arial" w:hAnsi="Arial"/>
        </w:rPr>
        <w:t>I would like to give opportunity for the online people.</w:t>
      </w:r>
    </w:p>
    <w:p w14:paraId="2221B6A9" w14:textId="77777777" w:rsidR="0061783E" w:rsidRDefault="0061783E" w:rsidP="0061783E">
      <w:pPr>
        <w:spacing w:after="0"/>
      </w:pPr>
    </w:p>
    <w:p w14:paraId="02692ADE" w14:textId="77777777" w:rsidR="0061783E" w:rsidRDefault="0061783E" w:rsidP="0061783E">
      <w:pPr>
        <w:spacing w:after="0"/>
        <w:rPr>
          <w:rFonts w:ascii="Arial" w:hAnsi="Arial"/>
        </w:rPr>
      </w:pPr>
      <w:r w:rsidRPr="0E2B7E7B">
        <w:rPr>
          <w:rFonts w:ascii="Arial" w:hAnsi="Arial"/>
          <w:b/>
          <w:bCs/>
        </w:rPr>
        <w:t xml:space="preserve">Delhi 43  </w:t>
      </w:r>
    </w:p>
    <w:p w14:paraId="179E4657" w14:textId="77777777" w:rsidR="0061783E" w:rsidRDefault="0061783E" w:rsidP="0061783E">
      <w:pPr>
        <w:spacing w:after="0"/>
        <w:rPr>
          <w:rFonts w:ascii="Arial" w:hAnsi="Arial"/>
        </w:rPr>
      </w:pPr>
      <w:r w:rsidRPr="0E2B7E7B">
        <w:rPr>
          <w:rFonts w:ascii="Arial" w:hAnsi="Arial"/>
        </w:rPr>
        <w:t xml:space="preserve">So I have a specific comment on this. So I agree with the previous colleagues about the enteric disease with vaccine roll out to typhoid and cholera, there should be that these areas should be considered. And my other comment is, regarding the nosocomial infections, these are underreported, I know and we don't find most of the publication on the nosocomial infection, but they are really prevalent in our part. And another note on </w:t>
      </w:r>
      <w:proofErr w:type="spellStart"/>
      <w:r w:rsidRPr="0E2B7E7B">
        <w:rPr>
          <w:rFonts w:ascii="Arial" w:hAnsi="Arial"/>
        </w:rPr>
        <w:t>on</w:t>
      </w:r>
      <w:proofErr w:type="spellEnd"/>
      <w:r w:rsidRPr="0E2B7E7B">
        <w:rPr>
          <w:rFonts w:ascii="Arial" w:hAnsi="Arial"/>
        </w:rPr>
        <w:t xml:space="preserve"> a different aspect is like not all the diseases have an equal funding opportunity if we see as we can see for the TB, malaria or HIV, so those should also be considered when we do that. Thank you.</w:t>
      </w:r>
    </w:p>
    <w:p w14:paraId="2DFD3A38" w14:textId="77777777" w:rsidR="0061783E" w:rsidRDefault="0061783E" w:rsidP="0061783E">
      <w:pPr>
        <w:spacing w:after="0"/>
      </w:pPr>
    </w:p>
    <w:p w14:paraId="66AF532E" w14:textId="77777777" w:rsidR="0061783E" w:rsidRDefault="0061783E" w:rsidP="0061783E">
      <w:pPr>
        <w:spacing w:after="0"/>
        <w:rPr>
          <w:rFonts w:ascii="Arial" w:hAnsi="Arial"/>
          <w:color w:val="5D7284"/>
        </w:rPr>
      </w:pPr>
      <w:r w:rsidRPr="0E2B7E7B">
        <w:rPr>
          <w:rFonts w:ascii="Arial" w:hAnsi="Arial"/>
          <w:b/>
          <w:bCs/>
        </w:rPr>
        <w:t xml:space="preserve">Delhi F2  </w:t>
      </w:r>
    </w:p>
    <w:p w14:paraId="6F16E792" w14:textId="77777777" w:rsidR="0061783E" w:rsidRDefault="0061783E" w:rsidP="0061783E">
      <w:pPr>
        <w:spacing w:after="0"/>
      </w:pPr>
      <w:r>
        <w:rPr>
          <w:rFonts w:ascii="Arial" w:hAnsi="Arial"/>
        </w:rPr>
        <w:t>Thank you very much. And I think I believe we have another person online. Yeah.</w:t>
      </w:r>
    </w:p>
    <w:p w14:paraId="5CBEC067" w14:textId="77777777" w:rsidR="0061783E" w:rsidRDefault="0061783E" w:rsidP="0061783E">
      <w:pPr>
        <w:spacing w:after="0"/>
      </w:pPr>
    </w:p>
    <w:p w14:paraId="1CE80CB5" w14:textId="77777777" w:rsidR="0061783E" w:rsidRDefault="0061783E" w:rsidP="0061783E">
      <w:pPr>
        <w:spacing w:after="0"/>
      </w:pPr>
      <w:r w:rsidRPr="0E2B7E7B">
        <w:rPr>
          <w:rFonts w:ascii="Arial" w:hAnsi="Arial"/>
          <w:b/>
          <w:bCs/>
        </w:rPr>
        <w:lastRenderedPageBreak/>
        <w:t xml:space="preserve">Delhi 15  </w:t>
      </w:r>
    </w:p>
    <w:p w14:paraId="0D3C34B4" w14:textId="77777777" w:rsidR="0061783E" w:rsidRDefault="0061783E" w:rsidP="0061783E">
      <w:pPr>
        <w:spacing w:after="0"/>
      </w:pPr>
      <w:proofErr w:type="spellStart"/>
      <w:r w:rsidRPr="0E2B7E7B">
        <w:rPr>
          <w:rFonts w:ascii="Arial" w:hAnsi="Arial"/>
        </w:rPr>
        <w:t>ISo</w:t>
      </w:r>
      <w:proofErr w:type="spellEnd"/>
      <w:r w:rsidRPr="0E2B7E7B">
        <w:rPr>
          <w:rFonts w:ascii="Arial" w:hAnsi="Arial"/>
        </w:rPr>
        <w:t xml:space="preserve"> my comment is actually when you take south southeast Asian region, most of Asian disease burden need will present in India because due to the population size, actually, when you consider Sri Lanka, it's 21 million population compared to 1.4 billion population actually, all the time, the other countries are under represent it during this when you take the whole Asian disease burden. So definitely I would also agree, the first two selections for the Asian region, the TB and Dengue should come first. But when you take COVID actually depends on how many tests you done, do you do for to diagnose? Now, there is actually we have deviated from diagnosing and doing diagnostic tests to diagnose COVID. So maybe it's better we can have a broad disease category that respiratory diseases rather than going specifically for COVID Because now we are not doing any testing for COVID All the respiratory diseases can be taken as one category and also I also say that gastroenteritis also not cholera but the rotavirus and other also all gastroenteritis diseases are common in our countries also. And for us. We have some specific reemerging diseases like </w:t>
      </w:r>
      <w:proofErr w:type="spellStart"/>
      <w:r w:rsidRPr="0E2B7E7B">
        <w:rPr>
          <w:rFonts w:ascii="Arial" w:hAnsi="Arial"/>
        </w:rPr>
        <w:t>Brugia</w:t>
      </w:r>
      <w:proofErr w:type="spellEnd"/>
      <w:r w:rsidRPr="0E2B7E7B">
        <w:rPr>
          <w:rFonts w:ascii="Arial" w:hAnsi="Arial"/>
        </w:rPr>
        <w:t xml:space="preserve"> and </w:t>
      </w:r>
      <w:proofErr w:type="spellStart"/>
      <w:r w:rsidRPr="0E2B7E7B">
        <w:rPr>
          <w:rFonts w:ascii="Arial" w:hAnsi="Arial"/>
        </w:rPr>
        <w:t>filariasis</w:t>
      </w:r>
      <w:proofErr w:type="spellEnd"/>
      <w:r w:rsidRPr="0E2B7E7B">
        <w:rPr>
          <w:rFonts w:ascii="Arial" w:hAnsi="Arial"/>
        </w:rPr>
        <w:t xml:space="preserve"> because in Sri Lanka, we have eliminated a few diseases malaria, </w:t>
      </w:r>
      <w:proofErr w:type="spellStart"/>
      <w:r w:rsidRPr="0E2B7E7B">
        <w:rPr>
          <w:rFonts w:ascii="Arial" w:hAnsi="Arial"/>
        </w:rPr>
        <w:t>filariasis</w:t>
      </w:r>
      <w:proofErr w:type="spellEnd"/>
      <w:r w:rsidRPr="0E2B7E7B">
        <w:rPr>
          <w:rFonts w:ascii="Arial" w:hAnsi="Arial"/>
        </w:rPr>
        <w:t xml:space="preserve">, leprosy and those kinds of diseases. But there is a threat of reemerging all these diseases, because the </w:t>
      </w:r>
      <w:proofErr w:type="spellStart"/>
      <w:r w:rsidRPr="0E2B7E7B">
        <w:rPr>
          <w:rFonts w:ascii="Arial" w:hAnsi="Arial"/>
        </w:rPr>
        <w:t>the</w:t>
      </w:r>
      <w:proofErr w:type="spellEnd"/>
      <w:r w:rsidRPr="0E2B7E7B">
        <w:rPr>
          <w:rFonts w:ascii="Arial" w:hAnsi="Arial"/>
        </w:rPr>
        <w:t xml:space="preserve"> migration and everything there is threatened or some of these diseases have the actually the zoonotic component as well, and those should be addressed. So our disease priorities may be different than the whole Asian context. The </w:t>
      </w:r>
      <w:proofErr w:type="spellStart"/>
      <w:r w:rsidRPr="0E2B7E7B">
        <w:rPr>
          <w:rFonts w:ascii="Arial" w:hAnsi="Arial"/>
        </w:rPr>
        <w:t>Brugia</w:t>
      </w:r>
      <w:proofErr w:type="spellEnd"/>
      <w:r w:rsidRPr="0E2B7E7B">
        <w:rPr>
          <w:rFonts w:ascii="Arial" w:hAnsi="Arial"/>
        </w:rPr>
        <w:t xml:space="preserve">, </w:t>
      </w:r>
      <w:proofErr w:type="spellStart"/>
      <w:r w:rsidRPr="0E2B7E7B">
        <w:rPr>
          <w:rFonts w:ascii="Arial" w:hAnsi="Arial"/>
        </w:rPr>
        <w:t>filariasis</w:t>
      </w:r>
      <w:proofErr w:type="spellEnd"/>
      <w:r w:rsidRPr="0E2B7E7B">
        <w:rPr>
          <w:rFonts w:ascii="Arial" w:hAnsi="Arial"/>
        </w:rPr>
        <w:t xml:space="preserve">, </w:t>
      </w:r>
      <w:proofErr w:type="spellStart"/>
      <w:r w:rsidRPr="0E2B7E7B">
        <w:rPr>
          <w:rFonts w:ascii="Arial" w:hAnsi="Arial"/>
        </w:rPr>
        <w:t>leishmaniasis</w:t>
      </w:r>
      <w:proofErr w:type="spellEnd"/>
      <w:r w:rsidRPr="0E2B7E7B">
        <w:rPr>
          <w:rFonts w:ascii="Arial" w:hAnsi="Arial"/>
        </w:rPr>
        <w:t>, leptospirosis, typhus, those disease also should be given some of actually, if we can include one section on neglected tropical diseases that might address the small, small other emerging diseases in other small countries. Thank you.</w:t>
      </w:r>
    </w:p>
    <w:p w14:paraId="59BE92AA" w14:textId="77777777" w:rsidR="0061783E" w:rsidRDefault="0061783E" w:rsidP="0061783E">
      <w:pPr>
        <w:spacing w:after="0"/>
      </w:pPr>
    </w:p>
    <w:p w14:paraId="7F0D6337" w14:textId="77777777" w:rsidR="0061783E" w:rsidRDefault="0061783E" w:rsidP="0061783E">
      <w:pPr>
        <w:spacing w:after="0"/>
        <w:rPr>
          <w:rFonts w:ascii="Arial" w:hAnsi="Arial"/>
          <w:color w:val="5D7284"/>
        </w:rPr>
      </w:pPr>
      <w:r w:rsidRPr="0E2B7E7B">
        <w:rPr>
          <w:rFonts w:ascii="Arial" w:hAnsi="Arial"/>
          <w:b/>
          <w:bCs/>
        </w:rPr>
        <w:t>Delhi F2</w:t>
      </w:r>
    </w:p>
    <w:p w14:paraId="3FA41E8E" w14:textId="77777777" w:rsidR="0061783E" w:rsidRDefault="0061783E" w:rsidP="0061783E">
      <w:pPr>
        <w:spacing w:after="0"/>
      </w:pPr>
      <w:r>
        <w:rPr>
          <w:rFonts w:ascii="Arial" w:hAnsi="Arial"/>
        </w:rPr>
        <w:t>Sorry, I just gave opportunity for you in online because they have less opportunity to be visible. First, no headway. You are muted. Yeah.</w:t>
      </w:r>
    </w:p>
    <w:p w14:paraId="163504E1" w14:textId="77777777" w:rsidR="0061783E" w:rsidRDefault="0061783E" w:rsidP="0061783E">
      <w:pPr>
        <w:spacing w:after="0"/>
      </w:pPr>
    </w:p>
    <w:p w14:paraId="0B08F6AC" w14:textId="77777777" w:rsidR="0061783E" w:rsidRDefault="0061783E" w:rsidP="0061783E">
      <w:pPr>
        <w:spacing w:after="0"/>
        <w:rPr>
          <w:rFonts w:ascii="Arial" w:hAnsi="Arial"/>
          <w:color w:val="5D7284"/>
        </w:rPr>
      </w:pPr>
      <w:r w:rsidRPr="0E2B7E7B">
        <w:rPr>
          <w:rFonts w:ascii="Arial" w:hAnsi="Arial"/>
          <w:b/>
          <w:bCs/>
        </w:rPr>
        <w:t xml:space="preserve">Delhi 39  </w:t>
      </w:r>
    </w:p>
    <w:p w14:paraId="71EBCA2C" w14:textId="77777777" w:rsidR="0061783E" w:rsidRDefault="0061783E" w:rsidP="0061783E">
      <w:pPr>
        <w:spacing w:after="0"/>
        <w:rPr>
          <w:rFonts w:ascii="Arial" w:hAnsi="Arial"/>
        </w:rPr>
      </w:pPr>
      <w:r w:rsidRPr="0E2B7E7B">
        <w:rPr>
          <w:rFonts w:ascii="Arial" w:hAnsi="Arial"/>
        </w:rPr>
        <w:t xml:space="preserve"> Oh, so I agree with that, or just </w:t>
      </w:r>
      <w:proofErr w:type="spellStart"/>
      <w:r w:rsidRPr="0E2B7E7B">
        <w:rPr>
          <w:rFonts w:ascii="Arial" w:hAnsi="Arial"/>
        </w:rPr>
        <w:t>just</w:t>
      </w:r>
      <w:proofErr w:type="spellEnd"/>
      <w:r w:rsidRPr="0E2B7E7B">
        <w:rPr>
          <w:rFonts w:ascii="Arial" w:hAnsi="Arial"/>
        </w:rPr>
        <w:t xml:space="preserve"> gave up specifically, I would like to ask about what's </w:t>
      </w:r>
      <w:proofErr w:type="spellStart"/>
      <w:r w:rsidRPr="0E2B7E7B">
        <w:rPr>
          <w:rFonts w:ascii="Arial" w:hAnsi="Arial"/>
        </w:rPr>
        <w:t>what's</w:t>
      </w:r>
      <w:proofErr w:type="spellEnd"/>
      <w:r w:rsidRPr="0E2B7E7B">
        <w:rPr>
          <w:rFonts w:ascii="Arial" w:hAnsi="Arial"/>
        </w:rPr>
        <w:t xml:space="preserve"> the </w:t>
      </w:r>
      <w:proofErr w:type="spellStart"/>
      <w:r w:rsidRPr="0E2B7E7B">
        <w:rPr>
          <w:rFonts w:ascii="Arial" w:hAnsi="Arial"/>
        </w:rPr>
        <w:t>the</w:t>
      </w:r>
      <w:proofErr w:type="spellEnd"/>
      <w:r w:rsidRPr="0E2B7E7B">
        <w:rPr>
          <w:rFonts w:ascii="Arial" w:hAnsi="Arial"/>
        </w:rPr>
        <w:t xml:space="preserve"> definitions of escalation or escalating diseases? So I think we need we need a set of criteria, which very clearly definition in terms of burden, mortality, morbidity, for example. So available availability to a period of action. You know, we have, we have limited funding and also committed resources of the countries and we have faced in many different problems. There is many diseases here has been around for decades, and some were well funded, some are not well funded. So I'm just I'm just wondering, as you know, what, what sort of criteria that will allow us to evaluate and ranking these infectious diseases in general? </w:t>
      </w:r>
      <w:proofErr w:type="gramStart"/>
      <w:r w:rsidRPr="0E2B7E7B">
        <w:rPr>
          <w:rFonts w:ascii="Arial" w:hAnsi="Arial"/>
        </w:rPr>
        <w:t>roles</w:t>
      </w:r>
      <w:proofErr w:type="gramEnd"/>
      <w:r w:rsidRPr="0E2B7E7B">
        <w:rPr>
          <w:rFonts w:ascii="Arial" w:hAnsi="Arial"/>
        </w:rPr>
        <w:t xml:space="preserve">, because the risks of reliance on the respondents of  a subset of people, which, you know, limited, you know, the respondents would pay differently depend on </w:t>
      </w:r>
      <w:proofErr w:type="spellStart"/>
      <w:r w:rsidRPr="0E2B7E7B">
        <w:rPr>
          <w:rFonts w:ascii="Arial" w:hAnsi="Arial"/>
        </w:rPr>
        <w:t>on</w:t>
      </w:r>
      <w:proofErr w:type="spellEnd"/>
      <w:r w:rsidRPr="0E2B7E7B">
        <w:rPr>
          <w:rFonts w:ascii="Arial" w:hAnsi="Arial"/>
        </w:rPr>
        <w:t xml:space="preserve"> the research experience, so, there's a risk there. So, I would like to have like an unbiased approach </w:t>
      </w:r>
      <w:proofErr w:type="gramStart"/>
      <w:r w:rsidRPr="0E2B7E7B">
        <w:rPr>
          <w:rFonts w:ascii="Arial" w:hAnsi="Arial"/>
        </w:rPr>
        <w:t>For</w:t>
      </w:r>
      <w:proofErr w:type="gramEnd"/>
      <w:r w:rsidRPr="0E2B7E7B">
        <w:rPr>
          <w:rFonts w:ascii="Arial" w:hAnsi="Arial"/>
        </w:rPr>
        <w:t xml:space="preserve"> </w:t>
      </w:r>
      <w:proofErr w:type="spellStart"/>
      <w:r w:rsidRPr="0E2B7E7B">
        <w:rPr>
          <w:rFonts w:ascii="Arial" w:hAnsi="Arial"/>
        </w:rPr>
        <w:t>for</w:t>
      </w:r>
      <w:proofErr w:type="spellEnd"/>
      <w:r w:rsidRPr="0E2B7E7B">
        <w:rPr>
          <w:rFonts w:ascii="Arial" w:hAnsi="Arial"/>
        </w:rPr>
        <w:t xml:space="preserve"> the ranking of the diseases. That's so my comment. Yeah.</w:t>
      </w:r>
    </w:p>
    <w:p w14:paraId="7DB7E1D5" w14:textId="77777777" w:rsidR="0061783E" w:rsidRDefault="0061783E" w:rsidP="0061783E">
      <w:pPr>
        <w:spacing w:after="0"/>
      </w:pPr>
    </w:p>
    <w:p w14:paraId="125F9F4B" w14:textId="77777777" w:rsidR="0061783E" w:rsidRDefault="0061783E" w:rsidP="0061783E">
      <w:pPr>
        <w:spacing w:after="0"/>
        <w:rPr>
          <w:rFonts w:ascii="Arial" w:hAnsi="Arial"/>
          <w:b/>
          <w:bCs/>
        </w:rPr>
      </w:pPr>
      <w:r w:rsidRPr="0E2B7E7B">
        <w:rPr>
          <w:rFonts w:ascii="Arial" w:hAnsi="Arial"/>
          <w:b/>
          <w:bCs/>
        </w:rPr>
        <w:t>Delhi F2</w:t>
      </w:r>
    </w:p>
    <w:p w14:paraId="796EBDE9" w14:textId="77777777" w:rsidR="0061783E" w:rsidRDefault="0061783E" w:rsidP="0061783E">
      <w:pPr>
        <w:spacing w:after="0"/>
      </w:pPr>
      <w:r w:rsidRPr="0E2B7E7B">
        <w:rPr>
          <w:rFonts w:ascii="Arial" w:hAnsi="Arial"/>
        </w:rPr>
        <w:t>Thanks, Name. And I believe Wellcome 1 will respond. Yeah, sure.</w:t>
      </w:r>
    </w:p>
    <w:p w14:paraId="2878804B" w14:textId="77777777" w:rsidR="0061783E" w:rsidRDefault="0061783E" w:rsidP="0061783E">
      <w:pPr>
        <w:spacing w:after="0"/>
      </w:pPr>
    </w:p>
    <w:p w14:paraId="31DE7F69" w14:textId="77777777" w:rsidR="0061783E" w:rsidRDefault="0061783E" w:rsidP="0061783E">
      <w:pPr>
        <w:spacing w:after="0"/>
        <w:rPr>
          <w:rFonts w:ascii="Arial" w:hAnsi="Arial"/>
          <w:b/>
          <w:bCs/>
        </w:rPr>
      </w:pPr>
      <w:r w:rsidRPr="0E2B7E7B">
        <w:rPr>
          <w:rFonts w:ascii="Arial" w:hAnsi="Arial"/>
          <w:b/>
          <w:bCs/>
        </w:rPr>
        <w:t>Wellcome Representative 1</w:t>
      </w:r>
    </w:p>
    <w:p w14:paraId="3FCAA188" w14:textId="77777777" w:rsidR="0061783E" w:rsidRDefault="0061783E" w:rsidP="0061783E">
      <w:pPr>
        <w:spacing w:after="0"/>
      </w:pPr>
      <w:r w:rsidRPr="0E2B7E7B">
        <w:rPr>
          <w:rFonts w:ascii="Arial" w:hAnsi="Arial"/>
        </w:rPr>
        <w:t xml:space="preserve">Thank you very much. And I think we expected the question to come up on escalation of infectious diseases. And, and it is challenging, and it's something that's been debated a lot of welcome. So I'm </w:t>
      </w:r>
      <w:r w:rsidRPr="0E2B7E7B">
        <w:rPr>
          <w:rFonts w:ascii="Arial" w:hAnsi="Arial"/>
        </w:rPr>
        <w:lastRenderedPageBreak/>
        <w:t xml:space="preserve">actually going to throw it back to you about how you how you think it should be defined, I'll give you some of the indications that we know we want to have included. So we look at things like, you know, I come from an emerging infectious background. So I'm like highest, that the highest in escalating threats. But that's not of course, across all of the team, we have different diseases that we focus on. So other things, you know, risk of escape from therapies that exist risk of vaccine </w:t>
      </w:r>
      <w:proofErr w:type="spellStart"/>
      <w:r w:rsidRPr="0E2B7E7B">
        <w:rPr>
          <w:rFonts w:ascii="Arial" w:hAnsi="Arial"/>
        </w:rPr>
        <w:t>vaccine</w:t>
      </w:r>
      <w:proofErr w:type="spellEnd"/>
      <w:r w:rsidRPr="0E2B7E7B">
        <w:rPr>
          <w:rFonts w:ascii="Arial" w:hAnsi="Arial"/>
        </w:rPr>
        <w:t xml:space="preserve"> escape. So these are what are we seeing what's the growing trends, it's not going to have the highest burden. And so we're not basing it on burden alone. Just trying to think what else I think that's probably the major one. And we have of course, drug resistance infection is a real area that we're interested in, in climate, so then you might not see the, you know, the height changes for climate. So, you know, we have this is what makes it so complex, but we want to understand, you know, for me, particularly, it's the highest risk, but there are some slow burners out there that we need to keep an eye on or we need to be advocating for the investment and, but I would love to hear your thoughts on this. I would just add the AMR question. For me, it's also fascinating, and I you know, because it's so, it's not a specific disease. So, if you have some of that context on what that means, in </w:t>
      </w:r>
      <w:proofErr w:type="gramStart"/>
      <w:r w:rsidRPr="0E2B7E7B">
        <w:rPr>
          <w:rFonts w:ascii="Arial" w:hAnsi="Arial"/>
        </w:rPr>
        <w:t>practice, that</w:t>
      </w:r>
      <w:proofErr w:type="gramEnd"/>
      <w:r w:rsidRPr="0E2B7E7B">
        <w:rPr>
          <w:rFonts w:ascii="Arial" w:hAnsi="Arial"/>
        </w:rPr>
        <w:t xml:space="preserve"> would be great to hear.</w:t>
      </w:r>
    </w:p>
    <w:p w14:paraId="5BA3B5B2" w14:textId="77777777" w:rsidR="0061783E" w:rsidRDefault="0061783E" w:rsidP="0061783E">
      <w:pPr>
        <w:spacing w:after="0"/>
      </w:pPr>
    </w:p>
    <w:p w14:paraId="327E5EF5" w14:textId="77777777" w:rsidR="0061783E" w:rsidRDefault="0061783E" w:rsidP="0061783E">
      <w:pPr>
        <w:spacing w:after="0"/>
        <w:rPr>
          <w:rFonts w:ascii="Arial" w:hAnsi="Arial"/>
          <w:color w:val="5D7284"/>
        </w:rPr>
      </w:pPr>
      <w:r w:rsidRPr="0E2B7E7B">
        <w:rPr>
          <w:rFonts w:ascii="Arial" w:hAnsi="Arial"/>
          <w:b/>
          <w:bCs/>
        </w:rPr>
        <w:t xml:space="preserve">Delhi F2  </w:t>
      </w:r>
    </w:p>
    <w:p w14:paraId="350DA90F" w14:textId="77777777" w:rsidR="0061783E" w:rsidRDefault="0061783E" w:rsidP="0061783E">
      <w:pPr>
        <w:spacing w:after="0"/>
      </w:pPr>
      <w:r>
        <w:rPr>
          <w:rFonts w:ascii="Arial" w:hAnsi="Arial"/>
        </w:rPr>
        <w:t>Thank you, Wellcome 1 and we have people with the hand up in the back. So, please</w:t>
      </w:r>
    </w:p>
    <w:p w14:paraId="681B65EF" w14:textId="77777777" w:rsidR="0061783E" w:rsidRDefault="0061783E" w:rsidP="0061783E">
      <w:pPr>
        <w:spacing w:after="0"/>
      </w:pPr>
    </w:p>
    <w:p w14:paraId="7E227895" w14:textId="77777777" w:rsidR="0061783E" w:rsidRDefault="0061783E" w:rsidP="0061783E">
      <w:pPr>
        <w:spacing w:after="0"/>
      </w:pPr>
      <w:r w:rsidRPr="0E2B7E7B">
        <w:rPr>
          <w:rFonts w:ascii="Arial" w:hAnsi="Arial"/>
          <w:b/>
          <w:bCs/>
        </w:rPr>
        <w:t>Delhi F1</w:t>
      </w:r>
    </w:p>
    <w:p w14:paraId="0B78E883" w14:textId="77777777" w:rsidR="0061783E" w:rsidRDefault="0061783E" w:rsidP="0061783E">
      <w:pPr>
        <w:spacing w:after="0"/>
      </w:pPr>
      <w:proofErr w:type="gramStart"/>
      <w:r>
        <w:rPr>
          <w:rFonts w:ascii="Arial" w:hAnsi="Arial"/>
        </w:rPr>
        <w:t>remember</w:t>
      </w:r>
      <w:proofErr w:type="gramEnd"/>
      <w:r>
        <w:rPr>
          <w:rFonts w:ascii="Arial" w:hAnsi="Arial"/>
        </w:rPr>
        <w:t xml:space="preserve"> to say your name and where you're from and great hearing from people who have heard from </w:t>
      </w:r>
    </w:p>
    <w:p w14:paraId="387CB126" w14:textId="77777777" w:rsidR="0061783E" w:rsidRDefault="0061783E" w:rsidP="0061783E">
      <w:pPr>
        <w:spacing w:after="0"/>
      </w:pPr>
    </w:p>
    <w:p w14:paraId="22A4C431" w14:textId="77777777" w:rsidR="0061783E" w:rsidRDefault="0061783E" w:rsidP="0061783E">
      <w:pPr>
        <w:spacing w:after="0"/>
        <w:rPr>
          <w:rFonts w:ascii="Arial" w:hAnsi="Arial"/>
          <w:color w:val="5D7284"/>
        </w:rPr>
      </w:pPr>
      <w:r w:rsidRPr="0E2B7E7B">
        <w:rPr>
          <w:rFonts w:ascii="Arial" w:hAnsi="Arial"/>
          <w:b/>
          <w:bCs/>
        </w:rPr>
        <w:t xml:space="preserve">Delhi 41  </w:t>
      </w:r>
    </w:p>
    <w:p w14:paraId="260746EC" w14:textId="77777777" w:rsidR="0061783E" w:rsidRDefault="0061783E" w:rsidP="0061783E">
      <w:pPr>
        <w:spacing w:after="0"/>
      </w:pPr>
      <w:proofErr w:type="gramStart"/>
      <w:r w:rsidRPr="0E2B7E7B">
        <w:rPr>
          <w:rFonts w:ascii="Arial" w:hAnsi="Arial"/>
        </w:rPr>
        <w:t>you</w:t>
      </w:r>
      <w:proofErr w:type="gramEnd"/>
      <w:r w:rsidRPr="0E2B7E7B">
        <w:rPr>
          <w:rFonts w:ascii="Arial" w:hAnsi="Arial"/>
        </w:rPr>
        <w:t xml:space="preserve"> know, in my opinion, the tuberculosis is there and there is a limited protocol for laboratory surveillance. And it means also treatment protocol also in spite of that, it is not working. So, we have to focus on why we </w:t>
      </w:r>
      <w:proofErr w:type="spellStart"/>
      <w:r w:rsidRPr="0E2B7E7B">
        <w:rPr>
          <w:rFonts w:ascii="Arial" w:hAnsi="Arial"/>
        </w:rPr>
        <w:t>we</w:t>
      </w:r>
      <w:proofErr w:type="spellEnd"/>
      <w:r w:rsidRPr="0E2B7E7B">
        <w:rPr>
          <w:rFonts w:ascii="Arial" w:hAnsi="Arial"/>
        </w:rPr>
        <w:t xml:space="preserve"> are not getting the tuberculosis. Similarly, in my opinion, there are emphasis on Dengue but, there must be more focus on vector borne diseases like </w:t>
      </w:r>
      <w:proofErr w:type="spellStart"/>
      <w:r w:rsidRPr="0E2B7E7B">
        <w:rPr>
          <w:rFonts w:ascii="Arial" w:hAnsi="Arial"/>
        </w:rPr>
        <w:t>dendue</w:t>
      </w:r>
      <w:proofErr w:type="spellEnd"/>
      <w:r w:rsidRPr="0E2B7E7B">
        <w:rPr>
          <w:rFonts w:ascii="Arial" w:hAnsi="Arial"/>
        </w:rPr>
        <w:t xml:space="preserve"> Japanese encephalitis and other bacterial diseases. And in this survey, I could not see more progress on neglected tropical disease also. I'm the </w:t>
      </w:r>
      <w:proofErr w:type="spellStart"/>
      <w:r w:rsidRPr="0E2B7E7B">
        <w:rPr>
          <w:rFonts w:ascii="Arial" w:hAnsi="Arial"/>
        </w:rPr>
        <w:t>we</w:t>
      </w:r>
      <w:proofErr w:type="spellEnd"/>
      <w:r w:rsidRPr="0E2B7E7B">
        <w:rPr>
          <w:rFonts w:ascii="Arial" w:hAnsi="Arial"/>
        </w:rPr>
        <w:t xml:space="preserve"> I think established diseases like HIV, cholera and other diseases that is just a program pillar and these are specific specifically we have to prepare data that is mentioned about the COVID-19. What why we are progressing per COVID-19, It is okay but or other Coronavirus, this is also can be emerged anytime. So we should have a common resource focus on other diseases, especially Corona viruses and AMR is there, I know. There should be a focus on antimicrobial resistance. Thank you.</w:t>
      </w:r>
    </w:p>
    <w:p w14:paraId="00388B47" w14:textId="77777777" w:rsidR="0061783E" w:rsidRDefault="0061783E" w:rsidP="0061783E">
      <w:pPr>
        <w:spacing w:after="0"/>
      </w:pPr>
    </w:p>
    <w:p w14:paraId="1443D778" w14:textId="77777777" w:rsidR="0061783E" w:rsidRDefault="0061783E" w:rsidP="0061783E">
      <w:pPr>
        <w:spacing w:after="0"/>
        <w:rPr>
          <w:rFonts w:ascii="Arial" w:hAnsi="Arial"/>
          <w:b/>
          <w:bCs/>
        </w:rPr>
      </w:pPr>
      <w:r w:rsidRPr="0E2B7E7B">
        <w:rPr>
          <w:rFonts w:ascii="Arial" w:hAnsi="Arial"/>
          <w:b/>
          <w:bCs/>
        </w:rPr>
        <w:t>Delhi F2</w:t>
      </w:r>
    </w:p>
    <w:p w14:paraId="09ADE4AD" w14:textId="77777777" w:rsidR="0061783E" w:rsidRDefault="0061783E" w:rsidP="0061783E">
      <w:pPr>
        <w:spacing w:after="0"/>
      </w:pPr>
      <w:r>
        <w:rPr>
          <w:rFonts w:ascii="Arial" w:hAnsi="Arial"/>
        </w:rPr>
        <w:t>Thank you so much. Yes. And lovely to hear all of your voices. And he will give you the slide with the information that we collected from the survey as well maybe help to guide it how you want to share us. Your contacts. Yeah, go ahead. Yes.</w:t>
      </w:r>
    </w:p>
    <w:p w14:paraId="6F2A66AA" w14:textId="77777777" w:rsidR="0061783E" w:rsidRDefault="0061783E" w:rsidP="0061783E">
      <w:pPr>
        <w:spacing w:after="0"/>
      </w:pPr>
    </w:p>
    <w:p w14:paraId="48B18565" w14:textId="77777777" w:rsidR="0061783E" w:rsidRDefault="0061783E" w:rsidP="0061783E">
      <w:pPr>
        <w:spacing w:after="0"/>
        <w:rPr>
          <w:rFonts w:ascii="Arial" w:hAnsi="Arial"/>
          <w:color w:val="5D7284"/>
        </w:rPr>
      </w:pPr>
      <w:r w:rsidRPr="0E2B7E7B">
        <w:rPr>
          <w:rFonts w:ascii="Arial" w:hAnsi="Arial"/>
          <w:b/>
          <w:bCs/>
        </w:rPr>
        <w:t xml:space="preserve">Delhi 4  </w:t>
      </w:r>
    </w:p>
    <w:p w14:paraId="5D57467C" w14:textId="77777777" w:rsidR="0061783E" w:rsidRDefault="0061783E" w:rsidP="0061783E">
      <w:pPr>
        <w:spacing w:after="0"/>
        <w:rPr>
          <w:rFonts w:ascii="Arial" w:hAnsi="Arial"/>
        </w:rPr>
      </w:pPr>
      <w:r w:rsidRPr="0E2B7E7B">
        <w:rPr>
          <w:rFonts w:ascii="Arial" w:hAnsi="Arial"/>
        </w:rPr>
        <w:t xml:space="preserve">I think, for future and I'm just thinking for </w:t>
      </w:r>
      <w:proofErr w:type="gramStart"/>
      <w:r w:rsidRPr="0E2B7E7B">
        <w:rPr>
          <w:rFonts w:ascii="Arial" w:hAnsi="Arial"/>
        </w:rPr>
        <w:t>the  funding</w:t>
      </w:r>
      <w:proofErr w:type="gramEnd"/>
      <w:r w:rsidRPr="0E2B7E7B">
        <w:rPr>
          <w:rFonts w:ascii="Arial" w:hAnsi="Arial"/>
        </w:rPr>
        <w:t xml:space="preserve"> opportunities that would be needed by the Asia Pacific region is that if we, if you can disaggregate the Asia Pacific and looking at South Asia, Southeast Asia and then the Asia and Pacific then this priorities would definitely change. And in Latin </w:t>
      </w:r>
      <w:r w:rsidRPr="0E2B7E7B">
        <w:rPr>
          <w:rFonts w:ascii="Arial" w:hAnsi="Arial"/>
        </w:rPr>
        <w:lastRenderedPageBreak/>
        <w:t xml:space="preserve">America and the Caribbean, if you can split the Latin America and the Caribbean also and In the African region, the North and the South, then you will have a more rich priority area discussions in terms of disease priorities. I've, I've worked with TB, dengue, AMR, respiratory infections and HIV. So the top five of the top six, I do that, but </w:t>
      </w:r>
      <w:proofErr w:type="spellStart"/>
      <w:r w:rsidRPr="0E2B7E7B">
        <w:rPr>
          <w:rFonts w:ascii="Arial" w:hAnsi="Arial"/>
        </w:rPr>
        <w:t>But</w:t>
      </w:r>
      <w:proofErr w:type="spellEnd"/>
      <w:r w:rsidRPr="0E2B7E7B">
        <w:rPr>
          <w:rFonts w:ascii="Arial" w:hAnsi="Arial"/>
        </w:rPr>
        <w:t xml:space="preserve"> really, we also need to look at the different aspects of like water, air, or soil in terms of not just looking at the disease, but also the different environment that you look at. </w:t>
      </w:r>
    </w:p>
    <w:p w14:paraId="7837F83B" w14:textId="77777777" w:rsidR="0061783E" w:rsidRDefault="0061783E" w:rsidP="0061783E">
      <w:pPr>
        <w:spacing w:after="0"/>
        <w:rPr>
          <w:rFonts w:ascii="Arial" w:hAnsi="Arial"/>
          <w:b/>
          <w:bCs/>
        </w:rPr>
      </w:pPr>
    </w:p>
    <w:p w14:paraId="163AF2F0" w14:textId="77777777" w:rsidR="0061783E" w:rsidRDefault="0061783E" w:rsidP="0061783E">
      <w:pPr>
        <w:spacing w:after="0"/>
        <w:rPr>
          <w:rFonts w:ascii="Arial" w:hAnsi="Arial"/>
        </w:rPr>
      </w:pPr>
      <w:r w:rsidRPr="0E2B7E7B">
        <w:rPr>
          <w:rFonts w:ascii="Arial" w:hAnsi="Arial"/>
          <w:b/>
          <w:bCs/>
        </w:rPr>
        <w:t>Delhi F2</w:t>
      </w:r>
    </w:p>
    <w:p w14:paraId="6E868C45" w14:textId="77777777" w:rsidR="0061783E" w:rsidRDefault="0061783E" w:rsidP="0061783E">
      <w:pPr>
        <w:spacing w:after="0"/>
      </w:pPr>
      <w:proofErr w:type="gramStart"/>
      <w:r>
        <w:rPr>
          <w:rFonts w:ascii="Arial" w:hAnsi="Arial"/>
        </w:rPr>
        <w:t>this</w:t>
      </w:r>
      <w:proofErr w:type="gramEnd"/>
      <w:r>
        <w:rPr>
          <w:rFonts w:ascii="Arial" w:hAnsi="Arial"/>
        </w:rPr>
        <w:t>, this is what we need the context. And just I just want to call out the data is it's a huge database, and you can all have it to analyze however you want later. We'll talk about this this afternoon. So worried that that could happen. But tell us your context, which is</w:t>
      </w:r>
    </w:p>
    <w:p w14:paraId="3AC01DEA" w14:textId="77777777" w:rsidR="0061783E" w:rsidRDefault="0061783E" w:rsidP="0061783E">
      <w:pPr>
        <w:spacing w:after="0"/>
      </w:pPr>
    </w:p>
    <w:p w14:paraId="774874BE" w14:textId="77777777" w:rsidR="0061783E" w:rsidRDefault="0061783E" w:rsidP="0061783E">
      <w:pPr>
        <w:spacing w:after="0"/>
        <w:rPr>
          <w:rFonts w:ascii="Arial" w:hAnsi="Arial"/>
          <w:color w:val="5D7284"/>
        </w:rPr>
      </w:pPr>
      <w:r w:rsidRPr="0E2B7E7B">
        <w:rPr>
          <w:rFonts w:ascii="Arial" w:hAnsi="Arial"/>
          <w:b/>
          <w:bCs/>
        </w:rPr>
        <w:t xml:space="preserve">Delhi 4 </w:t>
      </w:r>
    </w:p>
    <w:p w14:paraId="31B39BF4" w14:textId="77777777" w:rsidR="0061783E" w:rsidRDefault="0061783E" w:rsidP="0061783E">
      <w:pPr>
        <w:spacing w:after="0"/>
      </w:pPr>
      <w:r w:rsidRPr="7EEA665B">
        <w:rPr>
          <w:rFonts w:ascii="Arial" w:hAnsi="Arial"/>
        </w:rPr>
        <w:t>That would help everyone here and make everyone here happy, see if they're if they're their priority diseases, not on the top, maybe if we sort of stratify it further into certain regions in the global Asia Pacific so big. So it's out that it's not generalizable to everyone. So to have to make everyone happy here. So it would be nice to just disaggregate them into Asia Pacific.</w:t>
      </w:r>
    </w:p>
    <w:p w14:paraId="5272AE17" w14:textId="77777777" w:rsidR="0061783E" w:rsidRDefault="0061783E" w:rsidP="0061783E">
      <w:pPr>
        <w:spacing w:after="0"/>
      </w:pPr>
    </w:p>
    <w:p w14:paraId="148D8904" w14:textId="77777777" w:rsidR="0061783E" w:rsidRDefault="0061783E" w:rsidP="0061783E">
      <w:pPr>
        <w:spacing w:after="0"/>
        <w:rPr>
          <w:rFonts w:ascii="Arial" w:hAnsi="Arial"/>
          <w:b/>
          <w:bCs/>
        </w:rPr>
      </w:pPr>
      <w:r w:rsidRPr="0E2B7E7B">
        <w:rPr>
          <w:rFonts w:ascii="Arial" w:hAnsi="Arial"/>
          <w:b/>
          <w:bCs/>
        </w:rPr>
        <w:t>Delhi F1</w:t>
      </w:r>
    </w:p>
    <w:p w14:paraId="14CE1E12" w14:textId="77777777" w:rsidR="0061783E" w:rsidRDefault="0061783E" w:rsidP="0061783E">
      <w:pPr>
        <w:spacing w:after="0"/>
      </w:pPr>
      <w:r>
        <w:rPr>
          <w:rFonts w:ascii="Arial" w:hAnsi="Arial"/>
        </w:rPr>
        <w:t xml:space="preserve">Exactly. But we want to hear </w:t>
      </w:r>
      <w:proofErr w:type="gramStart"/>
      <w:r>
        <w:rPr>
          <w:rFonts w:ascii="Arial" w:hAnsi="Arial"/>
        </w:rPr>
        <w:t>your</w:t>
      </w:r>
      <w:proofErr w:type="gramEnd"/>
      <w:r>
        <w:rPr>
          <w:rFonts w:ascii="Arial" w:hAnsi="Arial"/>
        </w:rPr>
        <w:t xml:space="preserve"> </w:t>
      </w:r>
      <w:proofErr w:type="spellStart"/>
      <w:r>
        <w:rPr>
          <w:rFonts w:ascii="Arial" w:hAnsi="Arial"/>
        </w:rPr>
        <w:t>your</w:t>
      </w:r>
      <w:proofErr w:type="spellEnd"/>
      <w:r>
        <w:rPr>
          <w:rFonts w:ascii="Arial" w:hAnsi="Arial"/>
        </w:rPr>
        <w:t xml:space="preserve"> context on</w:t>
      </w:r>
    </w:p>
    <w:p w14:paraId="4264542F" w14:textId="77777777" w:rsidR="0061783E" w:rsidRDefault="0061783E" w:rsidP="0061783E">
      <w:pPr>
        <w:spacing w:after="0"/>
      </w:pPr>
    </w:p>
    <w:p w14:paraId="1DFE5908" w14:textId="77777777" w:rsidR="0061783E" w:rsidRDefault="0061783E" w:rsidP="0061783E">
      <w:pPr>
        <w:spacing w:after="0"/>
        <w:rPr>
          <w:rFonts w:ascii="Arial" w:hAnsi="Arial"/>
          <w:color w:val="5D7284"/>
        </w:rPr>
      </w:pPr>
      <w:r w:rsidRPr="0E2B7E7B">
        <w:rPr>
          <w:rFonts w:ascii="Arial" w:hAnsi="Arial"/>
          <w:b/>
          <w:bCs/>
        </w:rPr>
        <w:t xml:space="preserve">Delhi 4  </w:t>
      </w:r>
    </w:p>
    <w:p w14:paraId="41AA4619" w14:textId="77777777" w:rsidR="0061783E" w:rsidRDefault="0061783E" w:rsidP="0061783E">
      <w:pPr>
        <w:spacing w:after="0"/>
      </w:pPr>
      <w:r w:rsidRPr="0E2B7E7B">
        <w:rPr>
          <w:rFonts w:ascii="Arial" w:hAnsi="Arial"/>
        </w:rPr>
        <w:t>TB is really a problem in the Philippines. HIV is also probably the Philippines. Dengue is also a problem in the Philippines AMR is also a problem. So everything is a problem in Asia. And it's really it's really up to Wellcome Trust to give more money probably in research in Asia, in Asia Pacific region, because we are the bigger chunk of the world. Thank you.</w:t>
      </w:r>
    </w:p>
    <w:p w14:paraId="3C4FFDC8" w14:textId="77777777" w:rsidR="0061783E" w:rsidRDefault="0061783E" w:rsidP="0061783E">
      <w:pPr>
        <w:spacing w:after="0"/>
      </w:pPr>
    </w:p>
    <w:p w14:paraId="63C7AD2F" w14:textId="77777777" w:rsidR="0061783E" w:rsidRDefault="0061783E" w:rsidP="0061783E">
      <w:pPr>
        <w:spacing w:after="0"/>
        <w:rPr>
          <w:rFonts w:ascii="Arial" w:hAnsi="Arial"/>
          <w:b/>
          <w:bCs/>
        </w:rPr>
      </w:pPr>
      <w:r w:rsidRPr="0E2B7E7B">
        <w:rPr>
          <w:rFonts w:ascii="Arial" w:hAnsi="Arial"/>
          <w:b/>
          <w:bCs/>
        </w:rPr>
        <w:t>Delhi F2</w:t>
      </w:r>
    </w:p>
    <w:p w14:paraId="7E4BC182" w14:textId="77777777" w:rsidR="0061783E" w:rsidRDefault="0061783E" w:rsidP="0061783E">
      <w:pPr>
        <w:spacing w:after="0"/>
      </w:pPr>
      <w:r>
        <w:rPr>
          <w:rFonts w:ascii="Arial" w:hAnsi="Arial"/>
        </w:rPr>
        <w:t xml:space="preserve">Thank you very much. And I yeah, I'd like to invite Yeah. </w:t>
      </w:r>
    </w:p>
    <w:p w14:paraId="5B4C4680" w14:textId="40E6765D" w:rsidR="0061783E" w:rsidRDefault="0061783E" w:rsidP="0061783E">
      <w:pPr>
        <w:spacing w:after="0"/>
      </w:pPr>
    </w:p>
    <w:p w14:paraId="18398AA6" w14:textId="77777777" w:rsidR="0061783E" w:rsidRDefault="0061783E" w:rsidP="0061783E">
      <w:pPr>
        <w:spacing w:after="0"/>
        <w:rPr>
          <w:rFonts w:ascii="Arial" w:hAnsi="Arial"/>
          <w:color w:val="5D7284"/>
        </w:rPr>
      </w:pPr>
      <w:r w:rsidRPr="0E2B7E7B">
        <w:rPr>
          <w:rFonts w:ascii="Arial" w:hAnsi="Arial"/>
          <w:b/>
          <w:bCs/>
        </w:rPr>
        <w:t xml:space="preserve">Delhi 48 </w:t>
      </w:r>
    </w:p>
    <w:p w14:paraId="7288B63A" w14:textId="77777777" w:rsidR="0061783E" w:rsidRDefault="0061783E" w:rsidP="0061783E">
      <w:pPr>
        <w:spacing w:after="0"/>
      </w:pPr>
      <w:r w:rsidRPr="0E2B7E7B">
        <w:rPr>
          <w:rFonts w:ascii="Arial" w:hAnsi="Arial"/>
        </w:rPr>
        <w:t xml:space="preserve"> And I had a couple of questions, slash comments. The first comment was based on a couple of comments that were made previously. I wonder if there are, and I agree that there could be regional and possibly cultural differences in the survey that affected this </w:t>
      </w:r>
      <w:proofErr w:type="gramStart"/>
      <w:r w:rsidRPr="0E2B7E7B">
        <w:rPr>
          <w:rFonts w:ascii="Arial" w:hAnsi="Arial"/>
        </w:rPr>
        <w:t>results?</w:t>
      </w:r>
      <w:proofErr w:type="gramEnd"/>
      <w:r w:rsidRPr="0E2B7E7B">
        <w:rPr>
          <w:rFonts w:ascii="Arial" w:hAnsi="Arial"/>
        </w:rPr>
        <w:t xml:space="preserve"> And with the analysis, try to account for that by maybe using democracy, demography. Yeah. To act as a proxy for cultural or regional differences, maybe that's the way to go forward with it. And the second question, slash comment was, when I look at this list of diseases, and you come from one health background, and you look at something that's upstream and downstream, there's almost looks like a downstream </w:t>
      </w:r>
      <w:proofErr w:type="spellStart"/>
      <w:r w:rsidRPr="0E2B7E7B">
        <w:rPr>
          <w:rFonts w:ascii="Arial" w:hAnsi="Arial"/>
        </w:rPr>
        <w:t>downstream</w:t>
      </w:r>
      <w:proofErr w:type="spellEnd"/>
      <w:r w:rsidRPr="0E2B7E7B">
        <w:rPr>
          <w:rFonts w:ascii="Arial" w:hAnsi="Arial"/>
        </w:rPr>
        <w:t xml:space="preserve"> snapshot of diseases. And then if you want to look at this, and then go back to reservoirs, so you're trying to go upstream there? And what if you were to look at it from a One Health context, maybe you'll get a different set of diseases? That was a comment that I wanted to make. And maybe that's the way it's the question might be structured. And for that reason, you got this. Thank you.</w:t>
      </w:r>
    </w:p>
    <w:p w14:paraId="01C3CA8E" w14:textId="77777777" w:rsidR="0061783E" w:rsidRDefault="0061783E" w:rsidP="0061783E">
      <w:pPr>
        <w:spacing w:after="0"/>
      </w:pPr>
    </w:p>
    <w:p w14:paraId="554165BC" w14:textId="77777777" w:rsidR="005A2C63" w:rsidRDefault="005A2C63" w:rsidP="0061783E">
      <w:pPr>
        <w:spacing w:after="0"/>
        <w:rPr>
          <w:rFonts w:ascii="Arial" w:hAnsi="Arial"/>
          <w:b/>
          <w:bCs/>
        </w:rPr>
      </w:pPr>
    </w:p>
    <w:p w14:paraId="4F3E6A40" w14:textId="033CF9A2" w:rsidR="0061783E" w:rsidRDefault="0061783E" w:rsidP="0061783E">
      <w:pPr>
        <w:spacing w:after="0"/>
        <w:rPr>
          <w:rFonts w:ascii="Arial" w:hAnsi="Arial"/>
          <w:b/>
          <w:bCs/>
        </w:rPr>
      </w:pPr>
      <w:bookmarkStart w:id="0" w:name="_GoBack"/>
      <w:bookmarkEnd w:id="0"/>
      <w:r w:rsidRPr="0E2B7E7B">
        <w:rPr>
          <w:rFonts w:ascii="Arial" w:hAnsi="Arial"/>
          <w:b/>
          <w:bCs/>
        </w:rPr>
        <w:lastRenderedPageBreak/>
        <w:t>Delhi F2</w:t>
      </w:r>
    </w:p>
    <w:p w14:paraId="287EE9BA" w14:textId="77777777" w:rsidR="0061783E" w:rsidRDefault="0061783E" w:rsidP="0061783E">
      <w:pPr>
        <w:spacing w:after="0"/>
      </w:pPr>
      <w:r w:rsidRPr="7EEA665B">
        <w:rPr>
          <w:rFonts w:ascii="Arial" w:hAnsi="Arial"/>
        </w:rPr>
        <w:t>Thank you very much. I would like the speaker, the participant, please help us to give a context of we understand a lot of you are many of you saying that we agree with the list, but we would like to hear from you what you don't agree. And why is it? And maybe is it? These are the reason we pick it up from our survey. Please share with us your opinion on it? Thank you very much.</w:t>
      </w:r>
    </w:p>
    <w:p w14:paraId="27D95233" w14:textId="77777777" w:rsidR="0061783E" w:rsidRDefault="0061783E" w:rsidP="0061783E">
      <w:pPr>
        <w:spacing w:after="0"/>
      </w:pPr>
    </w:p>
    <w:p w14:paraId="573328E5" w14:textId="77777777" w:rsidR="0061783E" w:rsidRDefault="0061783E" w:rsidP="0061783E">
      <w:pPr>
        <w:spacing w:after="0"/>
        <w:rPr>
          <w:rFonts w:ascii="Arial" w:hAnsi="Arial"/>
          <w:color w:val="5D7284"/>
        </w:rPr>
      </w:pPr>
      <w:r w:rsidRPr="0E2B7E7B">
        <w:rPr>
          <w:rFonts w:ascii="Arial" w:hAnsi="Arial"/>
          <w:b/>
          <w:bCs/>
        </w:rPr>
        <w:t xml:space="preserve">Delhi 5  </w:t>
      </w:r>
    </w:p>
    <w:p w14:paraId="60B4C623" w14:textId="77777777" w:rsidR="0061783E" w:rsidRDefault="0061783E" w:rsidP="0061783E">
      <w:pPr>
        <w:spacing w:after="0"/>
      </w:pPr>
      <w:r w:rsidRPr="0E2B7E7B">
        <w:rPr>
          <w:rFonts w:ascii="Arial" w:hAnsi="Arial"/>
        </w:rPr>
        <w:t>So we're thinking a lot about how to apply it across diseases. And I think so to come on to this. I think with AMR and diarrheal diseases, I think they might have got diluted a little bit because I think, you know, they're a chronic problem. And part of the reason why there's a risk of emergencies because of AMR. So I wonder whether or not that hasn't, has been diluted a little bit by having AMR as a kind of catch all category. And then the second thing too, you know, this is a good list, right? These are all important, and I think that's maybe why they don't shift around so much. And so I think the real key might be about how these things get funded in terms of building you fund different aspects, right. So for the things that are high risk is very low risk, but really high impact you want to actually fund fundamentally different for objects around preparing for that inevitability rather than responding, which you might do for some of the more kind of chronic diseases for which we already have some tools.</w:t>
      </w:r>
    </w:p>
    <w:p w14:paraId="12220A9A" w14:textId="77777777" w:rsidR="0061783E" w:rsidRDefault="0061783E" w:rsidP="0061783E">
      <w:pPr>
        <w:spacing w:after="0"/>
      </w:pPr>
    </w:p>
    <w:p w14:paraId="3EFD8046" w14:textId="77777777" w:rsidR="0061783E" w:rsidRDefault="0061783E" w:rsidP="0061783E">
      <w:pPr>
        <w:spacing w:after="0"/>
        <w:rPr>
          <w:rFonts w:ascii="Arial" w:hAnsi="Arial"/>
          <w:color w:val="5D7284"/>
        </w:rPr>
      </w:pPr>
      <w:r w:rsidRPr="0E2B7E7B">
        <w:rPr>
          <w:rFonts w:ascii="Arial" w:hAnsi="Arial"/>
          <w:b/>
          <w:bCs/>
        </w:rPr>
        <w:t>Delhi F2</w:t>
      </w:r>
    </w:p>
    <w:p w14:paraId="1E2EDE77" w14:textId="77777777" w:rsidR="0061783E" w:rsidRDefault="0061783E" w:rsidP="0061783E">
      <w:pPr>
        <w:spacing w:after="0"/>
      </w:pPr>
      <w:r>
        <w:rPr>
          <w:rFonts w:ascii="Arial" w:hAnsi="Arial"/>
        </w:rPr>
        <w:t>Thank you. Thank you,</w:t>
      </w:r>
    </w:p>
    <w:p w14:paraId="07193754" w14:textId="77777777" w:rsidR="0061783E" w:rsidRDefault="0061783E" w:rsidP="0061783E">
      <w:pPr>
        <w:spacing w:after="0"/>
      </w:pPr>
    </w:p>
    <w:p w14:paraId="6D6C388D" w14:textId="77777777" w:rsidR="0061783E" w:rsidRDefault="0061783E" w:rsidP="0061783E">
      <w:pPr>
        <w:spacing w:after="0"/>
        <w:rPr>
          <w:rFonts w:ascii="Arial" w:hAnsi="Arial"/>
          <w:b/>
          <w:bCs/>
        </w:rPr>
      </w:pPr>
      <w:r w:rsidRPr="0E2B7E7B">
        <w:rPr>
          <w:rFonts w:ascii="Arial" w:hAnsi="Arial"/>
          <w:b/>
          <w:bCs/>
        </w:rPr>
        <w:t>Delhi F1</w:t>
      </w:r>
    </w:p>
    <w:p w14:paraId="6BC26B69" w14:textId="77777777" w:rsidR="0061783E" w:rsidRDefault="0061783E" w:rsidP="0061783E">
      <w:pPr>
        <w:spacing w:after="0"/>
      </w:pPr>
      <w:proofErr w:type="gramStart"/>
      <w:r>
        <w:rPr>
          <w:rFonts w:ascii="Arial" w:hAnsi="Arial"/>
        </w:rPr>
        <w:t>we're</w:t>
      </w:r>
      <w:proofErr w:type="gramEnd"/>
      <w:r>
        <w:rPr>
          <w:rFonts w:ascii="Arial" w:hAnsi="Arial"/>
        </w:rPr>
        <w:t xml:space="preserve"> </w:t>
      </w:r>
      <w:proofErr w:type="spellStart"/>
      <w:r>
        <w:rPr>
          <w:rFonts w:ascii="Arial" w:hAnsi="Arial"/>
        </w:rPr>
        <w:t>gonna</w:t>
      </w:r>
      <w:proofErr w:type="spellEnd"/>
      <w:r>
        <w:rPr>
          <w:rFonts w:ascii="Arial" w:hAnsi="Arial"/>
        </w:rPr>
        <w:t xml:space="preserve"> come on to the types of research after lunch. That's brilliant. So, so hold that thought, just to see the list you see in blue on the screen, are the responses when we asked people, what factors were in their decisions, and what the key drivers were of that decision point. So you know, here we are in the region with so many experts from different places in the room and online. Can you talk us through why people would have written these and, and if you agree with them, and so we know, then, there's so much analysis we can do. And we know the limitations of the survey, but let's spend this time on the detail and the context and your experience. And so have a look at that list, please. And then just talk us through this in detail, you know, write the paragraph underneath those headlines. I think we've got some new people that jump to the next.</w:t>
      </w:r>
    </w:p>
    <w:p w14:paraId="1C9F9475" w14:textId="77777777" w:rsidR="0061783E" w:rsidRDefault="0061783E" w:rsidP="0061783E">
      <w:pPr>
        <w:spacing w:after="0"/>
      </w:pPr>
    </w:p>
    <w:p w14:paraId="310F02FA" w14:textId="77777777" w:rsidR="0061783E" w:rsidRDefault="0061783E" w:rsidP="0061783E">
      <w:pPr>
        <w:spacing w:after="0"/>
        <w:rPr>
          <w:rFonts w:ascii="Arial" w:hAnsi="Arial"/>
          <w:color w:val="5D7284"/>
        </w:rPr>
      </w:pPr>
      <w:r w:rsidRPr="0E2B7E7B">
        <w:rPr>
          <w:rFonts w:ascii="Arial" w:hAnsi="Arial"/>
          <w:b/>
          <w:bCs/>
        </w:rPr>
        <w:t xml:space="preserve">Delhi 30  </w:t>
      </w:r>
    </w:p>
    <w:p w14:paraId="27F20CAF" w14:textId="77777777" w:rsidR="0061783E" w:rsidRDefault="0061783E" w:rsidP="0061783E">
      <w:pPr>
        <w:spacing w:after="0"/>
        <w:rPr>
          <w:rFonts w:ascii="Arial" w:hAnsi="Arial"/>
        </w:rPr>
      </w:pPr>
      <w:r w:rsidRPr="0E2B7E7B">
        <w:rPr>
          <w:rFonts w:ascii="Arial" w:hAnsi="Arial"/>
        </w:rPr>
        <w:t xml:space="preserve">Sorry, I have a microphone. That's okay. Yeah, go </w:t>
      </w:r>
      <w:proofErr w:type="spellStart"/>
      <w:r w:rsidRPr="0E2B7E7B">
        <w:rPr>
          <w:rFonts w:ascii="Arial" w:hAnsi="Arial"/>
        </w:rPr>
        <w:t>go</w:t>
      </w:r>
      <w:proofErr w:type="spellEnd"/>
      <w:r w:rsidRPr="0E2B7E7B">
        <w:rPr>
          <w:rFonts w:ascii="Arial" w:hAnsi="Arial"/>
        </w:rPr>
        <w:t xml:space="preserve">. Go. Yeah, thanks. Sure. I'm sorry, there's two of us in a row. And my perspective comes from the one health perspective, </w:t>
      </w:r>
      <w:proofErr w:type="gramStart"/>
      <w:r w:rsidRPr="0E2B7E7B">
        <w:rPr>
          <w:rFonts w:ascii="Arial" w:hAnsi="Arial"/>
        </w:rPr>
        <w:t>And</w:t>
      </w:r>
      <w:proofErr w:type="gramEnd"/>
      <w:r w:rsidRPr="0E2B7E7B">
        <w:rPr>
          <w:rFonts w:ascii="Arial" w:hAnsi="Arial"/>
        </w:rPr>
        <w:t xml:space="preserve"> I'm intrigued by the addition of avian influenza. I will say I'm biased in this, but I think it's a phenomenally important, there's included in the Asia Pacific list and in the Global North list, and many others. And again, this will be my biased opinion there. I think this has more to do not with the perceived human health, infectious disease risk, but the human health impact of avian influenza, in terms of the dependency that we have in the Global North and the Asia Pacific region, for the poultry industry, for food security, and the wide scope for all our lives depend on it. So it's just really intriguing to see that avian influenza is one food security risk on the list. And I love to speak to others about this probably during the coffee break about the wider context. For this list, thank you.</w:t>
      </w:r>
    </w:p>
    <w:p w14:paraId="0BDD6394" w14:textId="77777777" w:rsidR="0061783E" w:rsidRDefault="0061783E" w:rsidP="0061783E">
      <w:pPr>
        <w:spacing w:after="0"/>
      </w:pPr>
    </w:p>
    <w:p w14:paraId="4741DB9D" w14:textId="77777777" w:rsidR="0061783E" w:rsidRDefault="0061783E" w:rsidP="0061783E">
      <w:pPr>
        <w:spacing w:after="0"/>
        <w:rPr>
          <w:rFonts w:ascii="Arial" w:hAnsi="Arial"/>
          <w:b/>
          <w:bCs/>
        </w:rPr>
      </w:pPr>
      <w:r w:rsidRPr="0E2B7E7B">
        <w:rPr>
          <w:rFonts w:ascii="Arial" w:hAnsi="Arial"/>
          <w:b/>
          <w:bCs/>
        </w:rPr>
        <w:lastRenderedPageBreak/>
        <w:t>Delhi F1</w:t>
      </w:r>
    </w:p>
    <w:p w14:paraId="4492EE60" w14:textId="77777777" w:rsidR="0061783E" w:rsidRDefault="0061783E" w:rsidP="0061783E">
      <w:pPr>
        <w:spacing w:after="0"/>
      </w:pPr>
      <w:r>
        <w:rPr>
          <w:rFonts w:ascii="Arial" w:hAnsi="Arial"/>
        </w:rPr>
        <w:t>So just a really important point. It's not bias. You're here because you're an expert. It's what we want to hear. It's your positionality. It's really vital. So it's what we want to hear. And so challenge your colleagues here. Tell her why avian flu is on there, please.</w:t>
      </w:r>
    </w:p>
    <w:p w14:paraId="53CFB8A2" w14:textId="77777777" w:rsidR="0061783E" w:rsidRDefault="0061783E" w:rsidP="0061783E">
      <w:pPr>
        <w:spacing w:after="0"/>
      </w:pPr>
    </w:p>
    <w:p w14:paraId="62EAFDEF" w14:textId="77777777" w:rsidR="0061783E" w:rsidRDefault="0061783E" w:rsidP="0061783E">
      <w:pPr>
        <w:spacing w:after="0"/>
        <w:rPr>
          <w:rFonts w:ascii="Arial" w:hAnsi="Arial"/>
          <w:b/>
          <w:bCs/>
        </w:rPr>
      </w:pPr>
      <w:r w:rsidRPr="0E2B7E7B">
        <w:rPr>
          <w:rFonts w:ascii="Arial" w:hAnsi="Arial"/>
          <w:b/>
          <w:bCs/>
        </w:rPr>
        <w:t>Delhi F2</w:t>
      </w:r>
    </w:p>
    <w:p w14:paraId="6C1CA6EB" w14:textId="77777777" w:rsidR="0061783E" w:rsidRDefault="0061783E" w:rsidP="0061783E">
      <w:pPr>
        <w:spacing w:after="0"/>
      </w:pPr>
      <w:r w:rsidRPr="7EEA665B">
        <w:rPr>
          <w:rFonts w:ascii="Arial" w:hAnsi="Arial"/>
        </w:rPr>
        <w:t>Thank you. And I would like to invite participant online for the question as well. Hold on, we'll get back to you.</w:t>
      </w:r>
    </w:p>
    <w:p w14:paraId="223C7132" w14:textId="77777777" w:rsidR="0061783E" w:rsidRDefault="0061783E" w:rsidP="0061783E">
      <w:pPr>
        <w:spacing w:after="0"/>
      </w:pPr>
    </w:p>
    <w:p w14:paraId="03CF4D54" w14:textId="77777777" w:rsidR="0061783E" w:rsidRDefault="0061783E" w:rsidP="0061783E">
      <w:pPr>
        <w:spacing w:after="0"/>
        <w:rPr>
          <w:rFonts w:ascii="Arial" w:hAnsi="Arial"/>
          <w:color w:val="5D7284"/>
        </w:rPr>
      </w:pPr>
      <w:r w:rsidRPr="0E2B7E7B">
        <w:rPr>
          <w:rFonts w:ascii="Arial" w:hAnsi="Arial"/>
          <w:b/>
          <w:bCs/>
        </w:rPr>
        <w:t xml:space="preserve">Delhi 52  </w:t>
      </w:r>
    </w:p>
    <w:p w14:paraId="42D651E7" w14:textId="77777777" w:rsidR="0061783E" w:rsidRDefault="0061783E" w:rsidP="0061783E">
      <w:pPr>
        <w:spacing w:after="0"/>
      </w:pPr>
      <w:r w:rsidRPr="0E2B7E7B">
        <w:rPr>
          <w:rFonts w:ascii="Arial" w:hAnsi="Arial"/>
        </w:rPr>
        <w:t xml:space="preserve">So based on my experience, I think the definition of escalation was really helpful. The one shared reduce the </w:t>
      </w:r>
      <w:proofErr w:type="spellStart"/>
      <w:r w:rsidRPr="0E2B7E7B">
        <w:rPr>
          <w:rFonts w:ascii="Arial" w:hAnsi="Arial"/>
        </w:rPr>
        <w:t>the</w:t>
      </w:r>
      <w:proofErr w:type="spellEnd"/>
      <w:r w:rsidRPr="0E2B7E7B">
        <w:rPr>
          <w:rFonts w:ascii="Arial" w:hAnsi="Arial"/>
        </w:rPr>
        <w:t xml:space="preserve"> one says risk of escape from treatment or prevention strategies. I think that really puts it into context. Because like the other participant said, In the Philippines, almost all of this the, the, the diseases are a problem. However, like TB, and dengue there are problems that have existed for a long time in the Philippines, and a lot of interventions have been proposed. And currently, um, prevention strategies are really what's being looked into. And I'm really, I was curious about also why influenza and diarrhoea diseases was low on the list, because they are the most common diseases I see in the geriatric population. However, I think, going to the context with that, one of the reasons that they think why we are not reported is because we are very used to them very used to treating them very used to managing them and seeing them that we really don't put much interest in them, because they are being managed, maybe just adequately, I mean, the economic burden of those diseases are not as high versus other diseases that are on this list. And also, I think, AMR and nosocomial infections are really some problems that will shoot up in the next few years for us. So maybe now it's not being looked into as much but a lot of trial lists or researchers, I know, are really looking into this because the incidence is really going up.</w:t>
      </w:r>
    </w:p>
    <w:p w14:paraId="3310E236" w14:textId="77777777" w:rsidR="0061783E" w:rsidRDefault="0061783E" w:rsidP="0061783E">
      <w:pPr>
        <w:spacing w:after="0"/>
      </w:pPr>
    </w:p>
    <w:p w14:paraId="29C2FC8C" w14:textId="77777777" w:rsidR="0061783E" w:rsidRDefault="0061783E" w:rsidP="0061783E">
      <w:pPr>
        <w:spacing w:after="0"/>
        <w:rPr>
          <w:rFonts w:ascii="Arial" w:hAnsi="Arial"/>
          <w:color w:val="5D7284"/>
        </w:rPr>
      </w:pPr>
      <w:r w:rsidRPr="0E2B7E7B">
        <w:rPr>
          <w:rFonts w:ascii="Arial" w:hAnsi="Arial"/>
          <w:b/>
          <w:bCs/>
        </w:rPr>
        <w:t xml:space="preserve">Delhi F2 </w:t>
      </w:r>
    </w:p>
    <w:p w14:paraId="385F52EA" w14:textId="77777777" w:rsidR="0061783E" w:rsidRDefault="0061783E" w:rsidP="0061783E">
      <w:pPr>
        <w:spacing w:after="0"/>
      </w:pPr>
      <w:r>
        <w:rPr>
          <w:rFonts w:ascii="Arial" w:hAnsi="Arial"/>
        </w:rPr>
        <w:t>So that's all. Thank you very much.</w:t>
      </w:r>
    </w:p>
    <w:p w14:paraId="3BFC9C7F" w14:textId="77777777" w:rsidR="0061783E" w:rsidRDefault="0061783E" w:rsidP="0061783E">
      <w:pPr>
        <w:spacing w:after="0"/>
      </w:pPr>
    </w:p>
    <w:p w14:paraId="650C8488" w14:textId="77777777" w:rsidR="0061783E" w:rsidRDefault="0061783E" w:rsidP="0061783E">
      <w:pPr>
        <w:spacing w:after="0"/>
        <w:rPr>
          <w:rFonts w:ascii="Arial" w:hAnsi="Arial"/>
          <w:color w:val="5D7284"/>
        </w:rPr>
      </w:pPr>
      <w:r w:rsidRPr="0E2B7E7B">
        <w:rPr>
          <w:rFonts w:ascii="Arial" w:hAnsi="Arial"/>
          <w:b/>
          <w:bCs/>
        </w:rPr>
        <w:t xml:space="preserve">Delhi 45  </w:t>
      </w:r>
    </w:p>
    <w:p w14:paraId="2C4551CA" w14:textId="77777777" w:rsidR="0061783E" w:rsidRDefault="0061783E" w:rsidP="0061783E">
      <w:pPr>
        <w:spacing w:after="0"/>
      </w:pPr>
      <w:r w:rsidRPr="0E2B7E7B">
        <w:rPr>
          <w:rFonts w:ascii="Arial" w:hAnsi="Arial"/>
        </w:rPr>
        <w:t xml:space="preserve">Hi, thank you. If I look at the list from the Asia Pacific versus the global. From the perspective of the list, I think the tradition that has been done is probably a lot to do with the perceived burden in terms of mortality and morbidity. Because, you know, tuberculosis, we know is one of the largest killers in Asia. You know, and if this has also been majority of the parts from India, then probably that has kind of moved that. In terms of malaria being a low priority, one of the things again, is that Asia Pacific especially India has made a lot of gains in terms of decreasing the morbidity and mortality from malaria in the last few years. So that could bring down </w:t>
      </w:r>
      <w:proofErr w:type="gramStart"/>
      <w:r w:rsidRPr="0E2B7E7B">
        <w:rPr>
          <w:rFonts w:ascii="Arial" w:hAnsi="Arial"/>
        </w:rPr>
        <w:t>the bring</w:t>
      </w:r>
      <w:proofErr w:type="gramEnd"/>
      <w:r w:rsidRPr="0E2B7E7B">
        <w:rPr>
          <w:rFonts w:ascii="Arial" w:hAnsi="Arial"/>
        </w:rPr>
        <w:t xml:space="preserve"> down the importance in the list. As far as the diarrheal disease or cholera is concerned, my understanding and take on this is that cholera is no longer perceived to be a killer that it used to be because of the improvements in treatments because of the availability of ORS and so on. And I was a bit surprised looking at COVID-19 much down the list given the timing of this survey. But I think the question that was asked was in terms of to do a free flow of the lists. So people may would have included that under the respiratory infections, maybe if you might call it in reservations that can go up in the list. That's, that's what my thoughts on this list will be. Thank you.</w:t>
      </w:r>
    </w:p>
    <w:p w14:paraId="7A5F79F0" w14:textId="77777777" w:rsidR="0061783E" w:rsidRDefault="0061783E" w:rsidP="0061783E">
      <w:pPr>
        <w:spacing w:after="0"/>
      </w:pPr>
    </w:p>
    <w:p w14:paraId="3BD5D7EF" w14:textId="77777777" w:rsidR="0061783E" w:rsidRDefault="0061783E" w:rsidP="0061783E">
      <w:pPr>
        <w:spacing w:after="0"/>
        <w:rPr>
          <w:rFonts w:ascii="Arial" w:hAnsi="Arial"/>
          <w:b/>
          <w:bCs/>
        </w:rPr>
      </w:pPr>
      <w:r w:rsidRPr="0E2B7E7B">
        <w:rPr>
          <w:rFonts w:ascii="Arial" w:hAnsi="Arial"/>
          <w:b/>
          <w:bCs/>
        </w:rPr>
        <w:t>Delhi F2</w:t>
      </w:r>
    </w:p>
    <w:p w14:paraId="15C9CD75" w14:textId="77777777" w:rsidR="0061783E" w:rsidRDefault="0061783E" w:rsidP="0061783E">
      <w:pPr>
        <w:spacing w:after="0"/>
      </w:pPr>
      <w:r>
        <w:rPr>
          <w:rFonts w:ascii="Arial" w:hAnsi="Arial"/>
        </w:rPr>
        <w:t>Thank you very much. And yeah, I would like to invite Please tell your name and where you're from.</w:t>
      </w:r>
    </w:p>
    <w:p w14:paraId="79DBCEFA" w14:textId="77777777" w:rsidR="0061783E" w:rsidRDefault="0061783E" w:rsidP="0061783E">
      <w:pPr>
        <w:spacing w:after="0"/>
      </w:pPr>
    </w:p>
    <w:p w14:paraId="00A045FC" w14:textId="77777777" w:rsidR="0061783E" w:rsidRDefault="0061783E" w:rsidP="0061783E">
      <w:pPr>
        <w:spacing w:after="0"/>
        <w:rPr>
          <w:rFonts w:ascii="Arial" w:hAnsi="Arial"/>
          <w:color w:val="5D7284"/>
        </w:rPr>
      </w:pPr>
      <w:r w:rsidRPr="0E2B7E7B">
        <w:rPr>
          <w:rFonts w:ascii="Arial" w:hAnsi="Arial"/>
          <w:b/>
          <w:bCs/>
        </w:rPr>
        <w:t xml:space="preserve">Delhi 6 </w:t>
      </w:r>
    </w:p>
    <w:p w14:paraId="1FA97D16" w14:textId="77777777" w:rsidR="0061783E" w:rsidRDefault="0061783E" w:rsidP="0061783E">
      <w:pPr>
        <w:spacing w:after="0"/>
      </w:pPr>
      <w:r w:rsidRPr="0E2B7E7B">
        <w:rPr>
          <w:rFonts w:ascii="Arial" w:hAnsi="Arial"/>
        </w:rPr>
        <w:t xml:space="preserve">I'm a TB guy, actually, I have been working on TB for last 25 </w:t>
      </w:r>
      <w:proofErr w:type="gramStart"/>
      <w:r w:rsidRPr="0E2B7E7B">
        <w:rPr>
          <w:rFonts w:ascii="Arial" w:hAnsi="Arial"/>
        </w:rPr>
        <w:t>You</w:t>
      </w:r>
      <w:proofErr w:type="gramEnd"/>
      <w:r w:rsidRPr="0E2B7E7B">
        <w:rPr>
          <w:rFonts w:ascii="Arial" w:hAnsi="Arial"/>
        </w:rPr>
        <w:t xml:space="preserve"> know, more than 25 years. So I feel very, you know, sorry. And I am very disappointed that when I started, you know, working on TB, it was a big problem. And it has been like more than 25 years, I still see it has been a big, big problem. I know that people know that. Okay, TB, if you look at this global ACFs SAP Africa everywhere, you know, TB is number one, so maybe I don't know why, you know, it doesn't get that much of importance. No, though, the problem is, you know, the highest, like, the number of people die of TB is more than the number of people you know, died from COVID-19. We have like many, many vaccines, but this is the reality and we come from </w:t>
      </w:r>
      <w:proofErr w:type="gramStart"/>
      <w:r w:rsidRPr="0E2B7E7B">
        <w:rPr>
          <w:rFonts w:ascii="Arial" w:hAnsi="Arial"/>
        </w:rPr>
        <w:t>the you</w:t>
      </w:r>
      <w:proofErr w:type="gramEnd"/>
      <w:r w:rsidRPr="0E2B7E7B">
        <w:rPr>
          <w:rFonts w:ascii="Arial" w:hAnsi="Arial"/>
        </w:rPr>
        <w:t xml:space="preserve"> know, low socio economic, low middle income countries. And every year there are 300,000 people, you know, develop TB. So my point is my I mean, I would request that, actually, we have to look into that why TB program is, you know, cannot do improvement on TB, diagnosis, treatment, whatever it is. So, I think we have to have some innovative, you know, interventions, maybe the business as usual, is not working, I don't know what is happening, maybe the thing that okay, TB has been there. So people don't care or something like but my request is would be to actually look into that. What are the problems, why this TB program is, you know, not working in that way? Like Global Fund is providing support. I know, from my side, I can tell you that they always think about the targets, you know, numbers, this and that, but they don't think about the quality and you know, 1/3 of the population in, in the world is infected with you know, TB. So I think </w:t>
      </w:r>
      <w:proofErr w:type="gramStart"/>
      <w:r w:rsidRPr="0E2B7E7B">
        <w:rPr>
          <w:rFonts w:ascii="Arial" w:hAnsi="Arial"/>
        </w:rPr>
        <w:t>my I</w:t>
      </w:r>
      <w:proofErr w:type="gramEnd"/>
      <w:r w:rsidRPr="0E2B7E7B">
        <w:rPr>
          <w:rFonts w:ascii="Arial" w:hAnsi="Arial"/>
        </w:rPr>
        <w:t xml:space="preserve"> mean, request to the Wellcome Trust is to do something, actually to find out why this is not working. So some like you know, innovative ways, surveillance, whatever it is, then why it's not working, and then act you know, accordingly. Thank you. Thank you so much.</w:t>
      </w:r>
    </w:p>
    <w:p w14:paraId="443072BC" w14:textId="77777777" w:rsidR="0061783E" w:rsidRDefault="0061783E" w:rsidP="0061783E">
      <w:pPr>
        <w:spacing w:after="0"/>
      </w:pPr>
    </w:p>
    <w:p w14:paraId="11AE6F0D" w14:textId="77777777" w:rsidR="0061783E" w:rsidRDefault="0061783E" w:rsidP="0061783E">
      <w:pPr>
        <w:spacing w:after="0"/>
        <w:rPr>
          <w:rFonts w:ascii="Arial" w:hAnsi="Arial"/>
          <w:color w:val="5D7284"/>
        </w:rPr>
      </w:pPr>
      <w:r w:rsidRPr="0E2B7E7B">
        <w:rPr>
          <w:rFonts w:ascii="Arial" w:hAnsi="Arial"/>
          <w:b/>
          <w:bCs/>
        </w:rPr>
        <w:t>Delhi F2</w:t>
      </w:r>
    </w:p>
    <w:p w14:paraId="6BE7124C" w14:textId="77777777" w:rsidR="0061783E" w:rsidRDefault="0061783E" w:rsidP="0061783E">
      <w:pPr>
        <w:spacing w:after="0"/>
      </w:pPr>
      <w:r>
        <w:rPr>
          <w:rFonts w:ascii="Arial" w:hAnsi="Arial"/>
        </w:rPr>
        <w:t>Thank you very much. Yes, please.</w:t>
      </w:r>
    </w:p>
    <w:p w14:paraId="1AB5DFE1" w14:textId="77777777" w:rsidR="0061783E" w:rsidRDefault="0061783E" w:rsidP="0061783E">
      <w:pPr>
        <w:spacing w:after="0"/>
      </w:pPr>
    </w:p>
    <w:p w14:paraId="4E5A6E5D" w14:textId="77777777" w:rsidR="0061783E" w:rsidRDefault="0061783E" w:rsidP="0061783E">
      <w:pPr>
        <w:spacing w:after="0"/>
        <w:rPr>
          <w:rFonts w:ascii="Arial" w:hAnsi="Arial"/>
          <w:color w:val="5D7284"/>
        </w:rPr>
      </w:pPr>
      <w:r w:rsidRPr="0E2B7E7B">
        <w:rPr>
          <w:rFonts w:ascii="Arial" w:hAnsi="Arial"/>
          <w:b/>
          <w:bCs/>
        </w:rPr>
        <w:t xml:space="preserve">Delhi 56  </w:t>
      </w:r>
    </w:p>
    <w:p w14:paraId="7E48C564" w14:textId="77777777" w:rsidR="0061783E" w:rsidRDefault="0061783E" w:rsidP="0061783E">
      <w:pPr>
        <w:spacing w:after="0"/>
      </w:pPr>
      <w:r w:rsidRPr="0E2B7E7B">
        <w:rPr>
          <w:rFonts w:ascii="Arial" w:hAnsi="Arial"/>
        </w:rPr>
        <w:t>Hello, hello. Am I audible? Yeah. Good morning, everyone. So many of the participants they are discussing about the TB, so I thought I should discuss for the TB. So I have few comments or suggestion in this like TB is only one path and the different form of the TB there. Like one is the sensitive TB and other is the multi drug resistant TB. Another one is the extensive dug resistant TB, MDR XDR. So, what we are going to convey is each of the TB types should be prioritized and gave importance, so, that no TB can be left. Suppose we only took care of the sensitive TB, then it won't solve the problem. So, we have to look the all form of the TB and recently the latent TB also when come in the light. So, we think of the latent TB latent TB itself is a big chunk of the population which are infected with a TB. So, these are the things which we can highlight in this. Another thing which on the right hand side, it is written The all the possibilities, one thing which I suggest is the Community Connect is also a very important part in solving the problem or what one our delegates are asking, social advocacy is also very important to control or check these should be also taken care, how much advocacy we are doing, and many of our participants are saying this also. And the last thing which I can think the public private partnership is also very important for this. So all this. Thank you.</w:t>
      </w:r>
    </w:p>
    <w:p w14:paraId="48C984D7" w14:textId="77777777" w:rsidR="0061783E" w:rsidRDefault="0061783E" w:rsidP="0061783E">
      <w:pPr>
        <w:spacing w:after="0"/>
      </w:pPr>
    </w:p>
    <w:p w14:paraId="75F9FB27" w14:textId="77777777" w:rsidR="0061783E" w:rsidRDefault="0061783E" w:rsidP="0061783E">
      <w:pPr>
        <w:spacing w:after="0"/>
        <w:rPr>
          <w:rFonts w:ascii="Arial" w:hAnsi="Arial"/>
          <w:color w:val="5D7284"/>
        </w:rPr>
      </w:pPr>
      <w:r w:rsidRPr="0E2B7E7B">
        <w:rPr>
          <w:rFonts w:ascii="Arial" w:hAnsi="Arial"/>
          <w:b/>
          <w:bCs/>
        </w:rPr>
        <w:t>Delhi F2</w:t>
      </w:r>
    </w:p>
    <w:p w14:paraId="1224F936" w14:textId="77777777" w:rsidR="0061783E" w:rsidRDefault="0061783E" w:rsidP="0061783E">
      <w:pPr>
        <w:spacing w:after="0"/>
      </w:pPr>
      <w:r>
        <w:rPr>
          <w:rFonts w:ascii="Arial" w:hAnsi="Arial"/>
        </w:rPr>
        <w:t>Thank you very much. And please</w:t>
      </w:r>
    </w:p>
    <w:p w14:paraId="2F7951C7" w14:textId="77777777" w:rsidR="0061783E" w:rsidRDefault="0061783E" w:rsidP="0061783E">
      <w:pPr>
        <w:spacing w:after="0"/>
      </w:pPr>
    </w:p>
    <w:p w14:paraId="5C430BDE" w14:textId="77777777" w:rsidR="0061783E" w:rsidRDefault="0061783E" w:rsidP="0061783E">
      <w:pPr>
        <w:spacing w:after="0"/>
        <w:rPr>
          <w:rFonts w:ascii="Arial" w:hAnsi="Arial"/>
          <w:color w:val="5D7284"/>
        </w:rPr>
      </w:pPr>
      <w:r w:rsidRPr="0E2B7E7B">
        <w:rPr>
          <w:rFonts w:ascii="Arial" w:hAnsi="Arial"/>
          <w:b/>
          <w:bCs/>
        </w:rPr>
        <w:t xml:space="preserve">Delhi 44  </w:t>
      </w:r>
    </w:p>
    <w:p w14:paraId="132B35EB" w14:textId="7A142341" w:rsidR="0061783E" w:rsidRDefault="0061783E" w:rsidP="0061783E">
      <w:pPr>
        <w:spacing w:after="0"/>
        <w:rPr>
          <w:rFonts w:ascii="Arial" w:hAnsi="Arial"/>
        </w:rPr>
      </w:pPr>
      <w:r w:rsidRPr="0E2B7E7B">
        <w:rPr>
          <w:rFonts w:ascii="Arial" w:hAnsi="Arial"/>
        </w:rPr>
        <w:t xml:space="preserve">First of all, if you ask regarding the sequencing and all see all these diseases, they are no doubt they are perceived as the most important and my personal opinion if you ask I will also say that okay, this list is fine. But here I would like to draw the kind attention to the fact that now, you will also have presented the data that 50% of the population are staying in in of the world population is in Asia Pacific. Again, 50% of the animal population is also in the Asia Pacific, and connect between the animals and the humans is much higher in these areas because of the lack of space and but in all those diseases, only TB is the genetic disease that has been covered. But an AMR is generalized, but other diseases has not yet has not been included in this pursuit. Maybe because people have not done research, or the data is not available. So all those when we're talking about microbial reservoirs, so all those diseases that can persist in the environment for a longer period and can affect disease and up genetic nature like brucellosis, </w:t>
      </w:r>
      <w:proofErr w:type="spellStart"/>
      <w:r w:rsidRPr="0E2B7E7B">
        <w:rPr>
          <w:rFonts w:ascii="Arial" w:hAnsi="Arial"/>
        </w:rPr>
        <w:t>Leptospira</w:t>
      </w:r>
      <w:proofErr w:type="spellEnd"/>
      <w:r w:rsidRPr="0E2B7E7B">
        <w:rPr>
          <w:rFonts w:ascii="Arial" w:hAnsi="Arial"/>
        </w:rPr>
        <w:t xml:space="preserve">, Q fever, so they are also the diseases that are that needs attention. And that has not yet been covered means not been perceived. But with </w:t>
      </w:r>
      <w:r w:rsidRPr="0061783E">
        <w:rPr>
          <w:rFonts w:ascii="Arial" w:hAnsi="Arial"/>
        </w:rPr>
        <w:t>your [unintelli</w:t>
      </w:r>
      <w:r>
        <w:rPr>
          <w:rFonts w:ascii="Arial" w:hAnsi="Arial"/>
        </w:rPr>
        <w:t>gi</w:t>
      </w:r>
      <w:r w:rsidRPr="0061783E">
        <w:rPr>
          <w:rFonts w:ascii="Arial" w:hAnsi="Arial"/>
        </w:rPr>
        <w:t>ble],</w:t>
      </w:r>
      <w:r w:rsidRPr="0E2B7E7B">
        <w:rPr>
          <w:rFonts w:ascii="Arial" w:hAnsi="Arial"/>
        </w:rPr>
        <w:t xml:space="preserve"> leptospirosis prevalence is very high and it's an important disease brucellosis. Similarly, those needs to be emphasized upon under genetic especially from the Asia Pacific Point of View those genetic diseases, but that is not yet being prioritized. So that is a consideration to be made. Thank you.</w:t>
      </w:r>
    </w:p>
    <w:p w14:paraId="7BC02BEB" w14:textId="77777777" w:rsidR="0061783E" w:rsidRDefault="0061783E" w:rsidP="0061783E">
      <w:pPr>
        <w:spacing w:after="0"/>
      </w:pPr>
    </w:p>
    <w:p w14:paraId="1661D561" w14:textId="77777777" w:rsidR="0061783E" w:rsidRDefault="0061783E" w:rsidP="0061783E">
      <w:pPr>
        <w:spacing w:after="0"/>
        <w:rPr>
          <w:rFonts w:ascii="Arial" w:hAnsi="Arial"/>
          <w:b/>
          <w:bCs/>
        </w:rPr>
      </w:pPr>
      <w:r w:rsidRPr="0E2B7E7B">
        <w:rPr>
          <w:rFonts w:ascii="Arial" w:hAnsi="Arial"/>
          <w:b/>
          <w:bCs/>
        </w:rPr>
        <w:t>Delhi F2</w:t>
      </w:r>
    </w:p>
    <w:p w14:paraId="42439938" w14:textId="77777777" w:rsidR="0061783E" w:rsidRDefault="0061783E" w:rsidP="0061783E">
      <w:pPr>
        <w:spacing w:after="0"/>
      </w:pPr>
      <w:r>
        <w:rPr>
          <w:rFonts w:ascii="Arial" w:hAnsi="Arial"/>
        </w:rPr>
        <w:t>Thank you very much and would like to invite for your</w:t>
      </w:r>
    </w:p>
    <w:p w14:paraId="3659CEEA" w14:textId="77777777" w:rsidR="0061783E" w:rsidRDefault="0061783E" w:rsidP="0061783E">
      <w:pPr>
        <w:spacing w:after="0"/>
      </w:pPr>
    </w:p>
    <w:p w14:paraId="2E63AB1E" w14:textId="77777777" w:rsidR="0061783E" w:rsidRDefault="0061783E" w:rsidP="0061783E">
      <w:pPr>
        <w:spacing w:after="0"/>
        <w:rPr>
          <w:rFonts w:ascii="Arial" w:hAnsi="Arial"/>
          <w:color w:val="5D7284"/>
        </w:rPr>
      </w:pPr>
      <w:r w:rsidRPr="0E2B7E7B">
        <w:rPr>
          <w:rFonts w:ascii="Arial" w:hAnsi="Arial"/>
          <w:b/>
          <w:bCs/>
        </w:rPr>
        <w:t xml:space="preserve">Delhi 66  </w:t>
      </w:r>
    </w:p>
    <w:p w14:paraId="40A87C02" w14:textId="77777777" w:rsidR="0061783E" w:rsidRDefault="0061783E" w:rsidP="0061783E">
      <w:pPr>
        <w:spacing w:after="0"/>
      </w:pPr>
      <w:r w:rsidRPr="0E2B7E7B">
        <w:rPr>
          <w:rFonts w:ascii="Arial" w:hAnsi="Arial"/>
        </w:rPr>
        <w:t xml:space="preserve">I want to take these blue lists a few points. </w:t>
      </w:r>
      <w:proofErr w:type="gramStart"/>
      <w:r w:rsidRPr="0E2B7E7B">
        <w:rPr>
          <w:rFonts w:ascii="Arial" w:hAnsi="Arial"/>
        </w:rPr>
        <w:t>like</w:t>
      </w:r>
      <w:proofErr w:type="gramEnd"/>
      <w:r w:rsidRPr="0E2B7E7B">
        <w:rPr>
          <w:rFonts w:ascii="Arial" w:hAnsi="Arial"/>
        </w:rPr>
        <w:t xml:space="preserve"> poor disease surveillance. One part is that what the clinical syndrome looks like, but in our country, the infrastructure available to diagnose infectious diseases very poor. Just don't go by the big institute, if you go to District Public health labs, because I work with them. This infrastructure does not exist, microbiological confirmation of the outbreaks does not exist. Like we have integrated, majority of the cholera is not confirmed as cholera and is underreported. It is underreported in Bangladesh, it is underreported India, already still very common. Like in our area, we every year investigate over three outbreaks of cholera, we declare it as cholera. But if you go to disease surveillance </w:t>
      </w:r>
      <w:proofErr w:type="spellStart"/>
      <w:r w:rsidRPr="0E2B7E7B">
        <w:rPr>
          <w:rFonts w:ascii="Arial" w:hAnsi="Arial"/>
        </w:rPr>
        <w:t>programme</w:t>
      </w:r>
      <w:proofErr w:type="spellEnd"/>
      <w:r w:rsidRPr="0E2B7E7B">
        <w:rPr>
          <w:rFonts w:ascii="Arial" w:hAnsi="Arial"/>
        </w:rPr>
        <w:t xml:space="preserve">, they will prefer to declare it as acute watery diarrhea. I found that foodborne and waterborne infections were very common number two in the list after respiratory tract infections, and none of them were being investigated. None of the foodborne outbreaks or the investigations were ever investigated. Because it is very difficult. You need a very big setup for investigating these foodborne infections. And but they were the number two clinically reported disease </w:t>
      </w:r>
      <w:proofErr w:type="gramStart"/>
      <w:r w:rsidRPr="0E2B7E7B">
        <w:rPr>
          <w:rFonts w:ascii="Arial" w:hAnsi="Arial"/>
        </w:rPr>
        <w:t>In</w:t>
      </w:r>
      <w:proofErr w:type="gramEnd"/>
      <w:r w:rsidRPr="0E2B7E7B">
        <w:rPr>
          <w:rFonts w:ascii="Arial" w:hAnsi="Arial"/>
        </w:rPr>
        <w:t xml:space="preserve"> the </w:t>
      </w:r>
      <w:proofErr w:type="spellStart"/>
      <w:r w:rsidRPr="0E2B7E7B">
        <w:rPr>
          <w:rFonts w:ascii="Arial" w:hAnsi="Arial"/>
        </w:rPr>
        <w:t>programme’s</w:t>
      </w:r>
      <w:proofErr w:type="spellEnd"/>
      <w:r w:rsidRPr="0E2B7E7B">
        <w:rPr>
          <w:rFonts w:ascii="Arial" w:hAnsi="Arial"/>
        </w:rPr>
        <w:t xml:space="preserve"> network, wherever we went, we went to five states we covered. Another point is that whatever there is on this list, these are all vertical programs. So vertical programs will get more attention than anything else. Like we know that TB the way the TB program, there's a vector borne disease program, we have </w:t>
      </w:r>
      <w:proofErr w:type="gramStart"/>
      <w:r w:rsidRPr="0E2B7E7B">
        <w:rPr>
          <w:rFonts w:ascii="Arial" w:hAnsi="Arial"/>
        </w:rPr>
        <w:t>AMR  program</w:t>
      </w:r>
      <w:proofErr w:type="gramEnd"/>
      <w:r w:rsidRPr="0E2B7E7B">
        <w:rPr>
          <w:rFonts w:ascii="Arial" w:hAnsi="Arial"/>
        </w:rPr>
        <w:t xml:space="preserve">, malaria. Malaria is actually should be in the Indian perspective, malaria should be less, less important. And HIV AIDS will also become because we are actually quite good as a country and in taking care of this. But if you go by burden, I would say the respiratory infections are very important. If you go by scare, I would say TB is a big scary disease. So </w:t>
      </w:r>
      <w:r w:rsidRPr="0E2B7E7B">
        <w:rPr>
          <w:rFonts w:ascii="Arial" w:hAnsi="Arial"/>
        </w:rPr>
        <w:lastRenderedPageBreak/>
        <w:t>there is a difference between also, like the health system is not uniform in India. We have 20 years of federal and state health systems, they work entirely different differently, and lot of underreporting is happening and due to, and we have poor infrastructure,</w:t>
      </w:r>
    </w:p>
    <w:p w14:paraId="1AAA37F7" w14:textId="77777777" w:rsidR="0061783E" w:rsidRDefault="0061783E" w:rsidP="0061783E">
      <w:pPr>
        <w:spacing w:after="0"/>
      </w:pPr>
    </w:p>
    <w:p w14:paraId="0F31AD0A" w14:textId="77777777" w:rsidR="0061783E" w:rsidRDefault="0061783E" w:rsidP="0061783E">
      <w:pPr>
        <w:spacing w:after="0"/>
        <w:rPr>
          <w:rFonts w:ascii="Arial" w:hAnsi="Arial"/>
          <w:b/>
          <w:bCs/>
        </w:rPr>
      </w:pPr>
      <w:r w:rsidRPr="0E2B7E7B">
        <w:rPr>
          <w:rFonts w:ascii="Arial" w:hAnsi="Arial"/>
          <w:b/>
          <w:bCs/>
        </w:rPr>
        <w:t>Delhi F2</w:t>
      </w:r>
    </w:p>
    <w:p w14:paraId="7FC815D8" w14:textId="77777777" w:rsidR="0061783E" w:rsidRDefault="0061783E" w:rsidP="0061783E">
      <w:pPr>
        <w:spacing w:after="0"/>
      </w:pPr>
      <w:proofErr w:type="gramStart"/>
      <w:r>
        <w:rPr>
          <w:rFonts w:ascii="Arial" w:hAnsi="Arial"/>
        </w:rPr>
        <w:t>thank</w:t>
      </w:r>
      <w:proofErr w:type="gramEnd"/>
      <w:r>
        <w:rPr>
          <w:rFonts w:ascii="Arial" w:hAnsi="Arial"/>
        </w:rPr>
        <w:t xml:space="preserve"> you very much, I would like to go to the online participant </w:t>
      </w:r>
    </w:p>
    <w:p w14:paraId="39FB0F08" w14:textId="77777777" w:rsidR="0061783E" w:rsidRDefault="0061783E" w:rsidP="0061783E">
      <w:pPr>
        <w:spacing w:after="0"/>
      </w:pPr>
    </w:p>
    <w:p w14:paraId="6F7C80A4" w14:textId="77777777" w:rsidR="0061783E" w:rsidRDefault="0061783E" w:rsidP="0061783E">
      <w:pPr>
        <w:spacing w:after="0"/>
        <w:rPr>
          <w:rFonts w:ascii="Arial" w:hAnsi="Arial"/>
          <w:b/>
          <w:bCs/>
        </w:rPr>
      </w:pPr>
      <w:r w:rsidRPr="0E2B7E7B">
        <w:rPr>
          <w:rFonts w:ascii="Arial" w:hAnsi="Arial"/>
          <w:b/>
          <w:bCs/>
        </w:rPr>
        <w:t>Delhi F2</w:t>
      </w:r>
    </w:p>
    <w:p w14:paraId="16601282" w14:textId="77777777" w:rsidR="0061783E" w:rsidRDefault="0061783E" w:rsidP="0061783E">
      <w:pPr>
        <w:spacing w:after="0"/>
      </w:pPr>
      <w:proofErr w:type="gramStart"/>
      <w:r w:rsidRPr="7EEA665B">
        <w:rPr>
          <w:rFonts w:ascii="Arial" w:hAnsi="Arial"/>
        </w:rPr>
        <w:t>just</w:t>
      </w:r>
      <w:proofErr w:type="gramEnd"/>
      <w:r w:rsidRPr="7EEA665B">
        <w:rPr>
          <w:rFonts w:ascii="Arial" w:hAnsi="Arial"/>
        </w:rPr>
        <w:t xml:space="preserve"> </w:t>
      </w:r>
      <w:proofErr w:type="spellStart"/>
      <w:r w:rsidRPr="7EEA665B">
        <w:rPr>
          <w:rFonts w:ascii="Arial" w:hAnsi="Arial"/>
        </w:rPr>
        <w:t>just</w:t>
      </w:r>
      <w:proofErr w:type="spellEnd"/>
      <w:r w:rsidRPr="7EEA665B">
        <w:rPr>
          <w:rFonts w:ascii="Arial" w:hAnsi="Arial"/>
        </w:rPr>
        <w:t xml:space="preserve"> to say as well. So that was really, we're just </w:t>
      </w:r>
      <w:proofErr w:type="spellStart"/>
      <w:r w:rsidRPr="7EEA665B">
        <w:rPr>
          <w:rFonts w:ascii="Arial" w:hAnsi="Arial"/>
        </w:rPr>
        <w:t>gonna</w:t>
      </w:r>
      <w:proofErr w:type="spellEnd"/>
      <w:r w:rsidRPr="7EEA665B">
        <w:rPr>
          <w:rFonts w:ascii="Arial" w:hAnsi="Arial"/>
        </w:rPr>
        <w:t xml:space="preserve"> spend a few more minutes on these top of the list. And then we're going to switch to the diseases that were hardly mentioned, and came up what we're calling the tail. So just the last few opportunities, especially those we haven't heard from online and in the room, just look at that list in the blue again, in the list. And just any more final words like get some hands going up? I love it. I feel like a game show host now. So over to I'm sorry, I'm </w:t>
      </w:r>
      <w:proofErr w:type="spellStart"/>
      <w:r w:rsidRPr="7EEA665B">
        <w:rPr>
          <w:rFonts w:ascii="Arial" w:hAnsi="Arial"/>
        </w:rPr>
        <w:t>gonna</w:t>
      </w:r>
      <w:proofErr w:type="spellEnd"/>
      <w:r w:rsidRPr="7EEA665B">
        <w:rPr>
          <w:rFonts w:ascii="Arial" w:hAnsi="Arial"/>
        </w:rPr>
        <w:t xml:space="preserve"> call </w:t>
      </w:r>
      <w:proofErr w:type="spellStart"/>
      <w:r w:rsidRPr="7EEA665B">
        <w:rPr>
          <w:rFonts w:ascii="Arial" w:hAnsi="Arial"/>
        </w:rPr>
        <w:t>you</w:t>
      </w:r>
      <w:proofErr w:type="spellEnd"/>
      <w:r w:rsidRPr="7EEA665B">
        <w:rPr>
          <w:rFonts w:ascii="Arial" w:hAnsi="Arial"/>
        </w:rPr>
        <w:t xml:space="preserve"> number 22 on</w:t>
      </w:r>
    </w:p>
    <w:p w14:paraId="7EB2D3AC" w14:textId="77777777" w:rsidR="0061783E" w:rsidRDefault="0061783E" w:rsidP="0061783E">
      <w:pPr>
        <w:spacing w:after="0"/>
      </w:pPr>
    </w:p>
    <w:p w14:paraId="2D6F7482" w14:textId="77777777" w:rsidR="0061783E" w:rsidRDefault="0061783E" w:rsidP="0061783E">
      <w:pPr>
        <w:spacing w:after="0"/>
        <w:rPr>
          <w:rFonts w:ascii="Arial" w:hAnsi="Arial"/>
          <w:color w:val="5D7284"/>
        </w:rPr>
      </w:pPr>
      <w:r w:rsidRPr="0E2B7E7B">
        <w:rPr>
          <w:rFonts w:ascii="Arial" w:hAnsi="Arial"/>
          <w:b/>
          <w:bCs/>
        </w:rPr>
        <w:t>Delhi F2</w:t>
      </w:r>
    </w:p>
    <w:p w14:paraId="27D55EFE" w14:textId="77777777" w:rsidR="0061783E" w:rsidRDefault="0061783E" w:rsidP="0061783E">
      <w:pPr>
        <w:spacing w:after="0"/>
      </w:pPr>
      <w:r w:rsidRPr="7EEA665B">
        <w:rPr>
          <w:rFonts w:ascii="Arial" w:hAnsi="Arial"/>
        </w:rPr>
        <w:t>Please overhead. Number 20. Number 22. Online, I think your hand raised.</w:t>
      </w:r>
    </w:p>
    <w:p w14:paraId="3FA9FFDA" w14:textId="77777777" w:rsidR="0061783E" w:rsidRDefault="0061783E" w:rsidP="0061783E">
      <w:pPr>
        <w:spacing w:after="0"/>
      </w:pPr>
    </w:p>
    <w:p w14:paraId="77C93645" w14:textId="77777777" w:rsidR="0061783E" w:rsidRDefault="0061783E" w:rsidP="0061783E">
      <w:pPr>
        <w:spacing w:after="0"/>
      </w:pPr>
      <w:r>
        <w:rPr>
          <w:rFonts w:ascii="Arial" w:hAnsi="Arial"/>
          <w:b/>
        </w:rPr>
        <w:t xml:space="preserve">Delhi </w:t>
      </w:r>
      <w:proofErr w:type="gramStart"/>
      <w:r>
        <w:rPr>
          <w:rFonts w:ascii="Arial" w:hAnsi="Arial"/>
          <w:b/>
        </w:rPr>
        <w:t xml:space="preserve">22  </w:t>
      </w:r>
      <w:r>
        <w:rPr>
          <w:rFonts w:ascii="Arial" w:hAnsi="Arial"/>
          <w:color w:val="5D7284"/>
        </w:rPr>
        <w:t>1:01:52</w:t>
      </w:r>
      <w:proofErr w:type="gramEnd"/>
    </w:p>
    <w:p w14:paraId="7D33DA5E" w14:textId="77777777" w:rsidR="0061783E" w:rsidRDefault="0061783E" w:rsidP="0061783E">
      <w:pPr>
        <w:spacing w:after="0"/>
      </w:pPr>
      <w:r w:rsidRPr="0E2B7E7B">
        <w:rPr>
          <w:rFonts w:ascii="Arial" w:hAnsi="Arial"/>
        </w:rPr>
        <w:t xml:space="preserve">Sorry, am I audible?  So I couldn't come today, in person as I was not well. But I wanted to make a point, which is not from the perspective of epidemiological, or maybe the survey. You know, it's not in the context of survey or </w:t>
      </w:r>
      <w:proofErr w:type="spellStart"/>
      <w:r w:rsidRPr="0E2B7E7B">
        <w:rPr>
          <w:rFonts w:ascii="Arial" w:hAnsi="Arial"/>
        </w:rPr>
        <w:t>epidemological</w:t>
      </w:r>
      <w:proofErr w:type="spellEnd"/>
      <w:r w:rsidRPr="0E2B7E7B">
        <w:rPr>
          <w:rFonts w:ascii="Arial" w:hAnsi="Arial"/>
        </w:rPr>
        <w:t xml:space="preserve">, or health data collections. But I want to make a point, which is partly more academic. And I feel, as an evolutionary biologist, when I see the infection and disease, there are certain conceptual points that we often neglect is to understand the natural, or let's say, the environment or ecological context under which certain disease and infection are not representing any disease, or any disease, in particular, I'm talking about as a disease in general, which is, you know, something, you know, we have we have been historically, you know, pretty poor in terms of collecting, or information about what are the natural context under which certain disease and infection emerges. And this is where, you know, sometimes we fail to explain certain emerging patterns of disease, for example, what we can see in the screen, or the different points that have been mentioned, of course, they're super important, and these are more to do with infrastructure or maybe government policy, but at the very academic level, we have not been have been, we have not been able to trace these problems, you know, why? What are the precise, you know, what are the precise ecological context under which disease can happen? And for this, I feel along with, I know many people who now are going for the wide scale genomics profiling of pathogens which are emerging, but often you don't see it right coordination from where the sample has been collected. Often we lack the data on the cohort that we have been working on, and that is where we miss a very critical information about the specific detail about the patient from which a pathogen has been or disease have been diagnosed, right? Because each of us represents a very different environment for a pathogen and in our body pathogens and disease can grow on different contexts evolved differently. We know that how COVID virus have been evolving, but so far, you know, till date, I don't think we understand that how this Omicron virus have been evolving, you know, how much we have been contributing to the viral emergence and viral evolution. So this is a critical point that I wanted to make. And alongside with different infrastructural points that we are making about the management about the survey about the data went up the </w:t>
      </w:r>
      <w:r w:rsidRPr="0E2B7E7B">
        <w:rPr>
          <w:rFonts w:ascii="Arial" w:hAnsi="Arial"/>
        </w:rPr>
        <w:lastRenderedPageBreak/>
        <w:t>dependable of reliability of data, but this nuanced view or perspective, which is more ecological, or more environmental has been lacking, and something that we can all think about, not only academically but also in the context of disease management. That's what I just wanted to make a point.</w:t>
      </w:r>
    </w:p>
    <w:p w14:paraId="494D382A" w14:textId="77777777" w:rsidR="0061783E" w:rsidRDefault="0061783E" w:rsidP="0061783E">
      <w:pPr>
        <w:spacing w:after="0"/>
      </w:pPr>
    </w:p>
    <w:p w14:paraId="32709261" w14:textId="77777777" w:rsidR="0061783E" w:rsidRDefault="0061783E" w:rsidP="0061783E">
      <w:pPr>
        <w:spacing w:after="0"/>
        <w:rPr>
          <w:rFonts w:ascii="Arial" w:hAnsi="Arial"/>
          <w:b/>
          <w:bCs/>
        </w:rPr>
      </w:pPr>
      <w:r w:rsidRPr="0E2B7E7B">
        <w:rPr>
          <w:rFonts w:ascii="Arial" w:hAnsi="Arial"/>
          <w:b/>
          <w:bCs/>
        </w:rPr>
        <w:t>Delhi F2</w:t>
      </w:r>
    </w:p>
    <w:p w14:paraId="23AC5507" w14:textId="77777777" w:rsidR="0061783E" w:rsidRDefault="0061783E" w:rsidP="0061783E">
      <w:pPr>
        <w:spacing w:after="0"/>
      </w:pPr>
      <w:r>
        <w:rPr>
          <w:rFonts w:ascii="Arial" w:hAnsi="Arial"/>
        </w:rPr>
        <w:t xml:space="preserve">Yes.  Thanks. </w:t>
      </w:r>
      <w:proofErr w:type="gramStart"/>
      <w:r>
        <w:rPr>
          <w:rFonts w:ascii="Arial" w:hAnsi="Arial"/>
        </w:rPr>
        <w:t>you</w:t>
      </w:r>
      <w:proofErr w:type="gramEnd"/>
      <w:r>
        <w:rPr>
          <w:rFonts w:ascii="Arial" w:hAnsi="Arial"/>
        </w:rPr>
        <w:t xml:space="preserve"> very much and I would like to invite</w:t>
      </w:r>
    </w:p>
    <w:p w14:paraId="2546B374" w14:textId="77777777" w:rsidR="0061783E" w:rsidRDefault="0061783E" w:rsidP="0061783E">
      <w:pPr>
        <w:spacing w:after="0"/>
      </w:pPr>
    </w:p>
    <w:p w14:paraId="245F2EAD" w14:textId="77777777" w:rsidR="0061783E" w:rsidRDefault="0061783E" w:rsidP="0061783E">
      <w:pPr>
        <w:spacing w:after="0"/>
      </w:pPr>
      <w:r>
        <w:rPr>
          <w:rFonts w:ascii="Arial" w:hAnsi="Arial"/>
          <w:b/>
        </w:rPr>
        <w:t xml:space="preserve">Delhi </w:t>
      </w:r>
      <w:proofErr w:type="gramStart"/>
      <w:r>
        <w:rPr>
          <w:rFonts w:ascii="Arial" w:hAnsi="Arial"/>
          <w:b/>
        </w:rPr>
        <w:t xml:space="preserve">20  </w:t>
      </w:r>
      <w:r>
        <w:rPr>
          <w:rFonts w:ascii="Arial" w:hAnsi="Arial"/>
          <w:color w:val="5D7284"/>
        </w:rPr>
        <w:t>1:05:02</w:t>
      </w:r>
      <w:proofErr w:type="gramEnd"/>
    </w:p>
    <w:p w14:paraId="728E6BE6" w14:textId="77777777" w:rsidR="0061783E" w:rsidRDefault="0061783E" w:rsidP="0061783E">
      <w:pPr>
        <w:spacing w:after="0"/>
      </w:pPr>
      <w:r>
        <w:rPr>
          <w:rFonts w:ascii="Arial" w:hAnsi="Arial"/>
        </w:rPr>
        <w:t>For me Dengue is going to be more important.</w:t>
      </w:r>
    </w:p>
    <w:p w14:paraId="5CCE5A94" w14:textId="77777777" w:rsidR="0061783E" w:rsidRDefault="0061783E" w:rsidP="0061783E">
      <w:pPr>
        <w:spacing w:after="0"/>
      </w:pPr>
    </w:p>
    <w:p w14:paraId="7375BBB3" w14:textId="77777777" w:rsidR="0061783E" w:rsidRDefault="0061783E" w:rsidP="0061783E">
      <w:pPr>
        <w:spacing w:after="0"/>
        <w:rPr>
          <w:rFonts w:ascii="Arial" w:hAnsi="Arial"/>
          <w:b/>
          <w:bCs/>
        </w:rPr>
      </w:pPr>
      <w:r w:rsidRPr="0E2B7E7B">
        <w:rPr>
          <w:rFonts w:ascii="Arial" w:hAnsi="Arial"/>
          <w:b/>
          <w:bCs/>
        </w:rPr>
        <w:t>Delhi F1</w:t>
      </w:r>
    </w:p>
    <w:p w14:paraId="06AEBD5D" w14:textId="77777777" w:rsidR="0061783E" w:rsidRDefault="0061783E" w:rsidP="0061783E">
      <w:pPr>
        <w:spacing w:after="0"/>
      </w:pPr>
      <w:r>
        <w:rPr>
          <w:rFonts w:ascii="Arial" w:hAnsi="Arial"/>
        </w:rPr>
        <w:t>He just say your name and where you come from. Thank you</w:t>
      </w:r>
    </w:p>
    <w:p w14:paraId="78A34BA9" w14:textId="77777777" w:rsidR="0061783E" w:rsidRDefault="0061783E" w:rsidP="0061783E">
      <w:pPr>
        <w:spacing w:after="0"/>
      </w:pPr>
    </w:p>
    <w:p w14:paraId="2B9A790C" w14:textId="77777777" w:rsidR="0061783E" w:rsidRDefault="0061783E" w:rsidP="0061783E">
      <w:pPr>
        <w:spacing w:after="0"/>
      </w:pPr>
      <w:r>
        <w:rPr>
          <w:rFonts w:ascii="Arial" w:hAnsi="Arial"/>
          <w:b/>
        </w:rPr>
        <w:t xml:space="preserve">Delhi </w:t>
      </w:r>
      <w:proofErr w:type="gramStart"/>
      <w:r>
        <w:rPr>
          <w:rFonts w:ascii="Arial" w:hAnsi="Arial"/>
          <w:b/>
        </w:rPr>
        <w:t xml:space="preserve">20  </w:t>
      </w:r>
      <w:r>
        <w:rPr>
          <w:rFonts w:ascii="Arial" w:hAnsi="Arial"/>
          <w:color w:val="5D7284"/>
        </w:rPr>
        <w:t>1:05:08</w:t>
      </w:r>
      <w:proofErr w:type="gramEnd"/>
    </w:p>
    <w:p w14:paraId="60229581" w14:textId="77777777" w:rsidR="0061783E" w:rsidRDefault="0061783E" w:rsidP="0061783E">
      <w:pPr>
        <w:spacing w:after="0"/>
        <w:rPr>
          <w:rFonts w:ascii="Arial" w:hAnsi="Arial"/>
        </w:rPr>
      </w:pPr>
      <w:r w:rsidRPr="0E2B7E7B">
        <w:rPr>
          <w:rFonts w:ascii="Arial" w:hAnsi="Arial"/>
        </w:rPr>
        <w:t xml:space="preserve">For me, dengue is going to be more important because I'm not seeing Dengue as a separate entity but it is a part of </w:t>
      </w:r>
      <w:proofErr w:type="spellStart"/>
      <w:r w:rsidRPr="0E2B7E7B">
        <w:rPr>
          <w:rFonts w:ascii="Arial" w:hAnsi="Arial"/>
        </w:rPr>
        <w:t>aedes</w:t>
      </w:r>
      <w:proofErr w:type="spellEnd"/>
      <w:r w:rsidRPr="0E2B7E7B">
        <w:rPr>
          <w:rFonts w:ascii="Arial" w:hAnsi="Arial"/>
        </w:rPr>
        <w:t xml:space="preserve">-borne diseases. So it is not only Dengue it could be chikungunya, it could be </w:t>
      </w:r>
      <w:proofErr w:type="spellStart"/>
      <w:r w:rsidRPr="0E2B7E7B">
        <w:rPr>
          <w:rFonts w:ascii="Arial" w:hAnsi="Arial"/>
        </w:rPr>
        <w:t>Zika</w:t>
      </w:r>
      <w:proofErr w:type="spellEnd"/>
      <w:r w:rsidRPr="0E2B7E7B">
        <w:rPr>
          <w:rFonts w:ascii="Arial" w:hAnsi="Arial"/>
        </w:rPr>
        <w:t xml:space="preserve">. So together these three can I think they can make up the list compared to TB. Because TB and Malaria now, government is giving more importance in India for elimination of these two diseases. So Dengue should come first, at the same time plus chikungunya and </w:t>
      </w:r>
      <w:proofErr w:type="spellStart"/>
      <w:r w:rsidRPr="0E2B7E7B">
        <w:rPr>
          <w:rFonts w:ascii="Arial" w:hAnsi="Arial"/>
        </w:rPr>
        <w:t>zika</w:t>
      </w:r>
      <w:proofErr w:type="spellEnd"/>
      <w:r w:rsidRPr="0E2B7E7B">
        <w:rPr>
          <w:rFonts w:ascii="Arial" w:hAnsi="Arial"/>
        </w:rPr>
        <w:t xml:space="preserve">. And for </w:t>
      </w:r>
      <w:proofErr w:type="spellStart"/>
      <w:r w:rsidRPr="0E2B7E7B">
        <w:rPr>
          <w:rFonts w:ascii="Arial" w:hAnsi="Arial"/>
        </w:rPr>
        <w:t>Zika</w:t>
      </w:r>
      <w:proofErr w:type="spellEnd"/>
      <w:r w:rsidRPr="0E2B7E7B">
        <w:rPr>
          <w:rFonts w:ascii="Arial" w:hAnsi="Arial"/>
        </w:rPr>
        <w:t xml:space="preserve">, you don't have a proper antibody based diagnostic. So you don't know the true burden of </w:t>
      </w:r>
      <w:proofErr w:type="spellStart"/>
      <w:r w:rsidRPr="0E2B7E7B">
        <w:rPr>
          <w:rFonts w:ascii="Arial" w:hAnsi="Arial"/>
        </w:rPr>
        <w:t>Zika</w:t>
      </w:r>
      <w:proofErr w:type="spellEnd"/>
      <w:r w:rsidRPr="0E2B7E7B">
        <w:rPr>
          <w:rFonts w:ascii="Arial" w:hAnsi="Arial"/>
        </w:rPr>
        <w:t xml:space="preserve">. It is confused with dengue also. So I think it should top the list, then influenza I feel that it should come up the list compared to in the place of 10. It should be </w:t>
      </w:r>
      <w:proofErr w:type="gramStart"/>
      <w:r w:rsidRPr="0E2B7E7B">
        <w:rPr>
          <w:rFonts w:ascii="Arial" w:hAnsi="Arial"/>
        </w:rPr>
        <w:t>more higher</w:t>
      </w:r>
      <w:proofErr w:type="gramEnd"/>
      <w:r w:rsidRPr="0E2B7E7B">
        <w:rPr>
          <w:rFonts w:ascii="Arial" w:hAnsi="Arial"/>
        </w:rPr>
        <w:t>.</w:t>
      </w:r>
    </w:p>
    <w:p w14:paraId="29CE4F08" w14:textId="77777777" w:rsidR="0061783E" w:rsidRDefault="0061783E" w:rsidP="0061783E">
      <w:pPr>
        <w:spacing w:after="0"/>
      </w:pPr>
    </w:p>
    <w:p w14:paraId="6ABA9F39" w14:textId="77777777" w:rsidR="0061783E" w:rsidRDefault="0061783E" w:rsidP="0061783E">
      <w:pPr>
        <w:spacing w:after="0"/>
        <w:rPr>
          <w:rFonts w:ascii="Arial" w:hAnsi="Arial"/>
          <w:b/>
          <w:bCs/>
        </w:rPr>
      </w:pPr>
      <w:r w:rsidRPr="0E2B7E7B">
        <w:rPr>
          <w:rFonts w:ascii="Arial" w:hAnsi="Arial"/>
          <w:b/>
          <w:bCs/>
        </w:rPr>
        <w:t>Delhi F2</w:t>
      </w:r>
    </w:p>
    <w:p w14:paraId="147B4C30" w14:textId="77777777" w:rsidR="0061783E" w:rsidRDefault="0061783E" w:rsidP="0061783E">
      <w:pPr>
        <w:spacing w:after="0"/>
      </w:pPr>
      <w:r>
        <w:rPr>
          <w:rFonts w:ascii="Arial" w:hAnsi="Arial"/>
        </w:rPr>
        <w:t>Thank you very much for your opinion. Yes, please.</w:t>
      </w:r>
    </w:p>
    <w:p w14:paraId="5926984A" w14:textId="77777777" w:rsidR="0061783E" w:rsidRDefault="0061783E" w:rsidP="0061783E">
      <w:pPr>
        <w:spacing w:after="0"/>
      </w:pPr>
    </w:p>
    <w:p w14:paraId="38AD3A55" w14:textId="77777777" w:rsidR="0061783E" w:rsidRDefault="0061783E" w:rsidP="0061783E">
      <w:pPr>
        <w:spacing w:after="0"/>
        <w:rPr>
          <w:rFonts w:ascii="Arial" w:hAnsi="Arial"/>
          <w:color w:val="5D7284"/>
        </w:rPr>
      </w:pPr>
      <w:r w:rsidRPr="0E2B7E7B">
        <w:rPr>
          <w:rFonts w:ascii="Arial" w:hAnsi="Arial"/>
          <w:b/>
          <w:bCs/>
        </w:rPr>
        <w:t xml:space="preserve">Delhi 33  </w:t>
      </w:r>
    </w:p>
    <w:p w14:paraId="68A3947C" w14:textId="77777777" w:rsidR="0061783E" w:rsidRDefault="0061783E" w:rsidP="0061783E">
      <w:pPr>
        <w:spacing w:after="0"/>
        <w:rPr>
          <w:rFonts w:ascii="Arial" w:hAnsi="Arial"/>
        </w:rPr>
      </w:pPr>
      <w:r w:rsidRPr="7EEA665B">
        <w:rPr>
          <w:rFonts w:ascii="Arial" w:hAnsi="Arial"/>
        </w:rPr>
        <w:t xml:space="preserve">I don't know whether this is the last comment but I really want to challenge the whole audience and the service and everything. Are we really looking to the right lens? You are asking go for TB, dengue AMR malaria? How many diseases are I going to control? But if you look at food and waterborne diseases, there is only one intervention, safe foods, I mean, safe sanitation and say water that takes care of all kinds of diarrheal diseases, cholera, typhoid, whatever you think of. When you think about the respiratory diseases, why go for COVID? Why do you go for others? I mean, to go for respiratory diseases to domain and the vibe saying this, you are thinking I'm sorry, I'm a public health specialist. I'm Health Systems Specialist. So I'm speaking from the very high level intervention approach. So what we need to do one intervention, save many lives. We need to think through that I'm talking to everyone, including the funders, and researchers, and of course, the region, </w:t>
      </w:r>
      <w:proofErr w:type="gramStart"/>
      <w:r w:rsidRPr="7EEA665B">
        <w:rPr>
          <w:rFonts w:ascii="Arial" w:hAnsi="Arial"/>
        </w:rPr>
        <w:t>my</w:t>
      </w:r>
      <w:proofErr w:type="gramEnd"/>
      <w:r w:rsidRPr="7EEA665B">
        <w:rPr>
          <w:rFonts w:ascii="Arial" w:hAnsi="Arial"/>
        </w:rPr>
        <w:t xml:space="preserve"> institutions. So, if we start working on diseases, we are still thinking through clinicians, we need to think public health aspects. First, think of what are the preventive measures we have in hand, we have all the best practice available, just go for water sanitation, you save all the lives, just go for good lifestyle, you will take care of all the chronic diseases. So, why are we not thinking about these preventive measures are happy to do easy to do low cost, and </w:t>
      </w:r>
      <w:proofErr w:type="spellStart"/>
      <w:r w:rsidRPr="7EEA665B">
        <w:rPr>
          <w:rFonts w:ascii="Arial" w:hAnsi="Arial"/>
        </w:rPr>
        <w:t>and</w:t>
      </w:r>
      <w:proofErr w:type="spellEnd"/>
      <w:r w:rsidRPr="7EEA665B">
        <w:rPr>
          <w:rFonts w:ascii="Arial" w:hAnsi="Arial"/>
        </w:rPr>
        <w:t xml:space="preserve"> rather than going to diseases? This is my big question to everyone while going through the diseases again, and again, and again, as long as you focus on disease, this isn’t a real way. When you are treating the disease, you are not preventing the disease, please think </w:t>
      </w:r>
      <w:r w:rsidRPr="7EEA665B">
        <w:rPr>
          <w:rFonts w:ascii="Arial" w:hAnsi="Arial"/>
        </w:rPr>
        <w:lastRenderedPageBreak/>
        <w:t xml:space="preserve">through this. Number one, we cannot do everything. With the public health specialist, we can do interventions, but there are bigger issues, systems issues, infrastructure, if you want to do dengue, you have to do vector to look for vector borne diseases. So, this is the work of the city corporation, urban, a healthcare institution. So why we don't work with them and tell them do vector borne control and you take care of all the vector borne </w:t>
      </w:r>
      <w:proofErr w:type="gramStart"/>
      <w:r w:rsidRPr="7EEA665B">
        <w:rPr>
          <w:rFonts w:ascii="Arial" w:hAnsi="Arial"/>
        </w:rPr>
        <w:t>diseases.</w:t>
      </w:r>
      <w:proofErr w:type="gramEnd"/>
      <w:r w:rsidRPr="7EEA665B">
        <w:rPr>
          <w:rFonts w:ascii="Arial" w:hAnsi="Arial"/>
        </w:rPr>
        <w:t xml:space="preserve"> So I think we are going to be very wrong this direction. We have to rethink, reorganize our mindset. Please forget the old model, what we have been doing for so much. So long, we have been unsuccessful like Dr. (Name), said rightly, for the 30, 40 years, 50 years we couldn't get out of TB will never get up to debate the next 10 or 100 years, until unless we teach people etiquette, respiratory etiquette, what you need to do, and Isolate patients at the very beginning, at the household level. Thank you.</w:t>
      </w:r>
    </w:p>
    <w:p w14:paraId="66844F6E" w14:textId="77777777" w:rsidR="0061783E" w:rsidRDefault="0061783E" w:rsidP="0061783E">
      <w:pPr>
        <w:spacing w:after="0"/>
      </w:pPr>
    </w:p>
    <w:p w14:paraId="7CE82EDC" w14:textId="77777777" w:rsidR="0061783E" w:rsidRDefault="0061783E" w:rsidP="0061783E">
      <w:pPr>
        <w:spacing w:after="0"/>
        <w:rPr>
          <w:rFonts w:ascii="Arial" w:hAnsi="Arial"/>
          <w:b/>
          <w:bCs/>
        </w:rPr>
      </w:pPr>
      <w:r w:rsidRPr="0E2B7E7B">
        <w:rPr>
          <w:rFonts w:ascii="Arial" w:hAnsi="Arial"/>
          <w:b/>
          <w:bCs/>
        </w:rPr>
        <w:t>Delhi F2</w:t>
      </w:r>
    </w:p>
    <w:p w14:paraId="725AB072" w14:textId="77777777" w:rsidR="0061783E" w:rsidRDefault="0061783E" w:rsidP="0061783E">
      <w:pPr>
        <w:spacing w:after="0"/>
      </w:pPr>
      <w:r>
        <w:rPr>
          <w:rFonts w:ascii="Arial" w:hAnsi="Arial"/>
        </w:rPr>
        <w:t>Thank you very much. I think we would like to move on. Yeah. And</w:t>
      </w:r>
    </w:p>
    <w:p w14:paraId="1C2FEF71" w14:textId="77777777" w:rsidR="0061783E" w:rsidRDefault="0061783E" w:rsidP="0061783E">
      <w:pPr>
        <w:spacing w:after="0"/>
      </w:pPr>
    </w:p>
    <w:p w14:paraId="7601766C" w14:textId="77777777" w:rsidR="0061783E" w:rsidRDefault="0061783E" w:rsidP="0061783E">
      <w:pPr>
        <w:spacing w:after="0"/>
        <w:rPr>
          <w:rFonts w:ascii="Arial" w:hAnsi="Arial"/>
          <w:b/>
          <w:bCs/>
        </w:rPr>
      </w:pPr>
      <w:r w:rsidRPr="0E2B7E7B">
        <w:rPr>
          <w:rFonts w:ascii="Arial" w:hAnsi="Arial"/>
          <w:b/>
          <w:bCs/>
        </w:rPr>
        <w:t>Delhi F1</w:t>
      </w:r>
    </w:p>
    <w:p w14:paraId="31290C2A" w14:textId="77777777" w:rsidR="0061783E" w:rsidRDefault="0061783E" w:rsidP="0061783E">
      <w:pPr>
        <w:spacing w:after="0"/>
      </w:pPr>
      <w:r w:rsidRPr="7EEA665B">
        <w:rPr>
          <w:rFonts w:ascii="Arial" w:hAnsi="Arial"/>
        </w:rPr>
        <w:t>I will, after the lunch break we come on to types of research and that holistic approach. So hold all those thoughts.</w:t>
      </w:r>
    </w:p>
    <w:p w14:paraId="0EC475B6" w14:textId="77777777" w:rsidR="0061783E" w:rsidRDefault="0061783E" w:rsidP="0061783E">
      <w:pPr>
        <w:spacing w:after="0"/>
      </w:pPr>
    </w:p>
    <w:p w14:paraId="21E4816A" w14:textId="77777777" w:rsidR="0061783E" w:rsidRDefault="0061783E" w:rsidP="0061783E">
      <w:pPr>
        <w:spacing w:after="0"/>
        <w:rPr>
          <w:rFonts w:ascii="Arial" w:hAnsi="Arial"/>
          <w:b/>
          <w:bCs/>
        </w:rPr>
      </w:pPr>
      <w:r w:rsidRPr="0E2B7E7B">
        <w:rPr>
          <w:rFonts w:ascii="Arial" w:hAnsi="Arial"/>
          <w:b/>
          <w:bCs/>
        </w:rPr>
        <w:t>Delhi F2</w:t>
      </w:r>
    </w:p>
    <w:p w14:paraId="56457F1F" w14:textId="77777777" w:rsidR="0061783E" w:rsidRDefault="0061783E" w:rsidP="0061783E">
      <w:pPr>
        <w:spacing w:after="0"/>
        <w:rPr>
          <w:rFonts w:ascii="Arial" w:hAnsi="Arial"/>
        </w:rPr>
      </w:pPr>
      <w:r w:rsidRPr="7EEA665B">
        <w:rPr>
          <w:rFonts w:ascii="Arial" w:hAnsi="Arial"/>
        </w:rPr>
        <w:t xml:space="preserve">And we move on to the diseases not prioritized in our survey. And we would like to discuss why is that the diseases come out as a low priority? And why with your experience of the disease will you have experience the disease or other is not even mentioned in this list? And why do you think that we should, what do you think we should discuss and please share with us your opinion. Some of the diseases have been mentioned in our discussion so far. People mentioned about cholera, fungal infection, but there is other as well please tell us why you think is not been selected as prioritized disease. Thank you. Thanks, 26. </w:t>
      </w:r>
    </w:p>
    <w:p w14:paraId="432AAA45" w14:textId="77777777" w:rsidR="0061783E" w:rsidRDefault="0061783E" w:rsidP="0061783E">
      <w:pPr>
        <w:spacing w:after="0"/>
      </w:pPr>
    </w:p>
    <w:p w14:paraId="56D2E305" w14:textId="77777777" w:rsidR="0061783E" w:rsidRDefault="0061783E" w:rsidP="0061783E">
      <w:pPr>
        <w:spacing w:after="0"/>
        <w:rPr>
          <w:rFonts w:ascii="Arial" w:hAnsi="Arial"/>
          <w:color w:val="5D7284"/>
        </w:rPr>
      </w:pPr>
      <w:r w:rsidRPr="0E2B7E7B">
        <w:rPr>
          <w:rFonts w:ascii="Arial" w:hAnsi="Arial"/>
          <w:b/>
          <w:bCs/>
        </w:rPr>
        <w:t xml:space="preserve">Delhi 26  </w:t>
      </w:r>
    </w:p>
    <w:p w14:paraId="735C1B5E" w14:textId="77777777" w:rsidR="0061783E" w:rsidRDefault="0061783E" w:rsidP="0061783E">
      <w:pPr>
        <w:spacing w:after="0"/>
      </w:pPr>
      <w:r>
        <w:rPr>
          <w:rFonts w:ascii="Arial" w:hAnsi="Arial"/>
        </w:rPr>
        <w:t>I number 26.</w:t>
      </w:r>
    </w:p>
    <w:p w14:paraId="2F92DC36" w14:textId="77777777" w:rsidR="0061783E" w:rsidRDefault="0061783E" w:rsidP="0061783E">
      <w:pPr>
        <w:spacing w:after="0"/>
      </w:pPr>
    </w:p>
    <w:p w14:paraId="3016CF39" w14:textId="77777777" w:rsidR="0061783E" w:rsidRDefault="0061783E" w:rsidP="0061783E">
      <w:pPr>
        <w:spacing w:after="0"/>
        <w:rPr>
          <w:rFonts w:ascii="Arial" w:hAnsi="Arial"/>
          <w:color w:val="5D7284"/>
        </w:rPr>
      </w:pPr>
      <w:r w:rsidRPr="0E2B7E7B">
        <w:rPr>
          <w:rFonts w:ascii="Arial" w:hAnsi="Arial"/>
          <w:b/>
          <w:bCs/>
        </w:rPr>
        <w:t xml:space="preserve">Delhi F2  </w:t>
      </w:r>
    </w:p>
    <w:p w14:paraId="76187BBF" w14:textId="77777777" w:rsidR="0061783E" w:rsidRDefault="0061783E" w:rsidP="0061783E">
      <w:pPr>
        <w:spacing w:after="0"/>
      </w:pPr>
      <w:r>
        <w:rPr>
          <w:rFonts w:ascii="Arial" w:hAnsi="Arial"/>
        </w:rPr>
        <w:t>We know your name.</w:t>
      </w:r>
    </w:p>
    <w:p w14:paraId="24503783" w14:textId="77777777" w:rsidR="0061783E" w:rsidRDefault="0061783E" w:rsidP="0061783E">
      <w:pPr>
        <w:spacing w:after="0"/>
      </w:pPr>
    </w:p>
    <w:p w14:paraId="346E7070" w14:textId="77777777" w:rsidR="0061783E" w:rsidRDefault="0061783E" w:rsidP="0061783E">
      <w:pPr>
        <w:spacing w:after="0"/>
        <w:rPr>
          <w:rFonts w:ascii="Arial" w:hAnsi="Arial"/>
          <w:color w:val="5D7284"/>
        </w:rPr>
      </w:pPr>
      <w:r w:rsidRPr="0E2B7E7B">
        <w:rPr>
          <w:rFonts w:ascii="Arial" w:hAnsi="Arial"/>
          <w:b/>
          <w:bCs/>
        </w:rPr>
        <w:t xml:space="preserve">Delhi 26  </w:t>
      </w:r>
    </w:p>
    <w:p w14:paraId="0BDC35FB" w14:textId="77777777" w:rsidR="0061783E" w:rsidRDefault="0061783E" w:rsidP="0061783E">
      <w:pPr>
        <w:spacing w:after="0"/>
      </w:pPr>
      <w:r w:rsidRPr="7EEA665B">
        <w:rPr>
          <w:rFonts w:ascii="Arial" w:hAnsi="Arial"/>
        </w:rPr>
        <w:t xml:space="preserve">Thank you. I think that the reasons I would call that limited funding of researchers, limited acknowledgement. And I think that many diseases are important but when the funding for that area is small, then you don't get new researchers into that area. When you have low number of researchers, they don't have the banding of the people who push for the priority to make the public health, and that's disappear. When the area is not a sexy or wintering area, you don't have many number of citation, you don't get, you don't go to the high-impact journals, it not sometimes </w:t>
      </w:r>
      <w:proofErr w:type="spellStart"/>
      <w:r w:rsidRPr="7EEA665B">
        <w:rPr>
          <w:rFonts w:ascii="Arial" w:hAnsi="Arial"/>
        </w:rPr>
        <w:t>sometimes</w:t>
      </w:r>
      <w:proofErr w:type="spellEnd"/>
      <w:r w:rsidRPr="7EEA665B">
        <w:rPr>
          <w:rFonts w:ascii="Arial" w:hAnsi="Arial"/>
        </w:rPr>
        <w:t xml:space="preserve"> not every time, sometimes it's not good for the research carrier of the people. And so they move away. So, some areas, some researchers focus on that rather than the burden, the rising impact, or that and that's why I think that, let's say cholera, fungal, I already said that I think that it should be in the list from the funder point of view. But I think that at some point, it will come at this point, you have a limited number of </w:t>
      </w:r>
      <w:r w:rsidRPr="7EEA665B">
        <w:rPr>
          <w:rFonts w:ascii="Arial" w:hAnsi="Arial"/>
        </w:rPr>
        <w:lastRenderedPageBreak/>
        <w:t xml:space="preserve">researchers on that area with limited funding. Yeah, and the research community as well, the limited research community, I think that's some research community have. I'm not so sure. Okay, anonymous structural system in the society and the society itself is not supporting the new young researchers grow up. So I think that, as many of us might know, some research communities are more collaborative than the actual research community. So that might be another key that those pieces haven't been discussed in the area from their point of view based on that type of questions over. </w:t>
      </w:r>
    </w:p>
    <w:p w14:paraId="1A0FA7FE" w14:textId="77777777" w:rsidR="0061783E" w:rsidRDefault="0061783E" w:rsidP="0061783E">
      <w:pPr>
        <w:spacing w:after="0"/>
      </w:pPr>
    </w:p>
    <w:p w14:paraId="65AC6B86" w14:textId="77777777" w:rsidR="0061783E" w:rsidRDefault="0061783E" w:rsidP="0061783E">
      <w:pPr>
        <w:spacing w:after="0"/>
        <w:rPr>
          <w:rFonts w:ascii="Arial" w:hAnsi="Arial"/>
          <w:b/>
          <w:bCs/>
        </w:rPr>
      </w:pPr>
      <w:r w:rsidRPr="0E2B7E7B">
        <w:rPr>
          <w:rFonts w:ascii="Arial" w:hAnsi="Arial"/>
          <w:b/>
          <w:bCs/>
        </w:rPr>
        <w:t>Delhi F1</w:t>
      </w:r>
    </w:p>
    <w:p w14:paraId="22A5F2FC" w14:textId="77777777" w:rsidR="0061783E" w:rsidRDefault="0061783E" w:rsidP="0061783E">
      <w:pPr>
        <w:spacing w:after="0"/>
      </w:pPr>
      <w:r w:rsidRPr="7EEA665B">
        <w:rPr>
          <w:rFonts w:ascii="Arial" w:hAnsi="Arial"/>
        </w:rPr>
        <w:t>Thank you. And we talked about this yesterday, this vicious cycle of not enough critical mass, not enough voice. So, this is your opportunity who works on these diseases. You have the audience here. Let's hear from you. Let's hear from people we haven't heard from yet. Yes,</w:t>
      </w:r>
    </w:p>
    <w:p w14:paraId="53677853" w14:textId="77777777" w:rsidR="0061783E" w:rsidRDefault="0061783E" w:rsidP="0061783E">
      <w:pPr>
        <w:spacing w:after="0"/>
      </w:pPr>
    </w:p>
    <w:p w14:paraId="437FECA2" w14:textId="77777777" w:rsidR="0061783E" w:rsidRDefault="0061783E" w:rsidP="0061783E">
      <w:pPr>
        <w:spacing w:after="0"/>
        <w:rPr>
          <w:rFonts w:ascii="Arial" w:hAnsi="Arial"/>
          <w:color w:val="5D7284"/>
        </w:rPr>
      </w:pPr>
      <w:r w:rsidRPr="0E2B7E7B">
        <w:rPr>
          <w:rFonts w:ascii="Arial" w:hAnsi="Arial"/>
          <w:b/>
          <w:bCs/>
        </w:rPr>
        <w:t xml:space="preserve">Delhi 19  </w:t>
      </w:r>
    </w:p>
    <w:p w14:paraId="1DA5CC95" w14:textId="77777777" w:rsidR="0061783E" w:rsidRDefault="0061783E" w:rsidP="0061783E">
      <w:pPr>
        <w:spacing w:after="0"/>
      </w:pPr>
      <w:r w:rsidRPr="0E2B7E7B">
        <w:rPr>
          <w:rFonts w:ascii="Arial" w:hAnsi="Arial"/>
        </w:rPr>
        <w:t xml:space="preserve">If talking about like, other disease not prioritized right now I'm working for the Rabies projects is about like trains like to collect the data of the national select survey related to rabies and also the vaccination across my country. And I see that it's very hard to </w:t>
      </w:r>
      <w:proofErr w:type="spellStart"/>
      <w:r w:rsidRPr="0E2B7E7B">
        <w:rPr>
          <w:rFonts w:ascii="Arial" w:hAnsi="Arial"/>
        </w:rPr>
        <w:t>to</w:t>
      </w:r>
      <w:proofErr w:type="spellEnd"/>
      <w:r w:rsidRPr="0E2B7E7B">
        <w:rPr>
          <w:rFonts w:ascii="Arial" w:hAnsi="Arial"/>
        </w:rPr>
        <w:t xml:space="preserve"> run these projects because about the funding many people, many fund funder they are focusing on like the global disease like the TB or was like COVID-19 and also like HIV AIDS, and rather than about like the Rabies. That's why in Cambodia, Rabies is not considered as the prioritized disease in the national policy. And it's also hard for like the technical department, like in the CDC, to communicate, communicate both departments of Cambodia, it's hard to run the program like to be when apart like the Rabies, and also like the vaccination in the community. Thank you.</w:t>
      </w:r>
    </w:p>
    <w:p w14:paraId="7CA63FC6" w14:textId="77777777" w:rsidR="0061783E" w:rsidRDefault="0061783E" w:rsidP="0061783E">
      <w:pPr>
        <w:spacing w:after="0"/>
      </w:pPr>
    </w:p>
    <w:p w14:paraId="10E9925B" w14:textId="77777777" w:rsidR="0061783E" w:rsidRDefault="0061783E" w:rsidP="0061783E">
      <w:pPr>
        <w:spacing w:after="0"/>
        <w:rPr>
          <w:rFonts w:ascii="Arial" w:hAnsi="Arial"/>
          <w:b/>
          <w:bCs/>
        </w:rPr>
      </w:pPr>
      <w:r w:rsidRPr="0E2B7E7B">
        <w:rPr>
          <w:rFonts w:ascii="Arial" w:hAnsi="Arial"/>
          <w:b/>
          <w:bCs/>
        </w:rPr>
        <w:t>Delhi F2</w:t>
      </w:r>
    </w:p>
    <w:p w14:paraId="6BA0779C" w14:textId="77777777" w:rsidR="0061783E" w:rsidRDefault="0061783E" w:rsidP="0061783E">
      <w:pPr>
        <w:spacing w:after="0"/>
      </w:pPr>
      <w:r w:rsidRPr="7EEA665B">
        <w:rPr>
          <w:rFonts w:ascii="Arial" w:hAnsi="Arial"/>
        </w:rPr>
        <w:t xml:space="preserve">Thank you very much. And could you hand </w:t>
      </w:r>
      <w:proofErr w:type="spellStart"/>
      <w:r w:rsidRPr="7EEA665B">
        <w:rPr>
          <w:rFonts w:ascii="Arial" w:hAnsi="Arial"/>
        </w:rPr>
        <w:t>hand</w:t>
      </w:r>
      <w:proofErr w:type="spellEnd"/>
      <w:r w:rsidRPr="7EEA665B">
        <w:rPr>
          <w:rFonts w:ascii="Arial" w:hAnsi="Arial"/>
        </w:rPr>
        <w:t xml:space="preserve"> over the microphone to your neighbor, thank you. We really want to hear from someone haven't speak at all, haven't spoken at all. And we go back to the online? Yeah, we do online first. Right. Yeah, thanks. Yeah. But let's just say invite her. Okay,</w:t>
      </w:r>
    </w:p>
    <w:p w14:paraId="0619919D" w14:textId="77777777" w:rsidR="0061783E" w:rsidRDefault="0061783E" w:rsidP="0061783E">
      <w:pPr>
        <w:spacing w:after="0"/>
      </w:pPr>
    </w:p>
    <w:p w14:paraId="1DF3E3EB" w14:textId="77777777" w:rsidR="0061783E" w:rsidRDefault="0061783E" w:rsidP="0061783E">
      <w:pPr>
        <w:spacing w:after="0"/>
        <w:rPr>
          <w:rFonts w:ascii="Arial" w:hAnsi="Arial"/>
          <w:color w:val="5D7284"/>
        </w:rPr>
      </w:pPr>
      <w:r w:rsidRPr="0E2B7E7B">
        <w:rPr>
          <w:rFonts w:ascii="Arial" w:hAnsi="Arial"/>
          <w:b/>
          <w:bCs/>
        </w:rPr>
        <w:t xml:space="preserve">Delhi 27  </w:t>
      </w:r>
    </w:p>
    <w:p w14:paraId="307B6478" w14:textId="77777777" w:rsidR="0061783E" w:rsidRDefault="0061783E" w:rsidP="0061783E">
      <w:pPr>
        <w:spacing w:after="0"/>
      </w:pPr>
      <w:r w:rsidRPr="0E2B7E7B">
        <w:rPr>
          <w:rFonts w:ascii="Arial" w:hAnsi="Arial"/>
        </w:rPr>
        <w:t xml:space="preserve">Thank you, number 27. </w:t>
      </w:r>
      <w:proofErr w:type="gramStart"/>
      <w:r w:rsidRPr="0E2B7E7B">
        <w:rPr>
          <w:rFonts w:ascii="Arial" w:hAnsi="Arial"/>
        </w:rPr>
        <w:t>from</w:t>
      </w:r>
      <w:proofErr w:type="gramEnd"/>
      <w:r w:rsidRPr="0E2B7E7B">
        <w:rPr>
          <w:rFonts w:ascii="Arial" w:hAnsi="Arial"/>
        </w:rPr>
        <w:t xml:space="preserve"> Sri Lanka. For the previous list, I agree with what my colleague said. For this list, instead of pointing out disease, I would like to suggest looking at infectious diseases of aging and infectious diseases associated with non-communicable diseases. Because as a country with population aging, an increasing burden of NCDs. We are seeing changes in disease patterns. And there's no studies into it even though there is anecdotal evidence. So that is what I would like to suggest here.</w:t>
      </w:r>
    </w:p>
    <w:p w14:paraId="08CA2EFB" w14:textId="77777777" w:rsidR="0061783E" w:rsidRDefault="0061783E" w:rsidP="0061783E">
      <w:pPr>
        <w:spacing w:after="0"/>
      </w:pPr>
    </w:p>
    <w:p w14:paraId="4F790F6D" w14:textId="77777777" w:rsidR="0061783E" w:rsidRDefault="0061783E" w:rsidP="0061783E">
      <w:pPr>
        <w:spacing w:after="0"/>
        <w:rPr>
          <w:rFonts w:ascii="Arial" w:hAnsi="Arial"/>
          <w:b/>
          <w:bCs/>
        </w:rPr>
      </w:pPr>
      <w:r w:rsidRPr="0E2B7E7B">
        <w:rPr>
          <w:rFonts w:ascii="Arial" w:hAnsi="Arial"/>
          <w:b/>
          <w:bCs/>
        </w:rPr>
        <w:t>Delhi F2</w:t>
      </w:r>
    </w:p>
    <w:p w14:paraId="7251A3EF" w14:textId="77777777" w:rsidR="0061783E" w:rsidRDefault="0061783E" w:rsidP="0061783E">
      <w:pPr>
        <w:spacing w:after="0"/>
      </w:pPr>
      <w:r w:rsidRPr="7EEA665B">
        <w:rPr>
          <w:rFonts w:ascii="Arial" w:hAnsi="Arial"/>
        </w:rPr>
        <w:t xml:space="preserve">Thank you very much. And we would like to invite the participant online. Participant 12, is it okay to speak? </w:t>
      </w:r>
    </w:p>
    <w:p w14:paraId="410AF1C6" w14:textId="77777777" w:rsidR="0061783E" w:rsidRDefault="0061783E" w:rsidP="0061783E">
      <w:pPr>
        <w:spacing w:after="0"/>
      </w:pPr>
    </w:p>
    <w:p w14:paraId="5BEA0CC6" w14:textId="77777777" w:rsidR="0061783E" w:rsidRDefault="0061783E" w:rsidP="0061783E">
      <w:pPr>
        <w:spacing w:after="0"/>
        <w:rPr>
          <w:rFonts w:ascii="Arial" w:hAnsi="Arial"/>
          <w:color w:val="5D7284"/>
        </w:rPr>
      </w:pPr>
      <w:r w:rsidRPr="0E2B7E7B">
        <w:rPr>
          <w:rFonts w:ascii="Arial" w:hAnsi="Arial"/>
          <w:b/>
          <w:bCs/>
        </w:rPr>
        <w:t xml:space="preserve">Delhi 12  </w:t>
      </w:r>
    </w:p>
    <w:p w14:paraId="3CF8EB96" w14:textId="77777777" w:rsidR="0061783E" w:rsidRDefault="0061783E" w:rsidP="0061783E">
      <w:pPr>
        <w:spacing w:after="0"/>
      </w:pPr>
      <w:r w:rsidRPr="0E2B7E7B">
        <w:rPr>
          <w:rFonts w:ascii="Arial" w:hAnsi="Arial"/>
        </w:rPr>
        <w:t xml:space="preserve"> </w:t>
      </w:r>
      <w:proofErr w:type="gramStart"/>
      <w:r w:rsidRPr="0E2B7E7B">
        <w:rPr>
          <w:rFonts w:ascii="Arial" w:hAnsi="Arial"/>
        </w:rPr>
        <w:t>just</w:t>
      </w:r>
      <w:proofErr w:type="gramEnd"/>
      <w:r w:rsidRPr="0E2B7E7B">
        <w:rPr>
          <w:rFonts w:ascii="Arial" w:hAnsi="Arial"/>
        </w:rPr>
        <w:t xml:space="preserve"> with respect to your question about the other diseases not prioritized. This is not a surprise to me. </w:t>
      </w:r>
      <w:proofErr w:type="gramStart"/>
      <w:r w:rsidRPr="0E2B7E7B">
        <w:rPr>
          <w:rFonts w:ascii="Arial" w:hAnsi="Arial"/>
        </w:rPr>
        <w:t>most</w:t>
      </w:r>
      <w:proofErr w:type="gramEnd"/>
      <w:r w:rsidRPr="0E2B7E7B">
        <w:rPr>
          <w:rFonts w:ascii="Arial" w:hAnsi="Arial"/>
        </w:rPr>
        <w:t xml:space="preserve"> of these are NTDs. And we know that these, the reason we call them NTDs is because they are neglected. They are usually you know, very small number of fact relatively small parts of the population, </w:t>
      </w:r>
      <w:r w:rsidRPr="0E2B7E7B">
        <w:rPr>
          <w:rFonts w:ascii="Arial" w:hAnsi="Arial"/>
        </w:rPr>
        <w:lastRenderedPageBreak/>
        <w:t xml:space="preserve">but often the poorest and most vulnerable with the most marginalized and those with the you know, the least voice. So that doesn't surprise me, especially if you are trying to, you know, Silo things very much into specific diseases. And just getting back to a comment made earlier, I mean, one of the issues that this may happen is because this is reflecting the priorities of the researchers, and not the priorities of the affected communities. So, you know, researchers with the best intent in the world, we're going to, you know, highlight and be most aware of our research areas. So I think there really, really needs to be a consideration by funders on how we make sure that what is going to be supported here is also investing, you know, the not just what has been funded historically, and what has the biggest voice, but </w:t>
      </w:r>
      <w:proofErr w:type="spellStart"/>
      <w:r w:rsidRPr="0E2B7E7B">
        <w:rPr>
          <w:rFonts w:ascii="Arial" w:hAnsi="Arial"/>
        </w:rPr>
        <w:t>but</w:t>
      </w:r>
      <w:proofErr w:type="spellEnd"/>
      <w:r w:rsidRPr="0E2B7E7B">
        <w:rPr>
          <w:rFonts w:ascii="Arial" w:hAnsi="Arial"/>
        </w:rPr>
        <w:t xml:space="preserve"> those really marginalized communities who are dealing with some of these usually problematic NTDs and other problems. Thanks.</w:t>
      </w:r>
    </w:p>
    <w:p w14:paraId="3472A34C" w14:textId="77777777" w:rsidR="0061783E" w:rsidRDefault="0061783E" w:rsidP="0061783E">
      <w:pPr>
        <w:spacing w:after="0"/>
      </w:pPr>
    </w:p>
    <w:p w14:paraId="2CEF713A" w14:textId="77777777" w:rsidR="0061783E" w:rsidRDefault="0061783E" w:rsidP="0061783E">
      <w:pPr>
        <w:spacing w:after="0"/>
        <w:rPr>
          <w:rFonts w:ascii="Arial" w:hAnsi="Arial"/>
          <w:color w:val="5D7284"/>
        </w:rPr>
      </w:pPr>
      <w:r w:rsidRPr="0E2B7E7B">
        <w:rPr>
          <w:rFonts w:ascii="Arial" w:hAnsi="Arial"/>
          <w:b/>
          <w:bCs/>
        </w:rPr>
        <w:t>Delhi F2</w:t>
      </w:r>
    </w:p>
    <w:p w14:paraId="78D79702" w14:textId="77777777" w:rsidR="0061783E" w:rsidRDefault="0061783E" w:rsidP="0061783E">
      <w:pPr>
        <w:spacing w:after="0"/>
      </w:pPr>
      <w:r>
        <w:rPr>
          <w:rFonts w:ascii="Arial" w:hAnsi="Arial"/>
        </w:rPr>
        <w:t>Is the lady in the back like to share? No.</w:t>
      </w:r>
    </w:p>
    <w:p w14:paraId="01C918DF" w14:textId="77777777" w:rsidR="0061783E" w:rsidRDefault="0061783E" w:rsidP="0061783E">
      <w:pPr>
        <w:spacing w:after="0"/>
      </w:pPr>
    </w:p>
    <w:p w14:paraId="1ACBE148" w14:textId="77777777" w:rsidR="0061783E" w:rsidRDefault="0061783E" w:rsidP="0061783E">
      <w:pPr>
        <w:spacing w:after="0"/>
      </w:pPr>
      <w:r w:rsidRPr="0E2B7E7B">
        <w:rPr>
          <w:rFonts w:ascii="Arial" w:hAnsi="Arial"/>
          <w:b/>
          <w:bCs/>
        </w:rPr>
        <w:t>Delhi F1</w:t>
      </w:r>
    </w:p>
    <w:p w14:paraId="1A8E3877" w14:textId="77777777" w:rsidR="0061783E" w:rsidRDefault="0061783E" w:rsidP="0061783E">
      <w:pPr>
        <w:spacing w:after="0"/>
      </w:pPr>
      <w:proofErr w:type="gramStart"/>
      <w:r w:rsidRPr="7EEA665B">
        <w:rPr>
          <w:rFonts w:ascii="Arial" w:hAnsi="Arial"/>
        </w:rPr>
        <w:t>few</w:t>
      </w:r>
      <w:proofErr w:type="gramEnd"/>
      <w:r w:rsidRPr="7EEA665B">
        <w:rPr>
          <w:rFonts w:ascii="Arial" w:hAnsi="Arial"/>
        </w:rPr>
        <w:t xml:space="preserve"> more minutes left, so yeah, just come on. Let's dig into some of these core neglected diseases, which yeah, to hear about.</w:t>
      </w:r>
    </w:p>
    <w:p w14:paraId="5D18E546" w14:textId="77777777" w:rsidR="0061783E" w:rsidRDefault="0061783E" w:rsidP="0061783E">
      <w:pPr>
        <w:spacing w:after="0"/>
      </w:pPr>
    </w:p>
    <w:p w14:paraId="1F20A98A" w14:textId="77777777" w:rsidR="0061783E" w:rsidRDefault="0061783E" w:rsidP="0061783E">
      <w:pPr>
        <w:spacing w:after="0"/>
        <w:rPr>
          <w:rFonts w:ascii="Arial" w:hAnsi="Arial"/>
          <w:color w:val="5D7284"/>
        </w:rPr>
      </w:pPr>
      <w:r w:rsidRPr="0E2B7E7B">
        <w:rPr>
          <w:rFonts w:ascii="Arial" w:hAnsi="Arial"/>
          <w:b/>
          <w:bCs/>
        </w:rPr>
        <w:t>Delhi F2</w:t>
      </w:r>
    </w:p>
    <w:p w14:paraId="4314D751" w14:textId="77777777" w:rsidR="0061783E" w:rsidRDefault="0061783E" w:rsidP="0061783E">
      <w:pPr>
        <w:spacing w:after="0"/>
      </w:pPr>
      <w:r>
        <w:rPr>
          <w:rFonts w:ascii="Arial" w:hAnsi="Arial"/>
        </w:rPr>
        <w:t>I just wonder if we have any policymaker in our audience on so someone working on STD that we can share your opinion?</w:t>
      </w:r>
    </w:p>
    <w:p w14:paraId="11952382" w14:textId="77777777" w:rsidR="0061783E" w:rsidRDefault="0061783E" w:rsidP="0061783E">
      <w:pPr>
        <w:spacing w:after="0"/>
      </w:pPr>
    </w:p>
    <w:p w14:paraId="217FE6FA" w14:textId="77777777" w:rsidR="0061783E" w:rsidRDefault="0061783E" w:rsidP="0061783E">
      <w:pPr>
        <w:spacing w:after="0"/>
        <w:rPr>
          <w:rFonts w:ascii="Arial" w:hAnsi="Arial"/>
          <w:color w:val="5D7284"/>
        </w:rPr>
      </w:pPr>
      <w:r w:rsidRPr="0E2B7E7B">
        <w:rPr>
          <w:rFonts w:ascii="Arial" w:hAnsi="Arial"/>
          <w:b/>
          <w:bCs/>
        </w:rPr>
        <w:t xml:space="preserve">Delhi 5  </w:t>
      </w:r>
    </w:p>
    <w:p w14:paraId="42CCD9DD" w14:textId="77777777" w:rsidR="0061783E" w:rsidRDefault="0061783E" w:rsidP="0061783E">
      <w:pPr>
        <w:spacing w:after="0"/>
        <w:rPr>
          <w:rFonts w:ascii="Arial" w:hAnsi="Arial"/>
        </w:rPr>
      </w:pPr>
      <w:r w:rsidRPr="7EEA665B">
        <w:rPr>
          <w:rFonts w:ascii="Arial" w:hAnsi="Arial"/>
        </w:rPr>
        <w:t xml:space="preserve">Yeah, I mean, I guess I think it's a maybe a regional thing that STDs aren't so much on here, both in terms of surveillance and in terms of how AMR yeah, so mine was actually also I was </w:t>
      </w:r>
      <w:proofErr w:type="spellStart"/>
      <w:r w:rsidRPr="7EEA665B">
        <w:rPr>
          <w:rFonts w:ascii="Arial" w:hAnsi="Arial"/>
        </w:rPr>
        <w:t>gonna</w:t>
      </w:r>
      <w:proofErr w:type="spellEnd"/>
      <w:r w:rsidRPr="7EEA665B">
        <w:rPr>
          <w:rFonts w:ascii="Arial" w:hAnsi="Arial"/>
        </w:rPr>
        <w:t xml:space="preserve"> say, it's weird that </w:t>
      </w:r>
      <w:proofErr w:type="spellStart"/>
      <w:r w:rsidRPr="7EEA665B">
        <w:rPr>
          <w:rFonts w:ascii="Arial" w:hAnsi="Arial"/>
        </w:rPr>
        <w:t>Henipa</w:t>
      </w:r>
      <w:proofErr w:type="spellEnd"/>
      <w:r w:rsidRPr="7EEA665B">
        <w:rPr>
          <w:rFonts w:ascii="Arial" w:hAnsi="Arial"/>
        </w:rPr>
        <w:t xml:space="preserve"> viruses have dropped off. They seem to be on a lot of people's kind of pandemic preparedness lists, but they didn't come up here. I'm Delhi 5. </w:t>
      </w:r>
    </w:p>
    <w:p w14:paraId="47CED358" w14:textId="77777777" w:rsidR="0061783E" w:rsidRDefault="0061783E" w:rsidP="0061783E">
      <w:pPr>
        <w:spacing w:after="0"/>
      </w:pPr>
    </w:p>
    <w:p w14:paraId="648EAB90" w14:textId="77777777" w:rsidR="0061783E" w:rsidRDefault="0061783E" w:rsidP="0061783E">
      <w:pPr>
        <w:spacing w:after="0"/>
        <w:rPr>
          <w:rFonts w:ascii="Arial" w:hAnsi="Arial"/>
          <w:color w:val="5D7284"/>
        </w:rPr>
      </w:pPr>
      <w:r w:rsidRPr="0E2B7E7B">
        <w:rPr>
          <w:rFonts w:ascii="Arial" w:hAnsi="Arial"/>
          <w:b/>
          <w:bCs/>
        </w:rPr>
        <w:t>Delhi F2</w:t>
      </w:r>
    </w:p>
    <w:p w14:paraId="50588FEC" w14:textId="77777777" w:rsidR="0061783E" w:rsidRDefault="0061783E" w:rsidP="0061783E">
      <w:pPr>
        <w:spacing w:after="0"/>
      </w:pPr>
      <w:r w:rsidRPr="7EEA665B">
        <w:rPr>
          <w:rFonts w:ascii="Arial" w:hAnsi="Arial"/>
        </w:rPr>
        <w:t>Yes. Oh, I saw someone raising hand as well.</w:t>
      </w:r>
    </w:p>
    <w:p w14:paraId="70963E0D" w14:textId="77777777" w:rsidR="0061783E" w:rsidRDefault="0061783E" w:rsidP="0061783E">
      <w:pPr>
        <w:spacing w:after="0"/>
      </w:pPr>
    </w:p>
    <w:p w14:paraId="4ED77973" w14:textId="77777777" w:rsidR="0061783E" w:rsidRDefault="0061783E" w:rsidP="0061783E">
      <w:pPr>
        <w:spacing w:after="0"/>
        <w:rPr>
          <w:rFonts w:ascii="Arial" w:hAnsi="Arial"/>
          <w:color w:val="5D7284"/>
        </w:rPr>
      </w:pPr>
      <w:r w:rsidRPr="0E2B7E7B">
        <w:rPr>
          <w:rFonts w:ascii="Arial" w:hAnsi="Arial"/>
          <w:b/>
          <w:bCs/>
        </w:rPr>
        <w:t xml:space="preserve">Delhi 50  </w:t>
      </w:r>
    </w:p>
    <w:p w14:paraId="3B5B0D04" w14:textId="77777777" w:rsidR="0061783E" w:rsidRDefault="0061783E" w:rsidP="0061783E">
      <w:pPr>
        <w:spacing w:after="0"/>
      </w:pPr>
      <w:r w:rsidRPr="0E2B7E7B">
        <w:rPr>
          <w:rFonts w:ascii="Arial" w:hAnsi="Arial"/>
        </w:rPr>
        <w:t xml:space="preserve">I'm participant 50 and I'm in Australia. So I'm considered to be part of the Asia Pacific. And when I look at the list that has been given, I absolutely have TB, and the, you know, other diseases out there. But when I think from an Australian perspective, it changes AMR would definitely be at the top of the list. But similarly, some of these other ones, I would definitely be including more fungal infections. And there is a scarcity of research into invasive fungal infections, in particular, Japanese encephalitis with the increasing impacts of climate change in our region, but also STIs, and syphilis, because we're seeing with behavioral changes, nobody sees contracting HIV anymore as a death sentence. And I think some of the health behaviors have changed in our younger populations, and we're seeing more drug resistant gonorrhea and we're seeing more diseases that we wouldn't have thought we would still be seeing. And they're starting to become quite drug resistant. So I would absolutely be including STDs, Japanese encephalitis, and fungal infections. But when I look at where we contribute, some of our overseas development assistance, absolutely TB at the top of the list. I think when you think about burden of </w:t>
      </w:r>
      <w:r w:rsidRPr="0E2B7E7B">
        <w:rPr>
          <w:rFonts w:ascii="Arial" w:hAnsi="Arial"/>
        </w:rPr>
        <w:lastRenderedPageBreak/>
        <w:t>disease, and it gets me really cranky, when I think we're so quick to develop a whole suite of COVID vaccines yet we still don't have those for TB. Thank you.</w:t>
      </w:r>
    </w:p>
    <w:p w14:paraId="2F0F1CEF" w14:textId="77777777" w:rsidR="0061783E" w:rsidRDefault="0061783E" w:rsidP="0061783E">
      <w:pPr>
        <w:spacing w:after="0"/>
      </w:pPr>
    </w:p>
    <w:p w14:paraId="71D5C56D" w14:textId="77777777" w:rsidR="0061783E" w:rsidRDefault="0061783E" w:rsidP="0061783E">
      <w:pPr>
        <w:spacing w:after="0"/>
        <w:rPr>
          <w:rFonts w:ascii="Arial" w:hAnsi="Arial"/>
          <w:color w:val="5D7284"/>
        </w:rPr>
      </w:pPr>
      <w:r w:rsidRPr="0E2B7E7B">
        <w:rPr>
          <w:rFonts w:ascii="Arial" w:hAnsi="Arial"/>
          <w:b/>
          <w:bCs/>
        </w:rPr>
        <w:t>Delhi F2</w:t>
      </w:r>
    </w:p>
    <w:p w14:paraId="3103E72D" w14:textId="77777777" w:rsidR="0061783E" w:rsidRDefault="0061783E" w:rsidP="0061783E">
      <w:pPr>
        <w:spacing w:after="0"/>
        <w:rPr>
          <w:rFonts w:ascii="Arial" w:hAnsi="Arial"/>
          <w:color w:val="5D7284"/>
        </w:rPr>
      </w:pPr>
      <w:r w:rsidRPr="7EEA665B">
        <w:rPr>
          <w:rFonts w:ascii="Arial" w:hAnsi="Arial"/>
        </w:rPr>
        <w:t>Thank you very much. And oh, okay, please. Thank you.</w:t>
      </w:r>
    </w:p>
    <w:p w14:paraId="7DC8777F" w14:textId="77777777" w:rsidR="0061783E" w:rsidRDefault="0061783E" w:rsidP="0061783E">
      <w:pPr>
        <w:spacing w:after="0"/>
        <w:rPr>
          <w:rFonts w:ascii="Arial" w:hAnsi="Arial"/>
          <w:b/>
          <w:bCs/>
        </w:rPr>
      </w:pPr>
    </w:p>
    <w:p w14:paraId="0E9D2E4A" w14:textId="77777777" w:rsidR="0061783E" w:rsidRDefault="0061783E" w:rsidP="0061783E">
      <w:pPr>
        <w:spacing w:after="0"/>
        <w:rPr>
          <w:rFonts w:ascii="Arial" w:hAnsi="Arial"/>
          <w:color w:val="5D7284"/>
        </w:rPr>
      </w:pPr>
      <w:r w:rsidRPr="0E2B7E7B">
        <w:rPr>
          <w:rFonts w:ascii="Arial" w:hAnsi="Arial"/>
          <w:b/>
          <w:bCs/>
        </w:rPr>
        <w:t xml:space="preserve">Delhi 42  </w:t>
      </w:r>
    </w:p>
    <w:p w14:paraId="3F0576C5" w14:textId="77777777" w:rsidR="0061783E" w:rsidRDefault="0061783E" w:rsidP="0061783E">
      <w:pPr>
        <w:spacing w:after="0"/>
      </w:pPr>
      <w:r w:rsidRPr="0E2B7E7B">
        <w:rPr>
          <w:rFonts w:ascii="Arial" w:hAnsi="Arial"/>
        </w:rPr>
        <w:t xml:space="preserve">So, I have been working in this sector since 2006. And, but very recently, I, I started knowing about fungal infections. We have been doing some research on Candida </w:t>
      </w:r>
      <w:proofErr w:type="spellStart"/>
      <w:r w:rsidRPr="0E2B7E7B">
        <w:rPr>
          <w:rFonts w:ascii="Arial" w:hAnsi="Arial"/>
        </w:rPr>
        <w:t>Oris</w:t>
      </w:r>
      <w:proofErr w:type="spellEnd"/>
      <w:r w:rsidRPr="0E2B7E7B">
        <w:rPr>
          <w:rFonts w:ascii="Arial" w:hAnsi="Arial"/>
        </w:rPr>
        <w:t xml:space="preserve"> and some other fungal infections and I believe that probably we did not do a lot of work around fungal infections and there is a lot lack of like awareness even among the scientists that it can be an important problem and particularly, there is lack of funding and interest by the development partners and national stakeholders as well. But the problem is there, because in in some recent studies, we have seen that it is there, it has been there, but we have </w:t>
      </w:r>
      <w:proofErr w:type="spellStart"/>
      <w:r w:rsidRPr="0E2B7E7B">
        <w:rPr>
          <w:rFonts w:ascii="Arial" w:hAnsi="Arial"/>
        </w:rPr>
        <w:t>have</w:t>
      </w:r>
      <w:proofErr w:type="spellEnd"/>
      <w:r w:rsidRPr="0E2B7E7B">
        <w:rPr>
          <w:rFonts w:ascii="Arial" w:hAnsi="Arial"/>
        </w:rPr>
        <w:t xml:space="preserve"> not been really taking good care of it or looking into it, and there has been some multidrug resistance also around this area. So I just recently heard a statement from someone working, my colleagues working in fungal infections that yesterday was the era of viruses now is a bacteria is truly and tomorrow will be the year of fungal infection. So we should be aware of it.</w:t>
      </w:r>
    </w:p>
    <w:p w14:paraId="4FAA2BA6" w14:textId="77777777" w:rsidR="0061783E" w:rsidRDefault="0061783E" w:rsidP="0061783E">
      <w:pPr>
        <w:spacing w:after="0"/>
      </w:pPr>
    </w:p>
    <w:p w14:paraId="4E594F1A" w14:textId="77777777" w:rsidR="0061783E" w:rsidRDefault="0061783E" w:rsidP="0061783E">
      <w:pPr>
        <w:spacing w:after="0"/>
        <w:rPr>
          <w:rFonts w:ascii="Arial" w:hAnsi="Arial"/>
          <w:color w:val="5D7284"/>
        </w:rPr>
      </w:pPr>
      <w:r w:rsidRPr="0E2B7E7B">
        <w:rPr>
          <w:rFonts w:ascii="Arial" w:hAnsi="Arial"/>
          <w:b/>
          <w:bCs/>
        </w:rPr>
        <w:t>Delhi F2</w:t>
      </w:r>
    </w:p>
    <w:p w14:paraId="533C8371" w14:textId="77777777" w:rsidR="0061783E" w:rsidRDefault="0061783E" w:rsidP="0061783E">
      <w:pPr>
        <w:spacing w:after="0"/>
      </w:pPr>
      <w:r>
        <w:rPr>
          <w:rFonts w:ascii="Arial" w:hAnsi="Arial"/>
        </w:rPr>
        <w:t>Thank you. And yes, please.</w:t>
      </w:r>
    </w:p>
    <w:p w14:paraId="538B6E93" w14:textId="77777777" w:rsidR="0061783E" w:rsidRDefault="0061783E" w:rsidP="0061783E">
      <w:pPr>
        <w:spacing w:after="0"/>
      </w:pPr>
    </w:p>
    <w:p w14:paraId="271DE627" w14:textId="77777777" w:rsidR="0061783E" w:rsidRDefault="0061783E" w:rsidP="0061783E">
      <w:pPr>
        <w:spacing w:after="0"/>
        <w:rPr>
          <w:rFonts w:ascii="Arial" w:hAnsi="Arial"/>
          <w:color w:val="5D7284"/>
        </w:rPr>
      </w:pPr>
      <w:r w:rsidRPr="0E2B7E7B">
        <w:rPr>
          <w:rFonts w:ascii="Arial" w:hAnsi="Arial"/>
          <w:b/>
          <w:bCs/>
        </w:rPr>
        <w:t xml:space="preserve">Delhi 56 </w:t>
      </w:r>
    </w:p>
    <w:p w14:paraId="41133D76" w14:textId="77777777" w:rsidR="0061783E" w:rsidRDefault="0061783E" w:rsidP="0061783E">
      <w:pPr>
        <w:spacing w:after="0"/>
        <w:rPr>
          <w:rFonts w:ascii="Arial" w:hAnsi="Arial"/>
        </w:rPr>
      </w:pPr>
      <w:r w:rsidRPr="0E2B7E7B">
        <w:rPr>
          <w:rFonts w:ascii="Arial" w:hAnsi="Arial"/>
        </w:rPr>
        <w:t xml:space="preserve">So, this is discussion part on what key and rare disease have not been discussed. So, most of the things I see, this fungal infection it is very important. And what is missing is, in my opinion, some of the proposal disease, which is very common in opportunistic infection in a big group, HIV and many of the chronic disease or immunocompromised patient, so we can look on those protozoal like </w:t>
      </w:r>
      <w:proofErr w:type="spellStart"/>
      <w:r w:rsidRPr="0E2B7E7B">
        <w:rPr>
          <w:rFonts w:ascii="Arial" w:hAnsi="Arial"/>
        </w:rPr>
        <w:t>Cyclospora</w:t>
      </w:r>
      <w:proofErr w:type="spellEnd"/>
      <w:r w:rsidRPr="0E2B7E7B">
        <w:rPr>
          <w:rFonts w:ascii="Arial" w:hAnsi="Arial"/>
        </w:rPr>
        <w:t xml:space="preserve">, </w:t>
      </w:r>
      <w:proofErr w:type="spellStart"/>
      <w:r w:rsidRPr="0E2B7E7B">
        <w:rPr>
          <w:rFonts w:ascii="Arial" w:hAnsi="Arial"/>
        </w:rPr>
        <w:t>Isospora</w:t>
      </w:r>
      <w:proofErr w:type="spellEnd"/>
      <w:r w:rsidRPr="0E2B7E7B">
        <w:rPr>
          <w:rFonts w:ascii="Arial" w:hAnsi="Arial"/>
        </w:rPr>
        <w:t xml:space="preserve">, Cryptosporidium, these are also common problems in society. So, we can see that another thing, which, in my opinion, is also one other important is vector-borne contact, skin diseases. This is also very common, especially in Asian reason, LMIC. All these were the big group of the people sleep with the live cattle, and </w:t>
      </w:r>
      <w:proofErr w:type="spellStart"/>
      <w:r w:rsidRPr="0E2B7E7B">
        <w:rPr>
          <w:rFonts w:ascii="Arial" w:hAnsi="Arial"/>
        </w:rPr>
        <w:t>livestocks</w:t>
      </w:r>
      <w:proofErr w:type="spellEnd"/>
      <w:r w:rsidRPr="0E2B7E7B">
        <w:rPr>
          <w:rFonts w:ascii="Arial" w:hAnsi="Arial"/>
        </w:rPr>
        <w:t>. So they are infested with so it's my opinion it is. Thank you.</w:t>
      </w:r>
    </w:p>
    <w:p w14:paraId="1A29A2CC" w14:textId="77777777" w:rsidR="0061783E" w:rsidRDefault="0061783E" w:rsidP="0061783E">
      <w:pPr>
        <w:spacing w:after="0"/>
      </w:pPr>
    </w:p>
    <w:p w14:paraId="4A573829" w14:textId="77777777" w:rsidR="0061783E" w:rsidRDefault="0061783E" w:rsidP="0061783E">
      <w:pPr>
        <w:spacing w:after="0"/>
        <w:rPr>
          <w:rFonts w:ascii="Arial" w:hAnsi="Arial"/>
          <w:b/>
          <w:bCs/>
        </w:rPr>
      </w:pPr>
      <w:r w:rsidRPr="0E2B7E7B">
        <w:rPr>
          <w:rFonts w:ascii="Arial" w:hAnsi="Arial"/>
          <w:b/>
          <w:bCs/>
        </w:rPr>
        <w:t>Delhi F2</w:t>
      </w:r>
    </w:p>
    <w:p w14:paraId="0F1264C0" w14:textId="77777777" w:rsidR="0061783E" w:rsidRDefault="0061783E" w:rsidP="0061783E">
      <w:pPr>
        <w:spacing w:after="0"/>
      </w:pPr>
      <w:r w:rsidRPr="7EEA665B">
        <w:rPr>
          <w:rFonts w:ascii="Arial" w:hAnsi="Arial"/>
        </w:rPr>
        <w:t>Thank you very much. And yes, please. We heard from many people we know some people not speak yet, but I hope the next round you will</w:t>
      </w:r>
    </w:p>
    <w:p w14:paraId="4FAFC3C9" w14:textId="77777777" w:rsidR="0061783E" w:rsidRDefault="0061783E" w:rsidP="0061783E">
      <w:pPr>
        <w:spacing w:after="0"/>
      </w:pPr>
    </w:p>
    <w:p w14:paraId="24F6CC0A" w14:textId="77777777" w:rsidR="0061783E" w:rsidRDefault="0061783E" w:rsidP="0061783E">
      <w:pPr>
        <w:spacing w:after="0"/>
        <w:rPr>
          <w:rFonts w:ascii="Arial" w:hAnsi="Arial"/>
          <w:color w:val="5D7284"/>
        </w:rPr>
      </w:pPr>
      <w:r w:rsidRPr="0E2B7E7B">
        <w:rPr>
          <w:rFonts w:ascii="Arial" w:hAnsi="Arial"/>
          <w:b/>
          <w:bCs/>
        </w:rPr>
        <w:t xml:space="preserve">Delhi 20  </w:t>
      </w:r>
    </w:p>
    <w:p w14:paraId="2AFE6331" w14:textId="105E7DEE" w:rsidR="0061783E" w:rsidRDefault="0061783E" w:rsidP="0061783E">
      <w:pPr>
        <w:spacing w:after="0"/>
      </w:pPr>
      <w:r w:rsidRPr="7EEA665B">
        <w:rPr>
          <w:rFonts w:ascii="Arial" w:hAnsi="Arial"/>
        </w:rPr>
        <w:t xml:space="preserve">One thing missing here is I think tick-borne diseases. Tick-borne diseases are more importantly of KFD in some pockets, CCHF in some pockets, and we have scrub typhus. So those things are missing here. Japanese encephalitis, I think there is a vaccine for Japanese encephalitis, which is quite effective. And fungal infections. We have heard more fungal infection only during the COVID time is </w:t>
      </w:r>
      <w:proofErr w:type="spellStart"/>
      <w:r w:rsidRPr="7EEA665B">
        <w:rPr>
          <w:rFonts w:ascii="Arial" w:hAnsi="Arial"/>
        </w:rPr>
        <w:t>mucormycosis</w:t>
      </w:r>
      <w:proofErr w:type="spellEnd"/>
      <w:r w:rsidRPr="7EEA665B">
        <w:rPr>
          <w:rFonts w:ascii="Arial" w:hAnsi="Arial"/>
        </w:rPr>
        <w:t xml:space="preserve">. So, it might have been neglected. That is one reason I feel. </w:t>
      </w:r>
    </w:p>
    <w:p w14:paraId="7C30142E" w14:textId="77777777" w:rsidR="0061783E" w:rsidRDefault="0061783E" w:rsidP="0061783E">
      <w:pPr>
        <w:spacing w:after="0"/>
      </w:pPr>
    </w:p>
    <w:p w14:paraId="5B83308E" w14:textId="77777777" w:rsidR="0061783E" w:rsidRDefault="0061783E" w:rsidP="0061783E">
      <w:pPr>
        <w:spacing w:after="0"/>
        <w:rPr>
          <w:rFonts w:ascii="Arial" w:hAnsi="Arial"/>
          <w:b/>
          <w:bCs/>
        </w:rPr>
      </w:pPr>
      <w:r w:rsidRPr="0E2B7E7B">
        <w:rPr>
          <w:rFonts w:ascii="Arial" w:hAnsi="Arial"/>
          <w:b/>
          <w:bCs/>
        </w:rPr>
        <w:t>Delhi F2</w:t>
      </w:r>
    </w:p>
    <w:p w14:paraId="52EA9D90" w14:textId="77777777" w:rsidR="0061783E" w:rsidRDefault="0061783E" w:rsidP="0061783E">
      <w:pPr>
        <w:spacing w:after="0"/>
        <w:rPr>
          <w:rFonts w:ascii="Arial" w:hAnsi="Arial"/>
        </w:rPr>
      </w:pPr>
      <w:r w:rsidRPr="7EEA665B">
        <w:rPr>
          <w:rFonts w:ascii="Arial" w:hAnsi="Arial"/>
        </w:rPr>
        <w:t xml:space="preserve">Thank you so much. </w:t>
      </w:r>
    </w:p>
    <w:p w14:paraId="0DAB7F52" w14:textId="77777777" w:rsidR="0061783E" w:rsidRDefault="0061783E" w:rsidP="0061783E">
      <w:pPr>
        <w:spacing w:after="0"/>
        <w:rPr>
          <w:rFonts w:ascii="Arial" w:hAnsi="Arial"/>
        </w:rPr>
      </w:pPr>
    </w:p>
    <w:p w14:paraId="074036BF" w14:textId="77777777" w:rsidR="0061783E" w:rsidRDefault="0061783E" w:rsidP="0061783E">
      <w:pPr>
        <w:spacing w:after="0"/>
      </w:pPr>
      <w:r w:rsidRPr="0E2B7E7B">
        <w:rPr>
          <w:rFonts w:ascii="Arial" w:hAnsi="Arial"/>
          <w:b/>
          <w:bCs/>
        </w:rPr>
        <w:t>Delhi F1</w:t>
      </w:r>
    </w:p>
    <w:p w14:paraId="4580FB94" w14:textId="77777777" w:rsidR="0061783E" w:rsidRDefault="0061783E" w:rsidP="0061783E">
      <w:pPr>
        <w:spacing w:after="0"/>
        <w:rPr>
          <w:rFonts w:ascii="Arial" w:hAnsi="Arial"/>
        </w:rPr>
      </w:pPr>
      <w:r w:rsidRPr="7EEA665B">
        <w:rPr>
          <w:rFonts w:ascii="Arial" w:hAnsi="Arial"/>
        </w:rPr>
        <w:t xml:space="preserve">Say your name and </w:t>
      </w:r>
      <w:proofErr w:type="spellStart"/>
      <w:r w:rsidRPr="7EEA665B">
        <w:rPr>
          <w:rFonts w:ascii="Arial" w:hAnsi="Arial"/>
        </w:rPr>
        <w:t>your</w:t>
      </w:r>
      <w:proofErr w:type="spellEnd"/>
      <w:r w:rsidRPr="7EEA665B">
        <w:rPr>
          <w:rFonts w:ascii="Arial" w:hAnsi="Arial"/>
        </w:rPr>
        <w:t>.</w:t>
      </w:r>
    </w:p>
    <w:p w14:paraId="00402D78" w14:textId="77777777" w:rsidR="0061783E" w:rsidRDefault="0061783E" w:rsidP="0061783E">
      <w:pPr>
        <w:spacing w:after="0"/>
      </w:pPr>
    </w:p>
    <w:p w14:paraId="391CF9C2" w14:textId="77777777" w:rsidR="0061783E" w:rsidRDefault="0061783E" w:rsidP="0061783E">
      <w:pPr>
        <w:spacing w:after="0"/>
        <w:rPr>
          <w:rFonts w:ascii="Arial" w:hAnsi="Arial"/>
          <w:color w:val="5D7284"/>
        </w:rPr>
      </w:pPr>
      <w:r w:rsidRPr="0E2B7E7B">
        <w:rPr>
          <w:rFonts w:ascii="Arial" w:hAnsi="Arial"/>
          <w:b/>
          <w:bCs/>
        </w:rPr>
        <w:t xml:space="preserve">Delhi 44  </w:t>
      </w:r>
    </w:p>
    <w:p w14:paraId="27A664EA" w14:textId="77777777" w:rsidR="0061783E" w:rsidRDefault="0061783E" w:rsidP="0061783E">
      <w:pPr>
        <w:spacing w:after="0"/>
        <w:rPr>
          <w:rFonts w:ascii="Arial" w:hAnsi="Arial"/>
        </w:rPr>
      </w:pPr>
      <w:r w:rsidRPr="0E2B7E7B">
        <w:rPr>
          <w:rFonts w:ascii="Arial" w:hAnsi="Arial"/>
        </w:rPr>
        <w:t xml:space="preserve">So, there has been outbreaks of Japanese encephalitis in </w:t>
      </w:r>
      <w:proofErr w:type="gramStart"/>
      <w:r w:rsidRPr="0E2B7E7B">
        <w:rPr>
          <w:rFonts w:ascii="Arial" w:hAnsi="Arial"/>
        </w:rPr>
        <w:t>India, that</w:t>
      </w:r>
      <w:proofErr w:type="gramEnd"/>
      <w:r w:rsidRPr="0E2B7E7B">
        <w:rPr>
          <w:rFonts w:ascii="Arial" w:hAnsi="Arial"/>
        </w:rPr>
        <w:t xml:space="preserve"> is there. One thing that is missing out and when we're talking about microbial reservoirs, that or all those with diseases, which can survive for a longer period in the environments, and can cause disease, and that are from the genetic perspectives should be given an emphasis on that aspects. And especially when it's talked about Asia Pacific, and we see about the location of the </w:t>
      </w:r>
      <w:proofErr w:type="spellStart"/>
      <w:r w:rsidRPr="0E2B7E7B">
        <w:rPr>
          <w:rFonts w:ascii="Arial" w:hAnsi="Arial"/>
        </w:rPr>
        <w:t>the</w:t>
      </w:r>
      <w:proofErr w:type="spellEnd"/>
      <w:r w:rsidRPr="0E2B7E7B">
        <w:rPr>
          <w:rFonts w:ascii="Arial" w:hAnsi="Arial"/>
        </w:rPr>
        <w:t xml:space="preserve"> sidelines or most of the countries are in the coastal regions are in the same region. So alkaline soils, so leptospirosis that is something, so they are perceived as common and they are emerging drug resistance. So those diseases needs to be emphasized on also, because very few data are available, very few research projects are done. So those needs to be considered which can be survived for a longer period in the environment.</w:t>
      </w:r>
    </w:p>
    <w:p w14:paraId="357A3A47" w14:textId="77777777" w:rsidR="0061783E" w:rsidRDefault="0061783E" w:rsidP="0061783E">
      <w:pPr>
        <w:spacing w:after="0"/>
      </w:pPr>
    </w:p>
    <w:p w14:paraId="2D1A8465" w14:textId="77777777" w:rsidR="0061783E" w:rsidRDefault="0061783E" w:rsidP="0061783E">
      <w:pPr>
        <w:spacing w:after="0"/>
        <w:rPr>
          <w:rFonts w:ascii="Arial" w:hAnsi="Arial"/>
          <w:b/>
          <w:bCs/>
        </w:rPr>
      </w:pPr>
      <w:r w:rsidRPr="0E2B7E7B">
        <w:rPr>
          <w:rFonts w:ascii="Arial" w:hAnsi="Arial"/>
          <w:b/>
          <w:bCs/>
        </w:rPr>
        <w:t>Delhi F2</w:t>
      </w:r>
    </w:p>
    <w:p w14:paraId="6D55DEEB" w14:textId="77777777" w:rsidR="0061783E" w:rsidRDefault="0061783E" w:rsidP="0061783E">
      <w:pPr>
        <w:spacing w:after="0"/>
      </w:pPr>
      <w:r w:rsidRPr="7EEA665B">
        <w:rPr>
          <w:rFonts w:ascii="Arial" w:hAnsi="Arial"/>
        </w:rPr>
        <w:t>Thank you very much. And I believe that you would like to share your thoughts?</w:t>
      </w:r>
    </w:p>
    <w:p w14:paraId="1255E179" w14:textId="77777777" w:rsidR="0061783E" w:rsidRDefault="0061783E" w:rsidP="0061783E">
      <w:pPr>
        <w:spacing w:after="0"/>
      </w:pPr>
    </w:p>
    <w:p w14:paraId="03B79B6E" w14:textId="77777777" w:rsidR="0061783E" w:rsidRDefault="0061783E" w:rsidP="0061783E">
      <w:pPr>
        <w:spacing w:after="0"/>
        <w:rPr>
          <w:rFonts w:ascii="Arial" w:hAnsi="Arial"/>
          <w:b/>
          <w:bCs/>
        </w:rPr>
      </w:pPr>
      <w:r w:rsidRPr="0E2B7E7B">
        <w:rPr>
          <w:rFonts w:ascii="Arial" w:hAnsi="Arial"/>
          <w:b/>
          <w:bCs/>
        </w:rPr>
        <w:t>Wellcome Representative 1</w:t>
      </w:r>
    </w:p>
    <w:p w14:paraId="35D26E7A" w14:textId="77777777" w:rsidR="0061783E" w:rsidRDefault="0061783E" w:rsidP="0061783E">
      <w:pPr>
        <w:spacing w:after="0"/>
      </w:pPr>
      <w:r w:rsidRPr="7EEA665B">
        <w:rPr>
          <w:rFonts w:ascii="Arial" w:hAnsi="Arial"/>
        </w:rPr>
        <w:t>Yes, we're about to go to our lunch break. But just one more housekeeping announcement that the hotel checkout time is 12 Noon. So if anybody isn't staying this evening, and hasn't checked out yet, then please do go and sort out check out before having lunch. Apart from that, then lunch is being served the back of this room, and we'll have an hour for lunch break. So we'll be back at 1:15. And if anyone has any questions about welcomes funding, or about this project, please do approach Wellcome and TGHN over lunch.</w:t>
      </w:r>
    </w:p>
    <w:p w14:paraId="7ADB74CB" w14:textId="77777777" w:rsidR="0061783E" w:rsidRDefault="0061783E">
      <w:pPr>
        <w:spacing w:after="0"/>
      </w:pPr>
    </w:p>
    <w:sectPr w:rsidR="0061783E" w:rsidSect="001216B9">
      <w:headerReference w:type="default" r:id="rId8"/>
      <w:footerReference w:type="even" r:id="rId9"/>
      <w:footerReference w:type="default" r:id="rId10"/>
      <w:pgSz w:w="12240" w:h="15840"/>
      <w:pgMar w:top="1440" w:right="1080" w:bottom="1440" w:left="1080" w:header="720" w:footer="720" w:gutter="0"/>
      <w:pgNumType w:fmt="numberInDash"/>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D49BD9" w14:textId="77777777" w:rsidR="003342C3" w:rsidRDefault="003342C3">
      <w:pPr>
        <w:spacing w:after="0" w:line="240" w:lineRule="auto"/>
      </w:pPr>
      <w:r>
        <w:separator/>
      </w:r>
    </w:p>
  </w:endnote>
  <w:endnote w:type="continuationSeparator" w:id="0">
    <w:p w14:paraId="6D6D8910" w14:textId="77777777" w:rsidR="003342C3" w:rsidRDefault="003342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372650680"/>
      <w:docPartObj>
        <w:docPartGallery w:val="Page Numbers (Bottom of Page)"/>
        <w:docPartUnique/>
      </w:docPartObj>
    </w:sdtPr>
    <w:sdtEndPr>
      <w:rPr>
        <w:rStyle w:val="PageNumber"/>
      </w:rPr>
    </w:sdtEndPr>
    <w:sdtContent>
      <w:p w14:paraId="6546FBDD" w14:textId="77777777" w:rsidR="006D5C1F" w:rsidRDefault="006D5C1F" w:rsidP="00FD4E3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937484424"/>
      <w:docPartObj>
        <w:docPartGallery w:val="Page Numbers (Bottom of Page)"/>
        <w:docPartUnique/>
      </w:docPartObj>
    </w:sdtPr>
    <w:sdtEndPr>
      <w:rPr>
        <w:rStyle w:val="PageNumber"/>
      </w:rPr>
    </w:sdtEndPr>
    <w:sdtContent>
      <w:p w14:paraId="6F394D09" w14:textId="77777777" w:rsidR="006D5C1F" w:rsidRDefault="006D5C1F" w:rsidP="00FD4E3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44D46DD" w14:textId="77777777" w:rsidR="006D5C1F" w:rsidRDefault="006D5C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22945626"/>
      <w:docPartObj>
        <w:docPartGallery w:val="Page Numbers (Bottom of Page)"/>
        <w:docPartUnique/>
      </w:docPartObj>
    </w:sdtPr>
    <w:sdtEndPr>
      <w:rPr>
        <w:noProof/>
      </w:rPr>
    </w:sdtEndPr>
    <w:sdtContent>
      <w:p w14:paraId="1A625F8C" w14:textId="2A05A12C" w:rsidR="000E5245" w:rsidRDefault="000E5245">
        <w:pPr>
          <w:pStyle w:val="Footer"/>
          <w:jc w:val="center"/>
        </w:pPr>
        <w:r>
          <w:fldChar w:fldCharType="begin"/>
        </w:r>
        <w:r>
          <w:instrText xml:space="preserve"> PAGE   \* MERGEFORMAT </w:instrText>
        </w:r>
        <w:r>
          <w:fldChar w:fldCharType="separate"/>
        </w:r>
        <w:r w:rsidR="005A2C63">
          <w:rPr>
            <w:noProof/>
          </w:rPr>
          <w:t>- 17 -</w:t>
        </w:r>
        <w:r>
          <w:rPr>
            <w:noProof/>
          </w:rPr>
          <w:fldChar w:fldCharType="end"/>
        </w:r>
      </w:p>
    </w:sdtContent>
  </w:sdt>
  <w:p w14:paraId="7AA4D088" w14:textId="1033481E" w:rsidR="006D5C1F" w:rsidRPr="009C3AF0" w:rsidRDefault="006D5C1F">
    <w:pPr>
      <w:pStyle w:val="Footer"/>
      <w:rPr>
        <w:rFonts w:ascii="Arial" w:hAnsi="Arial" w:cs="Arial"/>
        <w:color w:val="BFBFBF" w:themeColor="background1" w:themeShade="BF"/>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E47F46" w14:textId="77777777" w:rsidR="003342C3" w:rsidRDefault="003342C3">
      <w:pPr>
        <w:spacing w:after="0" w:line="240" w:lineRule="auto"/>
      </w:pPr>
      <w:r>
        <w:separator/>
      </w:r>
    </w:p>
  </w:footnote>
  <w:footnote w:type="continuationSeparator" w:id="0">
    <w:p w14:paraId="62F29374" w14:textId="77777777" w:rsidR="003342C3" w:rsidRDefault="003342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21EA1C" w14:textId="18E0CA46" w:rsidR="00C64B17" w:rsidRPr="000E5245" w:rsidRDefault="000E5245">
    <w:pPr>
      <w:pStyle w:val="Header"/>
      <w:rPr>
        <w:rFonts w:asciiTheme="majorHAnsi" w:hAnsiTheme="majorHAnsi" w:cstheme="majorHAnsi"/>
      </w:rPr>
    </w:pPr>
    <w:r w:rsidRPr="000E5245">
      <w:rPr>
        <w:rFonts w:asciiTheme="majorHAnsi" w:hAnsiTheme="majorHAnsi" w:cstheme="majorHAnsi"/>
        <w:noProof/>
        <w:lang w:val="en-GB" w:eastAsia="en-GB"/>
      </w:rPr>
      <w:drawing>
        <wp:anchor distT="0" distB="0" distL="114300" distR="114300" simplePos="0" relativeHeight="251659264" behindDoc="1" locked="0" layoutInCell="1" allowOverlap="1" wp14:anchorId="406F916A" wp14:editId="166283EE">
          <wp:simplePos x="0" y="0"/>
          <wp:positionH relativeFrom="column">
            <wp:posOffset>5196205</wp:posOffset>
          </wp:positionH>
          <wp:positionV relativeFrom="paragraph">
            <wp:posOffset>-252730</wp:posOffset>
          </wp:positionV>
          <wp:extent cx="1209675" cy="585470"/>
          <wp:effectExtent l="0" t="0" r="9525" b="5080"/>
          <wp:wrapTight wrapText="bothSides">
            <wp:wrapPolygon edited="0">
              <wp:start x="0" y="0"/>
              <wp:lineTo x="0" y="21085"/>
              <wp:lineTo x="21430" y="21085"/>
              <wp:lineTo x="2143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GHN_logo_digital_letterhead_small.png"/>
                  <pic:cNvPicPr/>
                </pic:nvPicPr>
                <pic:blipFill>
                  <a:blip r:embed="rId1">
                    <a:extLst>
                      <a:ext uri="{28A0092B-C50C-407E-A947-70E740481C1C}">
                        <a14:useLocalDpi xmlns:a14="http://schemas.microsoft.com/office/drawing/2010/main" val="0"/>
                      </a:ext>
                    </a:extLst>
                  </a:blip>
                  <a:stretch>
                    <a:fillRect/>
                  </a:stretch>
                </pic:blipFill>
                <pic:spPr>
                  <a:xfrm>
                    <a:off x="0" y="0"/>
                    <a:ext cx="1209675" cy="585470"/>
                  </a:xfrm>
                  <a:prstGeom prst="rect">
                    <a:avLst/>
                  </a:prstGeom>
                </pic:spPr>
              </pic:pic>
            </a:graphicData>
          </a:graphic>
          <wp14:sizeRelH relativeFrom="margin">
            <wp14:pctWidth>0</wp14:pctWidth>
          </wp14:sizeRelH>
          <wp14:sizeRelV relativeFrom="margin">
            <wp14:pctHeight>0</wp14:pctHeight>
          </wp14:sizeRelV>
        </wp:anchor>
      </w:drawing>
    </w:r>
    <w:r w:rsidR="00C64B17" w:rsidRPr="000E5245">
      <w:rPr>
        <w:rFonts w:asciiTheme="majorHAnsi" w:hAnsiTheme="majorHAnsi" w:cstheme="majorHAnsi"/>
        <w:noProof/>
        <w:lang w:val="en-GB" w:eastAsia="en-GB"/>
      </w:rPr>
      <w:drawing>
        <wp:anchor distT="0" distB="0" distL="114300" distR="114300" simplePos="0" relativeHeight="251658240" behindDoc="1" locked="0" layoutInCell="1" allowOverlap="1" wp14:anchorId="486F12E0" wp14:editId="5B207522">
          <wp:simplePos x="0" y="0"/>
          <wp:positionH relativeFrom="column">
            <wp:posOffset>4472293</wp:posOffset>
          </wp:positionH>
          <wp:positionV relativeFrom="paragraph">
            <wp:posOffset>-267862</wp:posOffset>
          </wp:positionV>
          <wp:extent cx="627211" cy="603849"/>
          <wp:effectExtent l="0" t="0" r="1905" b="6350"/>
          <wp:wrapTight wrapText="bothSides">
            <wp:wrapPolygon edited="0">
              <wp:start x="0" y="0"/>
              <wp:lineTo x="0" y="21145"/>
              <wp:lineTo x="21009" y="21145"/>
              <wp:lineTo x="21009" y="0"/>
              <wp:lineTo x="0" y="0"/>
            </wp:wrapPolygon>
          </wp:wrapTight>
          <wp:docPr id="1" name="Picture 1" descr="wellcome-trust-vector-logo - WestW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llcome-trust-vector-logo - WestWon"/>
                  <pic:cNvPicPr>
                    <a:picLocks noChangeAspect="1" noChangeArrowheads="1"/>
                  </pic:cNvPicPr>
                </pic:nvPicPr>
                <pic:blipFill rotWithShape="1">
                  <a:blip r:embed="rId2">
                    <a:extLst>
                      <a:ext uri="{28A0092B-C50C-407E-A947-70E740481C1C}">
                        <a14:useLocalDpi xmlns:a14="http://schemas.microsoft.com/office/drawing/2010/main" val="0"/>
                      </a:ext>
                    </a:extLst>
                  </a:blip>
                  <a:srcRect l="20890" r="21426"/>
                  <a:stretch/>
                </pic:blipFill>
                <pic:spPr bwMode="auto">
                  <a:xfrm>
                    <a:off x="0" y="0"/>
                    <a:ext cx="627211" cy="603849"/>
                  </a:xfrm>
                  <a:prstGeom prst="rect">
                    <a:avLst/>
                  </a:prstGeom>
                  <a:noFill/>
                  <a:ln>
                    <a:noFill/>
                  </a:ln>
                  <a:extLst>
                    <a:ext uri="{53640926-AAD7-44D8-BBD7-CCE9431645EC}">
                      <a14:shadowObscured xmlns:a14="http://schemas.microsoft.com/office/drawing/2010/main"/>
                    </a:ext>
                  </a:extLst>
                </pic:spPr>
              </pic:pic>
            </a:graphicData>
          </a:graphic>
        </wp:anchor>
      </w:drawing>
    </w:r>
    <w:r w:rsidRPr="000E5245">
      <w:rPr>
        <w:rFonts w:asciiTheme="majorHAnsi" w:hAnsiTheme="majorHAnsi" w:cstheme="majorHAnsi"/>
      </w:rPr>
      <w:t>2024, v.1</w:t>
    </w:r>
  </w:p>
  <w:p w14:paraId="134F2A59" w14:textId="31735706" w:rsidR="00C64B17" w:rsidRDefault="00C64B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34616"/>
    <w:rsid w:val="00050A6B"/>
    <w:rsid w:val="0006063C"/>
    <w:rsid w:val="00066610"/>
    <w:rsid w:val="000C76CD"/>
    <w:rsid w:val="000E5245"/>
    <w:rsid w:val="001216B9"/>
    <w:rsid w:val="00133462"/>
    <w:rsid w:val="0015074B"/>
    <w:rsid w:val="002157C0"/>
    <w:rsid w:val="002353D5"/>
    <w:rsid w:val="00263FC0"/>
    <w:rsid w:val="00281209"/>
    <w:rsid w:val="0029639D"/>
    <w:rsid w:val="00326F90"/>
    <w:rsid w:val="003342C3"/>
    <w:rsid w:val="00416C11"/>
    <w:rsid w:val="00425D4E"/>
    <w:rsid w:val="004310BE"/>
    <w:rsid w:val="004670AD"/>
    <w:rsid w:val="004802F2"/>
    <w:rsid w:val="004A297B"/>
    <w:rsid w:val="004A641F"/>
    <w:rsid w:val="004B593C"/>
    <w:rsid w:val="004E65D1"/>
    <w:rsid w:val="00512D43"/>
    <w:rsid w:val="0054592A"/>
    <w:rsid w:val="00581B8B"/>
    <w:rsid w:val="00596A25"/>
    <w:rsid w:val="005A2C63"/>
    <w:rsid w:val="005A3A89"/>
    <w:rsid w:val="005A685C"/>
    <w:rsid w:val="005E64D9"/>
    <w:rsid w:val="005F6219"/>
    <w:rsid w:val="0061783E"/>
    <w:rsid w:val="00642606"/>
    <w:rsid w:val="006650F9"/>
    <w:rsid w:val="006A5EC7"/>
    <w:rsid w:val="006D5C1F"/>
    <w:rsid w:val="006E2A8C"/>
    <w:rsid w:val="006E4856"/>
    <w:rsid w:val="0071113B"/>
    <w:rsid w:val="00713DDD"/>
    <w:rsid w:val="007749AF"/>
    <w:rsid w:val="00785E33"/>
    <w:rsid w:val="00794EBC"/>
    <w:rsid w:val="007F0982"/>
    <w:rsid w:val="00821C8F"/>
    <w:rsid w:val="008257F3"/>
    <w:rsid w:val="00847564"/>
    <w:rsid w:val="008516AC"/>
    <w:rsid w:val="008F740F"/>
    <w:rsid w:val="00904914"/>
    <w:rsid w:val="00930F33"/>
    <w:rsid w:val="0094743D"/>
    <w:rsid w:val="00976C61"/>
    <w:rsid w:val="0098354D"/>
    <w:rsid w:val="009A61B9"/>
    <w:rsid w:val="009B0986"/>
    <w:rsid w:val="009C25E8"/>
    <w:rsid w:val="009C3AF0"/>
    <w:rsid w:val="00A12EE5"/>
    <w:rsid w:val="00A776BF"/>
    <w:rsid w:val="00A904E5"/>
    <w:rsid w:val="00AA1D8D"/>
    <w:rsid w:val="00AB2452"/>
    <w:rsid w:val="00AD0785"/>
    <w:rsid w:val="00AD7287"/>
    <w:rsid w:val="00B47730"/>
    <w:rsid w:val="00BA4ABE"/>
    <w:rsid w:val="00BA4C2B"/>
    <w:rsid w:val="00BB169F"/>
    <w:rsid w:val="00BC51B6"/>
    <w:rsid w:val="00BD0140"/>
    <w:rsid w:val="00BD43D2"/>
    <w:rsid w:val="00C15D89"/>
    <w:rsid w:val="00C24502"/>
    <w:rsid w:val="00C64B17"/>
    <w:rsid w:val="00C7282F"/>
    <w:rsid w:val="00C74CBB"/>
    <w:rsid w:val="00CB0664"/>
    <w:rsid w:val="00CF0EA4"/>
    <w:rsid w:val="00CF2893"/>
    <w:rsid w:val="00D21574"/>
    <w:rsid w:val="00D57E81"/>
    <w:rsid w:val="00DB3A44"/>
    <w:rsid w:val="00DE454C"/>
    <w:rsid w:val="00DE601C"/>
    <w:rsid w:val="00E82639"/>
    <w:rsid w:val="00E82C0D"/>
    <w:rsid w:val="00EB3DC0"/>
    <w:rsid w:val="00ED3244"/>
    <w:rsid w:val="00ED3852"/>
    <w:rsid w:val="00F11A7D"/>
    <w:rsid w:val="00F2516D"/>
    <w:rsid w:val="00F368A8"/>
    <w:rsid w:val="00F6063B"/>
    <w:rsid w:val="00F70C79"/>
    <w:rsid w:val="00F7297A"/>
    <w:rsid w:val="00FC693F"/>
    <w:rsid w:val="00FD4E37"/>
    <w:rsid w:val="00FF0D0F"/>
    <w:rsid w:val="00FF23A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0C17A9D"/>
  <w14:defaultImageDpi w14:val="300"/>
  <w15:docId w15:val="{BBBC883F-E58E-BB4C-A526-B24797FD0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PageNumber">
    <w:name w:val="page number"/>
    <w:basedOn w:val="DefaultParagraphFont"/>
    <w:uiPriority w:val="99"/>
    <w:semiHidden/>
    <w:unhideWhenUsed/>
    <w:rsid w:val="001216B9"/>
  </w:style>
  <w:style w:type="character" w:styleId="Hyperlink">
    <w:name w:val="Hyperlink"/>
    <w:basedOn w:val="DefaultParagraphFont"/>
    <w:uiPriority w:val="99"/>
    <w:unhideWhenUsed/>
    <w:rsid w:val="006E2A8C"/>
    <w:rPr>
      <w:color w:val="0000FF" w:themeColor="hyperlink"/>
      <w:u w:val="single"/>
    </w:rPr>
  </w:style>
  <w:style w:type="character" w:customStyle="1" w:styleId="UnresolvedMention">
    <w:name w:val="Unresolved Mention"/>
    <w:basedOn w:val="DefaultParagraphFont"/>
    <w:uiPriority w:val="99"/>
    <w:semiHidden/>
    <w:unhideWhenUsed/>
    <w:rsid w:val="006E2A8C"/>
    <w:rPr>
      <w:color w:val="605E5C"/>
      <w:shd w:val="clear" w:color="auto" w:fill="E1DFDD"/>
    </w:rPr>
  </w:style>
  <w:style w:type="character" w:styleId="CommentReference">
    <w:name w:val="annotation reference"/>
    <w:basedOn w:val="DefaultParagraphFont"/>
    <w:uiPriority w:val="99"/>
    <w:semiHidden/>
    <w:unhideWhenUsed/>
    <w:rsid w:val="008F740F"/>
    <w:rPr>
      <w:sz w:val="16"/>
      <w:szCs w:val="16"/>
    </w:rPr>
  </w:style>
  <w:style w:type="paragraph" w:styleId="CommentText">
    <w:name w:val="annotation text"/>
    <w:basedOn w:val="Normal"/>
    <w:link w:val="CommentTextChar"/>
    <w:uiPriority w:val="99"/>
    <w:semiHidden/>
    <w:unhideWhenUsed/>
    <w:rsid w:val="008F740F"/>
    <w:pPr>
      <w:spacing w:line="240" w:lineRule="auto"/>
    </w:pPr>
    <w:rPr>
      <w:sz w:val="20"/>
      <w:szCs w:val="20"/>
    </w:rPr>
  </w:style>
  <w:style w:type="character" w:customStyle="1" w:styleId="CommentTextChar">
    <w:name w:val="Comment Text Char"/>
    <w:basedOn w:val="DefaultParagraphFont"/>
    <w:link w:val="CommentText"/>
    <w:uiPriority w:val="99"/>
    <w:semiHidden/>
    <w:rsid w:val="008F740F"/>
    <w:rPr>
      <w:sz w:val="20"/>
      <w:szCs w:val="20"/>
    </w:rPr>
  </w:style>
  <w:style w:type="paragraph" w:styleId="CommentSubject">
    <w:name w:val="annotation subject"/>
    <w:basedOn w:val="CommentText"/>
    <w:next w:val="CommentText"/>
    <w:link w:val="CommentSubjectChar"/>
    <w:uiPriority w:val="99"/>
    <w:semiHidden/>
    <w:unhideWhenUsed/>
    <w:rsid w:val="008F740F"/>
    <w:rPr>
      <w:b/>
      <w:bCs/>
    </w:rPr>
  </w:style>
  <w:style w:type="character" w:customStyle="1" w:styleId="CommentSubjectChar">
    <w:name w:val="Comment Subject Char"/>
    <w:basedOn w:val="CommentTextChar"/>
    <w:link w:val="CommentSubject"/>
    <w:uiPriority w:val="99"/>
    <w:semiHidden/>
    <w:rsid w:val="008F740F"/>
    <w:rPr>
      <w:b/>
      <w:bCs/>
      <w:sz w:val="20"/>
      <w:szCs w:val="20"/>
    </w:rPr>
  </w:style>
  <w:style w:type="paragraph" w:styleId="NormalWeb">
    <w:name w:val="Normal (Web)"/>
    <w:basedOn w:val="Normal"/>
    <w:uiPriority w:val="99"/>
    <w:semiHidden/>
    <w:unhideWhenUsed/>
    <w:rsid w:val="00785E33"/>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5395757">
      <w:bodyDiv w:val="1"/>
      <w:marLeft w:val="0"/>
      <w:marRight w:val="0"/>
      <w:marTop w:val="0"/>
      <w:marBottom w:val="0"/>
      <w:divBdr>
        <w:top w:val="none" w:sz="0" w:space="0" w:color="auto"/>
        <w:left w:val="none" w:sz="0" w:space="0" w:color="auto"/>
        <w:bottom w:val="none" w:sz="0" w:space="0" w:color="auto"/>
        <w:right w:val="none" w:sz="0" w:space="0" w:color="auto"/>
      </w:divBdr>
    </w:div>
    <w:div w:id="152320359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A354C7-1C0C-42D2-9AE5-A2962B816A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9020</Words>
  <Characters>51420</Characters>
  <Application>Microsoft Office Word</Application>
  <DocSecurity>0</DocSecurity>
  <Lines>428</Lines>
  <Paragraphs>120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60320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Ryan Walker</cp:lastModifiedBy>
  <cp:revision>4</cp:revision>
  <dcterms:created xsi:type="dcterms:W3CDTF">2024-03-06T11:34:00Z</dcterms:created>
  <dcterms:modified xsi:type="dcterms:W3CDTF">2024-03-06T12:10:00Z</dcterms:modified>
  <cp:category/>
</cp:coreProperties>
</file>