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EDFB0" w14:textId="29F0BC3D" w:rsidR="00785E33" w:rsidRPr="00C64B17" w:rsidRDefault="00785E33" w:rsidP="00785E33">
      <w:pPr>
        <w:pStyle w:val="Title"/>
        <w:rPr>
          <w:sz w:val="48"/>
          <w:szCs w:val="48"/>
        </w:rPr>
      </w:pPr>
      <w:r w:rsidRPr="00C64B17">
        <w:rPr>
          <w:sz w:val="48"/>
          <w:szCs w:val="48"/>
        </w:rPr>
        <w:t xml:space="preserve">Microbial </w:t>
      </w:r>
      <w:r w:rsidR="009C25E8">
        <w:rPr>
          <w:sz w:val="48"/>
          <w:szCs w:val="48"/>
        </w:rPr>
        <w:t>Communities</w:t>
      </w:r>
      <w:r w:rsidRPr="00C64B17">
        <w:rPr>
          <w:sz w:val="48"/>
          <w:szCs w:val="48"/>
        </w:rPr>
        <w:t xml:space="preserve"> and Transmission Dynamics of Escalating Infectious Diseases </w:t>
      </w:r>
    </w:p>
    <w:p w14:paraId="5F09AC83" w14:textId="626CE973" w:rsidR="00785E33" w:rsidRPr="00C64B17" w:rsidRDefault="00C64B17" w:rsidP="00785E33">
      <w:pPr>
        <w:rPr>
          <w:rFonts w:asciiTheme="majorHAnsi" w:hAnsiTheme="majorHAnsi" w:cstheme="majorHAnsi"/>
          <w:b/>
          <w:sz w:val="28"/>
        </w:rPr>
      </w:pPr>
      <w:r w:rsidRPr="00C64B17">
        <w:rPr>
          <w:rFonts w:asciiTheme="majorHAnsi" w:hAnsiTheme="majorHAnsi" w:cstheme="majorHAnsi"/>
          <w:b/>
          <w:sz w:val="28"/>
        </w:rPr>
        <w:t>Addis Ababa (Ethiopia), Workshop, 21</w:t>
      </w:r>
      <w:r w:rsidRPr="00C64B17">
        <w:rPr>
          <w:rFonts w:asciiTheme="majorHAnsi" w:hAnsiTheme="majorHAnsi" w:cstheme="majorHAnsi"/>
          <w:b/>
          <w:sz w:val="28"/>
          <w:vertAlign w:val="superscript"/>
        </w:rPr>
        <w:t>st</w:t>
      </w:r>
      <w:r w:rsidRPr="00C64B17">
        <w:rPr>
          <w:rFonts w:asciiTheme="majorHAnsi" w:hAnsiTheme="majorHAnsi" w:cstheme="majorHAnsi"/>
          <w:b/>
          <w:sz w:val="28"/>
        </w:rPr>
        <w:t xml:space="preserve"> June 2023</w:t>
      </w:r>
      <w:r w:rsidRPr="00C64B17">
        <w:rPr>
          <w:rFonts w:asciiTheme="majorHAnsi" w:hAnsiTheme="majorHAnsi" w:cstheme="majorHAnsi"/>
          <w:b/>
          <w:sz w:val="28"/>
        </w:rPr>
        <w:br/>
      </w:r>
      <w:r w:rsidR="00785E33" w:rsidRPr="00C64B17">
        <w:rPr>
          <w:rFonts w:asciiTheme="majorHAnsi" w:hAnsiTheme="majorHAnsi" w:cstheme="majorHAnsi"/>
          <w:b/>
          <w:sz w:val="28"/>
        </w:rPr>
        <w:t>Transcript of Discussion from Session 2, ‘Disease Priorities’</w:t>
      </w:r>
    </w:p>
    <w:p w14:paraId="6A03D0CD" w14:textId="28E451C5" w:rsidR="006A5EC7" w:rsidRDefault="006A5EC7">
      <w:pPr>
        <w:spacing w:after="0"/>
      </w:pPr>
    </w:p>
    <w:p w14:paraId="7797027F" w14:textId="77777777" w:rsidR="00066631" w:rsidRPr="008C3EE4" w:rsidRDefault="00066631" w:rsidP="00066631">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Wellcome or The Global Health Network, unless a statement is explicitly attributed to a Wellcome or The Global Health Network representative. Wellcome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14:paraId="7747B85F" w14:textId="77777777" w:rsidR="00066631" w:rsidRPr="008C3EE4" w:rsidRDefault="00066631" w:rsidP="00066631">
      <w:pPr>
        <w:spacing w:after="0"/>
        <w:jc w:val="both"/>
        <w:rPr>
          <w:rFonts w:ascii="Arial" w:hAnsi="Arial" w:cs="Arial"/>
        </w:rPr>
      </w:pPr>
    </w:p>
    <w:p w14:paraId="157906A1" w14:textId="77777777" w:rsidR="00066631" w:rsidRPr="008C3EE4" w:rsidRDefault="00066631" w:rsidP="00066631">
      <w:pPr>
        <w:spacing w:after="0"/>
        <w:jc w:val="both"/>
        <w:rPr>
          <w:rFonts w:ascii="Arial" w:hAnsi="Arial" w:cs="Arial"/>
        </w:rPr>
      </w:pPr>
      <w:r w:rsidRPr="008C3EE4">
        <w:rPr>
          <w:rFonts w:ascii="Arial" w:hAnsi="Arial" w:cs="Arial"/>
        </w:rPr>
        <w:t>Users of this data are advised to exercise caution and critical judgment when interpreting the content. Wellcome and The Global Health Network shall not be held liable for any errors, omissions, or inaccuracies in the transcripts or for any consequences arising from the use of the data.</w:t>
      </w:r>
    </w:p>
    <w:p w14:paraId="5F001A8A" w14:textId="77777777" w:rsidR="00066631" w:rsidRPr="008C3EE4" w:rsidRDefault="00066631" w:rsidP="00066631">
      <w:pPr>
        <w:spacing w:after="0"/>
        <w:jc w:val="both"/>
        <w:rPr>
          <w:rFonts w:ascii="Arial" w:hAnsi="Arial" w:cs="Arial"/>
        </w:rPr>
      </w:pPr>
    </w:p>
    <w:p w14:paraId="220707FC" w14:textId="77777777" w:rsidR="00066631" w:rsidRPr="008C3EE4" w:rsidRDefault="00066631" w:rsidP="00066631">
      <w:pPr>
        <w:spacing w:after="0"/>
        <w:jc w:val="both"/>
        <w:rPr>
          <w:rFonts w:ascii="Arial" w:hAnsi="Arial" w:cs="Arial"/>
        </w:rPr>
      </w:pPr>
      <w:r w:rsidRPr="008C3EE4">
        <w:rPr>
          <w:rFonts w:ascii="Arial" w:hAnsi="Arial" w:cs="Arial"/>
        </w:rPr>
        <w:t>Any utilization of this data is subject to proper attribution to Wellcome and The Global Health Network.</w:t>
      </w:r>
    </w:p>
    <w:p w14:paraId="44215AAB" w14:textId="77777777" w:rsidR="008C3EE4" w:rsidRDefault="008C3EE4">
      <w:pPr>
        <w:rPr>
          <w:rFonts w:ascii="Arial" w:hAnsi="Arial"/>
          <w:b/>
        </w:rPr>
      </w:pPr>
      <w:r>
        <w:rPr>
          <w:rFonts w:ascii="Arial" w:hAnsi="Arial"/>
          <w:b/>
        </w:rPr>
        <w:br w:type="page"/>
      </w:r>
    </w:p>
    <w:p w14:paraId="2F6E4A2D" w14:textId="7E6A03D1" w:rsidR="006A5EC7" w:rsidRDefault="0094743D" w:rsidP="008516AC">
      <w:pPr>
        <w:spacing w:after="0"/>
        <w:jc w:val="both"/>
      </w:pPr>
      <w:r>
        <w:rPr>
          <w:rFonts w:ascii="Arial" w:hAnsi="Arial"/>
          <w:b/>
        </w:rPr>
        <w:lastRenderedPageBreak/>
        <w:t xml:space="preserve">Addis </w:t>
      </w:r>
      <w:r w:rsidR="008516AC">
        <w:rPr>
          <w:rFonts w:ascii="Arial" w:hAnsi="Arial"/>
          <w:b/>
        </w:rPr>
        <w:t xml:space="preserve">Facilitator </w:t>
      </w:r>
      <w:r w:rsidR="00CF0EA4">
        <w:rPr>
          <w:rFonts w:ascii="Arial" w:hAnsi="Arial"/>
          <w:b/>
        </w:rPr>
        <w:t>1</w:t>
      </w:r>
    </w:p>
    <w:p w14:paraId="352063EF" w14:textId="607FBA6C" w:rsidR="006A5EC7" w:rsidRDefault="00785E33" w:rsidP="008516AC">
      <w:pPr>
        <w:spacing w:after="0"/>
        <w:jc w:val="both"/>
      </w:pPr>
      <w:r>
        <w:rPr>
          <w:rFonts w:ascii="Arial" w:hAnsi="Arial"/>
        </w:rPr>
        <w:t xml:space="preserve">So I would like to open the discussion </w:t>
      </w:r>
      <w:r w:rsidR="00FD4E37">
        <w:rPr>
          <w:rFonts w:ascii="Arial" w:hAnsi="Arial"/>
        </w:rPr>
        <w:t>for y</w:t>
      </w:r>
      <w:r>
        <w:rPr>
          <w:rFonts w:ascii="Arial" w:hAnsi="Arial"/>
        </w:rPr>
        <w:t>ou</w:t>
      </w:r>
      <w:r w:rsidR="00FD4E37">
        <w:rPr>
          <w:rFonts w:ascii="Arial" w:hAnsi="Arial"/>
        </w:rPr>
        <w:t xml:space="preserve"> to articulate and </w:t>
      </w:r>
      <w:r>
        <w:rPr>
          <w:rFonts w:ascii="Arial" w:hAnsi="Arial"/>
        </w:rPr>
        <w:t>perhaps synthesize some of the</w:t>
      </w:r>
      <w:r w:rsidR="00FD4E37">
        <w:rPr>
          <w:rFonts w:ascii="Arial" w:hAnsi="Arial"/>
        </w:rPr>
        <w:t xml:space="preserve"> idea</w:t>
      </w:r>
      <w:r>
        <w:rPr>
          <w:rFonts w:ascii="Arial" w:hAnsi="Arial"/>
        </w:rPr>
        <w:t>s that you've had already, particularly in terms of contextualizing these results to your regions and your experiences. We have such</w:t>
      </w:r>
      <w:r w:rsidR="00FD4E37">
        <w:rPr>
          <w:rFonts w:ascii="Arial" w:hAnsi="Arial"/>
        </w:rPr>
        <w:t xml:space="preserve"> diverse representation here. Africa is an incre</w:t>
      </w:r>
      <w:r>
        <w:rPr>
          <w:rFonts w:ascii="Arial" w:hAnsi="Arial"/>
        </w:rPr>
        <w:t>dibly diverse continent, a</w:t>
      </w:r>
      <w:r w:rsidR="00FD4E37">
        <w:rPr>
          <w:rFonts w:ascii="Arial" w:hAnsi="Arial"/>
        </w:rPr>
        <w:t>nd we're looking at different demographic, cultural, economic, and environmental contexts in which t</w:t>
      </w:r>
      <w:r>
        <w:rPr>
          <w:rFonts w:ascii="Arial" w:hAnsi="Arial"/>
        </w:rPr>
        <w:t>hese diseases are occurring. A</w:t>
      </w:r>
      <w:r w:rsidR="00FD4E37">
        <w:rPr>
          <w:rFonts w:ascii="Arial" w:hAnsi="Arial"/>
        </w:rPr>
        <w:t>ll of you as professionals work in different areas</w:t>
      </w:r>
      <w:r>
        <w:rPr>
          <w:rFonts w:ascii="Arial" w:hAnsi="Arial"/>
        </w:rPr>
        <w:t xml:space="preserve"> and</w:t>
      </w:r>
      <w:r w:rsidR="00FD4E37">
        <w:rPr>
          <w:rFonts w:ascii="Arial" w:hAnsi="Arial"/>
        </w:rPr>
        <w:t xml:space="preserve"> have something different to contribute. So I will ju</w:t>
      </w:r>
      <w:r>
        <w:rPr>
          <w:rFonts w:ascii="Arial" w:hAnsi="Arial"/>
        </w:rPr>
        <w:t>st now open the floor up for comments.</w:t>
      </w:r>
    </w:p>
    <w:p w14:paraId="36A69B85" w14:textId="77777777" w:rsidR="006A5EC7" w:rsidRDefault="006A5EC7" w:rsidP="008516AC">
      <w:pPr>
        <w:spacing w:after="0"/>
        <w:jc w:val="both"/>
      </w:pPr>
    </w:p>
    <w:p w14:paraId="30A91309" w14:textId="2ECE72AE" w:rsidR="006A5EC7" w:rsidRDefault="00FD4E37" w:rsidP="008516AC">
      <w:pPr>
        <w:spacing w:after="0"/>
        <w:jc w:val="both"/>
      </w:pPr>
      <w:r>
        <w:rPr>
          <w:rFonts w:ascii="Arial" w:hAnsi="Arial"/>
          <w:b/>
        </w:rPr>
        <w:t xml:space="preserve">Addis </w:t>
      </w:r>
      <w:r w:rsidR="008F740F">
        <w:rPr>
          <w:rFonts w:ascii="Arial" w:hAnsi="Arial"/>
          <w:b/>
        </w:rPr>
        <w:t>32</w:t>
      </w:r>
    </w:p>
    <w:p w14:paraId="614C1250" w14:textId="3F0A59B9" w:rsidR="006A5EC7" w:rsidRDefault="00FD4E37" w:rsidP="008516AC">
      <w:pPr>
        <w:spacing w:after="0"/>
        <w:jc w:val="both"/>
      </w:pPr>
      <w:r>
        <w:rPr>
          <w:rFonts w:ascii="Arial" w:hAnsi="Arial"/>
        </w:rPr>
        <w:t>I guess what s</w:t>
      </w:r>
      <w:r w:rsidR="009B0986">
        <w:rPr>
          <w:rFonts w:ascii="Arial" w:hAnsi="Arial"/>
        </w:rPr>
        <w:t xml:space="preserve">trikes me the most is </w:t>
      </w:r>
      <w:r w:rsidR="004E65D1">
        <w:rPr>
          <w:rFonts w:ascii="Arial" w:hAnsi="Arial"/>
        </w:rPr>
        <w:t xml:space="preserve">there </w:t>
      </w:r>
      <w:r>
        <w:rPr>
          <w:rFonts w:ascii="Arial" w:hAnsi="Arial"/>
        </w:rPr>
        <w:t>a</w:t>
      </w:r>
      <w:r w:rsidR="004E65D1">
        <w:rPr>
          <w:rFonts w:ascii="Arial" w:hAnsi="Arial"/>
        </w:rPr>
        <w:t>re</w:t>
      </w:r>
      <w:r>
        <w:rPr>
          <w:rFonts w:ascii="Arial" w:hAnsi="Arial"/>
        </w:rPr>
        <w:t xml:space="preserve"> really </w:t>
      </w:r>
      <w:r w:rsidR="004E65D1">
        <w:rPr>
          <w:rFonts w:ascii="Arial" w:hAnsi="Arial"/>
        </w:rPr>
        <w:t xml:space="preserve">no </w:t>
      </w:r>
      <w:r>
        <w:rPr>
          <w:rFonts w:ascii="Arial" w:hAnsi="Arial"/>
        </w:rPr>
        <w:t>animal diseases, there are</w:t>
      </w:r>
      <w:r w:rsidR="009B0986">
        <w:rPr>
          <w:rFonts w:ascii="Arial" w:hAnsi="Arial"/>
        </w:rPr>
        <w:t xml:space="preserve"> no</w:t>
      </w:r>
      <w:r>
        <w:rPr>
          <w:rFonts w:ascii="Arial" w:hAnsi="Arial"/>
        </w:rPr>
        <w:t xml:space="preserve"> </w:t>
      </w:r>
      <w:r w:rsidR="0071113B">
        <w:rPr>
          <w:rFonts w:ascii="Arial" w:hAnsi="Arial"/>
        </w:rPr>
        <w:t>zoon</w:t>
      </w:r>
      <w:r>
        <w:rPr>
          <w:rFonts w:ascii="Arial" w:hAnsi="Arial"/>
        </w:rPr>
        <w:t>otic diseases, a</w:t>
      </w:r>
      <w:r w:rsidR="009B0986">
        <w:rPr>
          <w:rFonts w:ascii="Arial" w:hAnsi="Arial"/>
        </w:rPr>
        <w:t>nd I wonder if this is down</w:t>
      </w:r>
      <w:r>
        <w:rPr>
          <w:rFonts w:ascii="Arial" w:hAnsi="Arial"/>
        </w:rPr>
        <w:t xml:space="preserve"> to representation</w:t>
      </w:r>
      <w:r w:rsidR="009B0986">
        <w:rPr>
          <w:rFonts w:ascii="Arial" w:hAnsi="Arial"/>
        </w:rPr>
        <w:t xml:space="preserve"> [</w:t>
      </w:r>
      <w:r w:rsidR="009B0986" w:rsidRPr="00C64B17">
        <w:rPr>
          <w:rFonts w:ascii="Arial" w:hAnsi="Arial"/>
          <w:i/>
        </w:rPr>
        <w:t>in the survey</w:t>
      </w:r>
      <w:r w:rsidR="009B0986">
        <w:rPr>
          <w:rFonts w:ascii="Arial" w:hAnsi="Arial"/>
        </w:rPr>
        <w:t>]. And if it is</w:t>
      </w:r>
      <w:r>
        <w:rPr>
          <w:rFonts w:ascii="Arial" w:hAnsi="Arial"/>
        </w:rPr>
        <w:t>, I'm</w:t>
      </w:r>
      <w:r w:rsidR="009B0986">
        <w:rPr>
          <w:rFonts w:ascii="Arial" w:hAnsi="Arial"/>
        </w:rPr>
        <w:t xml:space="preserve"> not sure how many people were </w:t>
      </w:r>
      <w:r w:rsidR="0071113B">
        <w:rPr>
          <w:rFonts w:ascii="Arial" w:hAnsi="Arial"/>
        </w:rPr>
        <w:t>v</w:t>
      </w:r>
      <w:r>
        <w:rPr>
          <w:rFonts w:ascii="Arial" w:hAnsi="Arial"/>
        </w:rPr>
        <w:t>et</w:t>
      </w:r>
      <w:r w:rsidR="009B0986">
        <w:rPr>
          <w:rFonts w:ascii="Arial" w:hAnsi="Arial"/>
        </w:rPr>
        <w:t>s</w:t>
      </w:r>
      <w:r>
        <w:rPr>
          <w:rFonts w:ascii="Arial" w:hAnsi="Arial"/>
        </w:rPr>
        <w:t xml:space="preserve"> or ani</w:t>
      </w:r>
      <w:r w:rsidR="009B0986">
        <w:rPr>
          <w:rFonts w:ascii="Arial" w:hAnsi="Arial"/>
        </w:rPr>
        <w:t>mal health professionals. If</w:t>
      </w:r>
      <w:r>
        <w:rPr>
          <w:rFonts w:ascii="Arial" w:hAnsi="Arial"/>
        </w:rPr>
        <w:t xml:space="preserve"> most of the networks of </w:t>
      </w:r>
      <w:r w:rsidR="008F740F">
        <w:rPr>
          <w:rFonts w:ascii="Arial" w:hAnsi="Arial"/>
        </w:rPr>
        <w:t>W</w:t>
      </w:r>
      <w:r>
        <w:rPr>
          <w:rFonts w:ascii="Arial" w:hAnsi="Arial"/>
        </w:rPr>
        <w:t>e</w:t>
      </w:r>
      <w:r w:rsidR="008F740F">
        <w:rPr>
          <w:rFonts w:ascii="Arial" w:hAnsi="Arial"/>
        </w:rPr>
        <w:t>l</w:t>
      </w:r>
      <w:r w:rsidR="009B0986">
        <w:rPr>
          <w:rFonts w:ascii="Arial" w:hAnsi="Arial"/>
        </w:rPr>
        <w:t>lcome and T</w:t>
      </w:r>
      <w:r>
        <w:rPr>
          <w:rFonts w:ascii="Arial" w:hAnsi="Arial"/>
        </w:rPr>
        <w:t>he Global Health Network</w:t>
      </w:r>
      <w:r w:rsidR="009B0986">
        <w:rPr>
          <w:rFonts w:ascii="Arial" w:hAnsi="Arial"/>
        </w:rPr>
        <w:t xml:space="preserve"> are human health professionals, </w:t>
      </w:r>
      <w:r>
        <w:rPr>
          <w:rFonts w:ascii="Arial" w:hAnsi="Arial"/>
        </w:rPr>
        <w:t xml:space="preserve">in their mind </w:t>
      </w:r>
      <w:r w:rsidR="009B0986">
        <w:rPr>
          <w:rFonts w:ascii="Arial" w:hAnsi="Arial"/>
        </w:rPr>
        <w:t>[</w:t>
      </w:r>
      <w:r w:rsidR="009B0986" w:rsidRPr="00C64B17">
        <w:rPr>
          <w:rFonts w:ascii="Arial" w:hAnsi="Arial"/>
          <w:i/>
        </w:rPr>
        <w:t>the concern</w:t>
      </w:r>
      <w:r w:rsidR="009B0986">
        <w:rPr>
          <w:rFonts w:ascii="Arial" w:hAnsi="Arial"/>
        </w:rPr>
        <w:t xml:space="preserve">] </w:t>
      </w:r>
      <w:r>
        <w:rPr>
          <w:rFonts w:ascii="Arial" w:hAnsi="Arial"/>
        </w:rPr>
        <w:t>will be more of the human diseases. Most of the emerging diseases</w:t>
      </w:r>
      <w:r w:rsidR="009B0986">
        <w:rPr>
          <w:rFonts w:ascii="Arial" w:hAnsi="Arial"/>
        </w:rPr>
        <w:t>,</w:t>
      </w:r>
      <w:r w:rsidR="004E65D1">
        <w:rPr>
          <w:rFonts w:ascii="Arial" w:hAnsi="Arial"/>
        </w:rPr>
        <w:t xml:space="preserve"> like</w:t>
      </w:r>
      <w:r>
        <w:rPr>
          <w:rFonts w:ascii="Arial" w:hAnsi="Arial"/>
        </w:rPr>
        <w:t xml:space="preserve"> 60 or 80%, </w:t>
      </w:r>
      <w:r w:rsidR="009B0986">
        <w:rPr>
          <w:rFonts w:ascii="Arial" w:hAnsi="Arial"/>
        </w:rPr>
        <w:t xml:space="preserve">I </w:t>
      </w:r>
      <w:r>
        <w:rPr>
          <w:rFonts w:ascii="Arial" w:hAnsi="Arial"/>
        </w:rPr>
        <w:t>can't remember the exact number</w:t>
      </w:r>
      <w:r w:rsidR="009B0986">
        <w:rPr>
          <w:rFonts w:ascii="Arial" w:hAnsi="Arial"/>
        </w:rPr>
        <w:t xml:space="preserve">, come from animals, </w:t>
      </w:r>
      <w:r>
        <w:rPr>
          <w:rFonts w:ascii="Arial" w:hAnsi="Arial"/>
        </w:rPr>
        <w:t>we think about Rift Valley</w:t>
      </w:r>
      <w:r w:rsidR="009B0986">
        <w:rPr>
          <w:rFonts w:ascii="Arial" w:hAnsi="Arial"/>
        </w:rPr>
        <w:t>,</w:t>
      </w:r>
      <w:r>
        <w:rPr>
          <w:rFonts w:ascii="Arial" w:hAnsi="Arial"/>
        </w:rPr>
        <w:t xml:space="preserve"> Ebola</w:t>
      </w:r>
      <w:r w:rsidR="0098354D">
        <w:rPr>
          <w:rFonts w:ascii="Arial" w:hAnsi="Arial"/>
        </w:rPr>
        <w:t xml:space="preserve">, </w:t>
      </w:r>
      <w:proofErr w:type="spellStart"/>
      <w:r w:rsidR="0098354D">
        <w:rPr>
          <w:rFonts w:ascii="Arial" w:hAnsi="Arial"/>
        </w:rPr>
        <w:t>Mp</w:t>
      </w:r>
      <w:r w:rsidR="009B0986">
        <w:rPr>
          <w:rFonts w:ascii="Arial" w:hAnsi="Arial"/>
        </w:rPr>
        <w:t>ox</w:t>
      </w:r>
      <w:proofErr w:type="spellEnd"/>
      <w:r w:rsidR="009B0986">
        <w:rPr>
          <w:rFonts w:ascii="Arial" w:hAnsi="Arial"/>
        </w:rPr>
        <w:t xml:space="preserve"> – the </w:t>
      </w:r>
      <w:r>
        <w:rPr>
          <w:rFonts w:ascii="Arial" w:hAnsi="Arial"/>
        </w:rPr>
        <w:t>latest one</w:t>
      </w:r>
      <w:r w:rsidR="009B0986">
        <w:rPr>
          <w:rFonts w:ascii="Arial" w:hAnsi="Arial"/>
        </w:rPr>
        <w:t>,</w:t>
      </w:r>
      <w:r>
        <w:rPr>
          <w:rFonts w:ascii="Arial" w:hAnsi="Arial"/>
        </w:rPr>
        <w:t xml:space="preserve"> and most of the </w:t>
      </w:r>
      <w:r w:rsidR="004E65D1">
        <w:rPr>
          <w:rFonts w:ascii="Arial" w:hAnsi="Arial"/>
        </w:rPr>
        <w:t>WHO</w:t>
      </w:r>
      <w:r w:rsidR="009B0986">
        <w:rPr>
          <w:rFonts w:ascii="Arial" w:hAnsi="Arial"/>
        </w:rPr>
        <w:t xml:space="preserve"> diseases</w:t>
      </w:r>
      <w:r>
        <w:rPr>
          <w:rFonts w:ascii="Arial" w:hAnsi="Arial"/>
        </w:rPr>
        <w:t>. That's for me, the striking point.</w:t>
      </w:r>
    </w:p>
    <w:p w14:paraId="3E67834B" w14:textId="77777777" w:rsidR="006A5EC7" w:rsidRDefault="006A5EC7" w:rsidP="008516AC">
      <w:pPr>
        <w:spacing w:after="0"/>
        <w:jc w:val="both"/>
      </w:pPr>
    </w:p>
    <w:p w14:paraId="2424B43B" w14:textId="3FB0490C" w:rsidR="006A5EC7" w:rsidRDefault="008516AC" w:rsidP="008516AC">
      <w:pPr>
        <w:spacing w:after="0"/>
        <w:jc w:val="both"/>
      </w:pPr>
      <w:r>
        <w:rPr>
          <w:rFonts w:ascii="Arial" w:hAnsi="Arial"/>
          <w:b/>
        </w:rPr>
        <w:t xml:space="preserve">Addis Facilitator </w:t>
      </w:r>
      <w:r w:rsidR="00CF0EA4">
        <w:rPr>
          <w:rFonts w:ascii="Arial" w:hAnsi="Arial"/>
          <w:b/>
        </w:rPr>
        <w:t>1</w:t>
      </w:r>
    </w:p>
    <w:p w14:paraId="2F230910" w14:textId="7ACAEF70" w:rsidR="006A5EC7" w:rsidRDefault="009B0986" w:rsidP="008516AC">
      <w:pPr>
        <w:spacing w:after="0"/>
        <w:jc w:val="both"/>
      </w:pPr>
      <w:r>
        <w:rPr>
          <w:rFonts w:ascii="Arial" w:hAnsi="Arial"/>
        </w:rPr>
        <w:t xml:space="preserve">Thank you very much. </w:t>
      </w:r>
      <w:r w:rsidR="00FD4E37">
        <w:rPr>
          <w:rFonts w:ascii="Arial" w:hAnsi="Arial"/>
        </w:rPr>
        <w:t xml:space="preserve">I think we'll come back to that in the second part of this session about which diseases are not appearing </w:t>
      </w:r>
      <w:r>
        <w:rPr>
          <w:rFonts w:ascii="Arial" w:hAnsi="Arial"/>
        </w:rPr>
        <w:t>[in the survey findings] and the reasons</w:t>
      </w:r>
      <w:r w:rsidR="00FD4E37">
        <w:rPr>
          <w:rFonts w:ascii="Arial" w:hAnsi="Arial"/>
        </w:rPr>
        <w:t xml:space="preserve"> for th</w:t>
      </w:r>
      <w:r>
        <w:rPr>
          <w:rFonts w:ascii="Arial" w:hAnsi="Arial"/>
        </w:rPr>
        <w:t>at, but it's an excellent point,</w:t>
      </w:r>
      <w:r w:rsidR="00FD4E37">
        <w:rPr>
          <w:rFonts w:ascii="Arial" w:hAnsi="Arial"/>
        </w:rPr>
        <w:t xml:space="preserve"> Thank you.</w:t>
      </w:r>
    </w:p>
    <w:p w14:paraId="6E1F652E" w14:textId="77777777" w:rsidR="006A5EC7" w:rsidRDefault="006A5EC7" w:rsidP="008516AC">
      <w:pPr>
        <w:spacing w:after="0"/>
        <w:jc w:val="both"/>
      </w:pPr>
    </w:p>
    <w:p w14:paraId="457982A8" w14:textId="48724440" w:rsidR="006A5EC7" w:rsidRDefault="009B0986" w:rsidP="008516AC">
      <w:pPr>
        <w:spacing w:after="0"/>
        <w:jc w:val="both"/>
      </w:pPr>
      <w:r>
        <w:rPr>
          <w:rFonts w:ascii="Arial" w:hAnsi="Arial"/>
          <w:b/>
        </w:rPr>
        <w:t>Addis 41</w:t>
      </w:r>
    </w:p>
    <w:p w14:paraId="61964511" w14:textId="2139DFA9" w:rsidR="006A5EC7" w:rsidRDefault="00FD4E37" w:rsidP="008516AC">
      <w:pPr>
        <w:spacing w:after="0"/>
        <w:jc w:val="both"/>
      </w:pPr>
      <w:r>
        <w:rPr>
          <w:rFonts w:ascii="Arial" w:hAnsi="Arial"/>
        </w:rPr>
        <w:t xml:space="preserve">I will bring in a biased opinion, I think that </w:t>
      </w:r>
      <w:r w:rsidR="009B0986">
        <w:rPr>
          <w:rFonts w:ascii="Arial" w:hAnsi="Arial"/>
        </w:rPr>
        <w:t>Antimicrobial Resistance (AMR)</w:t>
      </w:r>
      <w:r>
        <w:rPr>
          <w:rFonts w:ascii="Arial" w:hAnsi="Arial"/>
        </w:rPr>
        <w:t xml:space="preserve"> should be at the top. </w:t>
      </w:r>
      <w:r w:rsidR="009B0986">
        <w:rPr>
          <w:rFonts w:ascii="Arial" w:hAnsi="Arial"/>
        </w:rPr>
        <w:t>AMR should be</w:t>
      </w:r>
      <w:r>
        <w:rPr>
          <w:rFonts w:ascii="Arial" w:hAnsi="Arial"/>
        </w:rPr>
        <w:t xml:space="preserve"> among the top priorities. The reason </w:t>
      </w:r>
      <w:r w:rsidR="0054592A">
        <w:rPr>
          <w:rFonts w:ascii="Arial" w:hAnsi="Arial"/>
        </w:rPr>
        <w:t>[</w:t>
      </w:r>
      <w:r w:rsidR="0054592A" w:rsidRPr="00C64B17">
        <w:rPr>
          <w:rFonts w:ascii="Arial" w:hAnsi="Arial"/>
          <w:i/>
        </w:rPr>
        <w:t>that it is not is</w:t>
      </w:r>
      <w:r w:rsidR="0054592A">
        <w:rPr>
          <w:rFonts w:ascii="Arial" w:hAnsi="Arial"/>
        </w:rPr>
        <w:t xml:space="preserve">] </w:t>
      </w:r>
      <w:r>
        <w:rPr>
          <w:rFonts w:ascii="Arial" w:hAnsi="Arial"/>
        </w:rPr>
        <w:t>the questioning</w:t>
      </w:r>
      <w:r w:rsidR="0054592A">
        <w:rPr>
          <w:rFonts w:ascii="Arial" w:hAnsi="Arial"/>
        </w:rPr>
        <w:t>,</w:t>
      </w:r>
      <w:r w:rsidR="009B0986">
        <w:rPr>
          <w:rFonts w:ascii="Arial" w:hAnsi="Arial"/>
        </w:rPr>
        <w:t xml:space="preserve"> because AMR is not a disease, a</w:t>
      </w:r>
      <w:r>
        <w:rPr>
          <w:rFonts w:ascii="Arial" w:hAnsi="Arial"/>
        </w:rPr>
        <w:t xml:space="preserve">nd therefore people would not recognize it as a priority because nobody comes to hospital with </w:t>
      </w:r>
      <w:r w:rsidR="009B0986">
        <w:rPr>
          <w:rFonts w:ascii="Arial" w:hAnsi="Arial"/>
        </w:rPr>
        <w:t>‘</w:t>
      </w:r>
      <w:r>
        <w:rPr>
          <w:rFonts w:ascii="Arial" w:hAnsi="Arial"/>
        </w:rPr>
        <w:t>an AMR</w:t>
      </w:r>
      <w:r w:rsidR="009B0986">
        <w:rPr>
          <w:rFonts w:ascii="Arial" w:hAnsi="Arial"/>
        </w:rPr>
        <w:t>’</w:t>
      </w:r>
      <w:r>
        <w:rPr>
          <w:rFonts w:ascii="Arial" w:hAnsi="Arial"/>
        </w:rPr>
        <w:t>. But if you look at it, it runs across many of the priority areas that have been listed there. So you'll find it in HIV and AIDS, you'll find it in malaria. You'll find it in respiratory infection</w:t>
      </w:r>
      <w:r w:rsidR="0054592A">
        <w:rPr>
          <w:rFonts w:ascii="Arial" w:hAnsi="Arial"/>
        </w:rPr>
        <w:t>s</w:t>
      </w:r>
      <w:r>
        <w:rPr>
          <w:rFonts w:ascii="Arial" w:hAnsi="Arial"/>
        </w:rPr>
        <w:t>. So I do think t</w:t>
      </w:r>
      <w:r w:rsidR="0054592A">
        <w:rPr>
          <w:rFonts w:ascii="Arial" w:hAnsi="Arial"/>
        </w:rPr>
        <w:t>hat it should be higher up [</w:t>
      </w:r>
      <w:r w:rsidR="0054592A" w:rsidRPr="00C64B17">
        <w:rPr>
          <w:rFonts w:ascii="Arial" w:hAnsi="Arial"/>
          <w:i/>
        </w:rPr>
        <w:t>the prioritization</w:t>
      </w:r>
      <w:r w:rsidR="0054592A">
        <w:rPr>
          <w:rFonts w:ascii="Arial" w:hAnsi="Arial"/>
        </w:rPr>
        <w:t>]</w:t>
      </w:r>
      <w:r>
        <w:rPr>
          <w:rFonts w:ascii="Arial" w:hAnsi="Arial"/>
        </w:rPr>
        <w:t>.</w:t>
      </w:r>
    </w:p>
    <w:p w14:paraId="5CE47571" w14:textId="77777777" w:rsidR="006A5EC7" w:rsidRDefault="006A5EC7" w:rsidP="008516AC">
      <w:pPr>
        <w:spacing w:after="0"/>
        <w:jc w:val="both"/>
      </w:pPr>
    </w:p>
    <w:p w14:paraId="437A48D7" w14:textId="7C415F88" w:rsidR="006A5EC7" w:rsidRDefault="008516AC" w:rsidP="008516AC">
      <w:pPr>
        <w:spacing w:after="0"/>
        <w:jc w:val="both"/>
      </w:pPr>
      <w:r>
        <w:rPr>
          <w:rFonts w:ascii="Arial" w:hAnsi="Arial"/>
          <w:b/>
        </w:rPr>
        <w:t xml:space="preserve">Addis Facilitator </w:t>
      </w:r>
      <w:r w:rsidR="00CF0EA4">
        <w:rPr>
          <w:rFonts w:ascii="Arial" w:hAnsi="Arial"/>
          <w:b/>
        </w:rPr>
        <w:t>1</w:t>
      </w:r>
    </w:p>
    <w:p w14:paraId="4549434F" w14:textId="3F8AC584" w:rsidR="006A5EC7" w:rsidRDefault="00FD4E37" w:rsidP="008516AC">
      <w:pPr>
        <w:spacing w:after="0"/>
        <w:jc w:val="both"/>
      </w:pPr>
      <w:r>
        <w:rPr>
          <w:rFonts w:ascii="Arial" w:hAnsi="Arial"/>
        </w:rPr>
        <w:t xml:space="preserve">Great, thanks for that comment. And I, I was also wondering whether </w:t>
      </w:r>
      <w:r w:rsidR="005A3A89">
        <w:rPr>
          <w:rFonts w:ascii="Arial" w:hAnsi="Arial"/>
        </w:rPr>
        <w:t>AMR</w:t>
      </w:r>
      <w:r>
        <w:rPr>
          <w:rFonts w:ascii="Arial" w:hAnsi="Arial"/>
        </w:rPr>
        <w:t xml:space="preserve"> was somewhat implicit in the prioritization of diseases like TB, HIV, AIDS and malaria, and that, when we're thinking about the reasons why, perhaps it comes under the why rather than the what, in terms of the disease priorities, and that may be something we can think about a bit more.</w:t>
      </w:r>
    </w:p>
    <w:p w14:paraId="4B362464" w14:textId="2798F331" w:rsidR="006A5EC7" w:rsidRDefault="006A5EC7" w:rsidP="008516AC">
      <w:pPr>
        <w:spacing w:after="0"/>
        <w:jc w:val="both"/>
      </w:pPr>
    </w:p>
    <w:p w14:paraId="771EFD59" w14:textId="03316295" w:rsidR="006A5EC7" w:rsidRDefault="0094743D" w:rsidP="008516AC">
      <w:pPr>
        <w:spacing w:after="0"/>
        <w:jc w:val="both"/>
      </w:pPr>
      <w:r>
        <w:rPr>
          <w:rFonts w:ascii="Arial" w:hAnsi="Arial"/>
          <w:b/>
        </w:rPr>
        <w:t>Addis 53</w:t>
      </w:r>
    </w:p>
    <w:p w14:paraId="7AEA242F" w14:textId="4EDAD18F" w:rsidR="006A5EC7" w:rsidRDefault="00FD4E37" w:rsidP="008516AC">
      <w:pPr>
        <w:spacing w:after="0"/>
        <w:jc w:val="both"/>
      </w:pPr>
      <w:r>
        <w:rPr>
          <w:rFonts w:ascii="Arial" w:hAnsi="Arial"/>
        </w:rPr>
        <w:t xml:space="preserve">I'll just add on to </w:t>
      </w:r>
      <w:r w:rsidR="008F740F">
        <w:rPr>
          <w:rFonts w:ascii="Arial" w:hAnsi="Arial"/>
        </w:rPr>
        <w:t>what Addis 41 has said.</w:t>
      </w:r>
      <w:r>
        <w:rPr>
          <w:rFonts w:ascii="Arial" w:hAnsi="Arial"/>
        </w:rPr>
        <w:t xml:space="preserve"> I'm not surprised with where AMR is ranked for A</w:t>
      </w:r>
      <w:r w:rsidR="0054592A">
        <w:rPr>
          <w:rFonts w:ascii="Arial" w:hAnsi="Arial"/>
        </w:rPr>
        <w:t xml:space="preserve">frica. And this is actually based in part on some work I did perhaps </w:t>
      </w:r>
      <w:r>
        <w:rPr>
          <w:rFonts w:ascii="Arial" w:hAnsi="Arial"/>
        </w:rPr>
        <w:t>two years ago for</w:t>
      </w:r>
      <w:r w:rsidR="0054592A">
        <w:rPr>
          <w:rFonts w:ascii="Arial" w:hAnsi="Arial"/>
        </w:rPr>
        <w:t xml:space="preserve"> [</w:t>
      </w:r>
      <w:r w:rsidR="00FF0D0F" w:rsidRPr="00C64B17">
        <w:rPr>
          <w:rFonts w:ascii="Arial" w:hAnsi="Arial"/>
          <w:i/>
        </w:rPr>
        <w:t xml:space="preserve">organization </w:t>
      </w:r>
      <w:r w:rsidR="0054592A" w:rsidRPr="00C64B17">
        <w:rPr>
          <w:rFonts w:ascii="Arial" w:hAnsi="Arial"/>
          <w:i/>
        </w:rPr>
        <w:t>redacted</w:t>
      </w:r>
      <w:r w:rsidR="0054592A">
        <w:rPr>
          <w:rFonts w:ascii="Arial" w:hAnsi="Arial"/>
        </w:rPr>
        <w:t>]. T</w:t>
      </w:r>
      <w:r>
        <w:rPr>
          <w:rFonts w:ascii="Arial" w:hAnsi="Arial"/>
        </w:rPr>
        <w:t>he question was, do we need new tools and innovat</w:t>
      </w:r>
      <w:r w:rsidR="0054592A">
        <w:rPr>
          <w:rFonts w:ascii="Arial" w:hAnsi="Arial"/>
        </w:rPr>
        <w:t>ions to fight malaria, i</w:t>
      </w:r>
      <w:r>
        <w:rPr>
          <w:rFonts w:ascii="Arial" w:hAnsi="Arial"/>
        </w:rPr>
        <w:t>n light of the growing resistance of the falciparum parasite to antimalarials, and after talking to a number of people, th</w:t>
      </w:r>
      <w:r w:rsidR="0054592A">
        <w:rPr>
          <w:rFonts w:ascii="Arial" w:hAnsi="Arial"/>
        </w:rPr>
        <w:t>e resounding answer was no. W</w:t>
      </w:r>
      <w:r>
        <w:rPr>
          <w:rFonts w:ascii="Arial" w:hAnsi="Arial"/>
        </w:rPr>
        <w:t>hy</w:t>
      </w:r>
      <w:r w:rsidR="0054592A">
        <w:rPr>
          <w:rFonts w:ascii="Arial" w:hAnsi="Arial"/>
        </w:rPr>
        <w:t>? B</w:t>
      </w:r>
      <w:r>
        <w:rPr>
          <w:rFonts w:ascii="Arial" w:hAnsi="Arial"/>
        </w:rPr>
        <w:t>ecause the biggest priority is getting the available commodities, the coverage of available commodities, to reach every corner first, before even wondering whether they actually working or not. So you can imagine the disconnect between coverage and eff</w:t>
      </w:r>
      <w:r w:rsidR="0054592A">
        <w:rPr>
          <w:rFonts w:ascii="Arial" w:hAnsi="Arial"/>
        </w:rPr>
        <w:t>icacy of current tools, vis-</w:t>
      </w:r>
      <w:r w:rsidR="0054592A">
        <w:rPr>
          <w:rFonts w:ascii="Arial" w:hAnsi="Arial" w:cs="Arial"/>
        </w:rPr>
        <w:t>à</w:t>
      </w:r>
      <w:r w:rsidR="0054592A">
        <w:rPr>
          <w:rFonts w:ascii="Arial" w:hAnsi="Arial"/>
        </w:rPr>
        <w:t>-vis</w:t>
      </w:r>
      <w:r>
        <w:rPr>
          <w:rFonts w:ascii="Arial" w:hAnsi="Arial"/>
        </w:rPr>
        <w:t xml:space="preserve">, growing risk in </w:t>
      </w:r>
      <w:r>
        <w:rPr>
          <w:rFonts w:ascii="Arial" w:hAnsi="Arial"/>
        </w:rPr>
        <w:lastRenderedPageBreak/>
        <w:t xml:space="preserve">terms of AMR and things like that. So what I think what </w:t>
      </w:r>
      <w:r w:rsidR="005A3A89">
        <w:rPr>
          <w:rFonts w:ascii="Arial" w:hAnsi="Arial"/>
        </w:rPr>
        <w:t>Addis 41</w:t>
      </w:r>
      <w:r>
        <w:rPr>
          <w:rFonts w:ascii="Arial" w:hAnsi="Arial"/>
        </w:rPr>
        <w:t xml:space="preserve"> actually says, could really explain why we have </w:t>
      </w:r>
      <w:r w:rsidR="005A3A89">
        <w:rPr>
          <w:rFonts w:ascii="Arial" w:hAnsi="Arial"/>
        </w:rPr>
        <w:t xml:space="preserve">AMR ranked where it </w:t>
      </w:r>
      <w:r>
        <w:rPr>
          <w:rFonts w:ascii="Arial" w:hAnsi="Arial"/>
        </w:rPr>
        <w:t>is in terms of priorities for Africa.</w:t>
      </w:r>
    </w:p>
    <w:p w14:paraId="037B0BCD" w14:textId="77777777" w:rsidR="006A5EC7" w:rsidRDefault="006A5EC7" w:rsidP="008516AC">
      <w:pPr>
        <w:spacing w:after="0"/>
        <w:jc w:val="both"/>
      </w:pPr>
    </w:p>
    <w:p w14:paraId="22805A2B" w14:textId="03B4AEF2" w:rsidR="006A5EC7" w:rsidRDefault="008516AC" w:rsidP="008516AC">
      <w:pPr>
        <w:spacing w:after="0"/>
        <w:jc w:val="both"/>
      </w:pPr>
      <w:r>
        <w:rPr>
          <w:rFonts w:ascii="Arial" w:hAnsi="Arial"/>
          <w:b/>
        </w:rPr>
        <w:t xml:space="preserve">Addis Facilitator </w:t>
      </w:r>
      <w:r w:rsidR="00CF0EA4">
        <w:rPr>
          <w:rFonts w:ascii="Arial" w:hAnsi="Arial"/>
          <w:b/>
        </w:rPr>
        <w:t>1</w:t>
      </w:r>
    </w:p>
    <w:p w14:paraId="310FDAEB" w14:textId="3910BC47" w:rsidR="006A5EC7" w:rsidRDefault="0054592A" w:rsidP="008516AC">
      <w:pPr>
        <w:spacing w:after="0"/>
        <w:jc w:val="both"/>
      </w:pPr>
      <w:r>
        <w:rPr>
          <w:rFonts w:ascii="Arial" w:hAnsi="Arial"/>
        </w:rPr>
        <w:t>Thank you very much.</w:t>
      </w:r>
    </w:p>
    <w:p w14:paraId="2778E101" w14:textId="550EE1C1" w:rsidR="006A5EC7" w:rsidRDefault="006A5EC7" w:rsidP="008516AC">
      <w:pPr>
        <w:spacing w:after="0"/>
        <w:jc w:val="both"/>
      </w:pPr>
    </w:p>
    <w:p w14:paraId="635CA73F" w14:textId="643D24A8" w:rsidR="006A5EC7" w:rsidRDefault="0094743D" w:rsidP="008516AC">
      <w:pPr>
        <w:spacing w:after="0"/>
        <w:jc w:val="both"/>
      </w:pPr>
      <w:r>
        <w:rPr>
          <w:rFonts w:ascii="Arial" w:hAnsi="Arial"/>
          <w:b/>
        </w:rPr>
        <w:t>Addis 10</w:t>
      </w:r>
    </w:p>
    <w:p w14:paraId="74890B74" w14:textId="1D9D614B" w:rsidR="006A5EC7" w:rsidRDefault="0054592A" w:rsidP="008516AC">
      <w:pPr>
        <w:spacing w:after="0"/>
        <w:jc w:val="both"/>
      </w:pPr>
      <w:r>
        <w:rPr>
          <w:rFonts w:ascii="Arial" w:hAnsi="Arial"/>
        </w:rPr>
        <w:t>So I think the [</w:t>
      </w:r>
      <w:r w:rsidRPr="00C64B17">
        <w:rPr>
          <w:rFonts w:ascii="Arial" w:hAnsi="Arial"/>
          <w:i/>
        </w:rPr>
        <w:t>survey outcomes</w:t>
      </w:r>
      <w:r>
        <w:rPr>
          <w:rFonts w:ascii="Arial" w:hAnsi="Arial"/>
        </w:rPr>
        <w:t xml:space="preserve">] might be </w:t>
      </w:r>
      <w:r w:rsidR="00FD4E37">
        <w:rPr>
          <w:rFonts w:ascii="Arial" w:hAnsi="Arial"/>
        </w:rPr>
        <w:t>informed regarding time. So it's when you</w:t>
      </w:r>
      <w:r w:rsidR="005A3A89">
        <w:rPr>
          <w:rFonts w:ascii="Arial" w:hAnsi="Arial"/>
        </w:rPr>
        <w:t xml:space="preserve"> </w:t>
      </w:r>
      <w:r w:rsidR="00FD4E37">
        <w:rPr>
          <w:rFonts w:ascii="Arial" w:hAnsi="Arial"/>
        </w:rPr>
        <w:t>do the survey, and the out</w:t>
      </w:r>
      <w:r>
        <w:rPr>
          <w:rFonts w:ascii="Arial" w:hAnsi="Arial"/>
        </w:rPr>
        <w:t>breaks that are happening at that</w:t>
      </w:r>
      <w:r w:rsidR="00FD4E37">
        <w:rPr>
          <w:rFonts w:ascii="Arial" w:hAnsi="Arial"/>
        </w:rPr>
        <w:t xml:space="preserve"> moment,</w:t>
      </w:r>
      <w:r w:rsidR="00FF0D0F">
        <w:rPr>
          <w:rFonts w:ascii="Arial" w:hAnsi="Arial"/>
        </w:rPr>
        <w:t xml:space="preserve"> that</w:t>
      </w:r>
      <w:r w:rsidR="00FD4E37">
        <w:rPr>
          <w:rFonts w:ascii="Arial" w:hAnsi="Arial"/>
        </w:rPr>
        <w:t xml:space="preserve"> I think ma</w:t>
      </w:r>
      <w:r w:rsidR="005A3A89">
        <w:rPr>
          <w:rFonts w:ascii="Arial" w:hAnsi="Arial"/>
        </w:rPr>
        <w:t>y inform</w:t>
      </w:r>
      <w:r w:rsidR="00FF0D0F">
        <w:rPr>
          <w:rFonts w:ascii="Arial" w:hAnsi="Arial"/>
        </w:rPr>
        <w:t xml:space="preserve"> [</w:t>
      </w:r>
      <w:r w:rsidR="00FF0D0F" w:rsidRPr="00C64B17">
        <w:rPr>
          <w:rFonts w:ascii="Arial" w:hAnsi="Arial"/>
          <w:i/>
        </w:rPr>
        <w:t>the survey outcomes</w:t>
      </w:r>
      <w:r w:rsidR="00FF0D0F">
        <w:rPr>
          <w:rFonts w:ascii="Arial" w:hAnsi="Arial"/>
        </w:rPr>
        <w:t>]</w:t>
      </w:r>
      <w:r w:rsidR="00FD4E37">
        <w:rPr>
          <w:rFonts w:ascii="Arial" w:hAnsi="Arial"/>
        </w:rPr>
        <w:t xml:space="preserve">, and the outbreaks </w:t>
      </w:r>
      <w:r w:rsidR="005A3A89">
        <w:rPr>
          <w:rFonts w:ascii="Arial" w:hAnsi="Arial"/>
        </w:rPr>
        <w:t xml:space="preserve">that </w:t>
      </w:r>
      <w:r w:rsidR="00FD4E37">
        <w:rPr>
          <w:rFonts w:ascii="Arial" w:hAnsi="Arial"/>
        </w:rPr>
        <w:t xml:space="preserve">are not. So things like rift valley fever, which I think potentially are huge, </w:t>
      </w:r>
      <w:r w:rsidR="005A3A89">
        <w:rPr>
          <w:rFonts w:ascii="Arial" w:hAnsi="Arial"/>
        </w:rPr>
        <w:t>are</w:t>
      </w:r>
      <w:r w:rsidR="00FD4E37">
        <w:rPr>
          <w:rFonts w:ascii="Arial" w:hAnsi="Arial"/>
        </w:rPr>
        <w:t xml:space="preserve"> not happening</w:t>
      </w:r>
      <w:r w:rsidR="005A3A89">
        <w:rPr>
          <w:rFonts w:ascii="Arial" w:hAnsi="Arial"/>
        </w:rPr>
        <w:t xml:space="preserve"> s</w:t>
      </w:r>
      <w:r w:rsidR="00FD4E37">
        <w:rPr>
          <w:rFonts w:ascii="Arial" w:hAnsi="Arial"/>
        </w:rPr>
        <w:t>o the</w:t>
      </w:r>
      <w:r w:rsidR="005A3A89">
        <w:rPr>
          <w:rFonts w:ascii="Arial" w:hAnsi="Arial"/>
        </w:rPr>
        <w:t>y are not</w:t>
      </w:r>
      <w:r w:rsidR="00FD4E37">
        <w:rPr>
          <w:rFonts w:ascii="Arial" w:hAnsi="Arial"/>
        </w:rPr>
        <w:t xml:space="preserve"> measured, and also what is measured</w:t>
      </w:r>
      <w:r w:rsidR="00FF0D0F">
        <w:rPr>
          <w:rFonts w:ascii="Arial" w:hAnsi="Arial"/>
        </w:rPr>
        <w:t>.</w:t>
      </w:r>
      <w:r w:rsidR="00FD4E37">
        <w:rPr>
          <w:rFonts w:ascii="Arial" w:hAnsi="Arial"/>
        </w:rPr>
        <w:t xml:space="preserve"> Dengue in Africa, may</w:t>
      </w:r>
      <w:r w:rsidR="00FF0D0F">
        <w:rPr>
          <w:rFonts w:ascii="Arial" w:hAnsi="Arial"/>
        </w:rPr>
        <w:t xml:space="preserve"> </w:t>
      </w:r>
      <w:r w:rsidR="00FD4E37">
        <w:rPr>
          <w:rFonts w:ascii="Arial" w:hAnsi="Arial"/>
        </w:rPr>
        <w:t>be huge, it's just not measured, and</w:t>
      </w:r>
      <w:r w:rsidR="00FF0D0F">
        <w:rPr>
          <w:rFonts w:ascii="Arial" w:hAnsi="Arial"/>
        </w:rPr>
        <w:t xml:space="preserve"> we don't have any information. Viral</w:t>
      </w:r>
      <w:r w:rsidR="00FD4E37">
        <w:rPr>
          <w:rFonts w:ascii="Arial" w:hAnsi="Arial"/>
        </w:rPr>
        <w:t xml:space="preserve"> hepatitis is a sort of outlier</w:t>
      </w:r>
      <w:r w:rsidR="00FF0D0F">
        <w:rPr>
          <w:rFonts w:ascii="Arial" w:hAnsi="Arial"/>
        </w:rPr>
        <w:t xml:space="preserve"> for</w:t>
      </w:r>
      <w:r w:rsidR="00FD4E37">
        <w:rPr>
          <w:rFonts w:ascii="Arial" w:hAnsi="Arial"/>
        </w:rPr>
        <w:t xml:space="preserve"> Africa. I'm not sure what it is, and how it got there.</w:t>
      </w:r>
    </w:p>
    <w:p w14:paraId="48894CBD" w14:textId="77777777" w:rsidR="006A5EC7" w:rsidRDefault="006A5EC7" w:rsidP="008516AC">
      <w:pPr>
        <w:spacing w:after="0"/>
        <w:jc w:val="both"/>
      </w:pPr>
    </w:p>
    <w:p w14:paraId="5651C234" w14:textId="7FA59C21" w:rsidR="006A5EC7" w:rsidRDefault="008516AC" w:rsidP="008516AC">
      <w:pPr>
        <w:spacing w:after="0"/>
        <w:jc w:val="both"/>
      </w:pPr>
      <w:r>
        <w:rPr>
          <w:rFonts w:ascii="Arial" w:hAnsi="Arial"/>
          <w:b/>
        </w:rPr>
        <w:t xml:space="preserve">Addis Facilitator </w:t>
      </w:r>
      <w:r w:rsidR="00CF0EA4">
        <w:rPr>
          <w:rFonts w:ascii="Arial" w:hAnsi="Arial"/>
          <w:b/>
        </w:rPr>
        <w:t>1</w:t>
      </w:r>
    </w:p>
    <w:p w14:paraId="1994330A" w14:textId="56AE5DF2" w:rsidR="006A5EC7" w:rsidRDefault="00FD4E37" w:rsidP="008516AC">
      <w:pPr>
        <w:spacing w:after="0"/>
        <w:jc w:val="both"/>
      </w:pPr>
      <w:r>
        <w:rPr>
          <w:rFonts w:ascii="Arial" w:hAnsi="Arial"/>
        </w:rPr>
        <w:t xml:space="preserve">Thanks very much. </w:t>
      </w:r>
      <w:r w:rsidR="005A3A89">
        <w:rPr>
          <w:rFonts w:ascii="Arial" w:hAnsi="Arial"/>
        </w:rPr>
        <w:t xml:space="preserve">We </w:t>
      </w:r>
      <w:r>
        <w:rPr>
          <w:rFonts w:ascii="Arial" w:hAnsi="Arial"/>
        </w:rPr>
        <w:t>will go online</w:t>
      </w:r>
      <w:r w:rsidR="00FF0D0F">
        <w:rPr>
          <w:rFonts w:ascii="Arial" w:hAnsi="Arial"/>
        </w:rPr>
        <w:t>, and then I'll come back to the room</w:t>
      </w:r>
      <w:r>
        <w:rPr>
          <w:rFonts w:ascii="Arial" w:hAnsi="Arial"/>
        </w:rPr>
        <w:t>.</w:t>
      </w:r>
    </w:p>
    <w:p w14:paraId="5EF85EF1" w14:textId="4755E4AC" w:rsidR="006A5EC7" w:rsidRDefault="006A5EC7" w:rsidP="008516AC">
      <w:pPr>
        <w:spacing w:after="0"/>
        <w:jc w:val="both"/>
      </w:pPr>
    </w:p>
    <w:p w14:paraId="795F1E23" w14:textId="53BE4E74" w:rsidR="006A5EC7" w:rsidRDefault="0094743D" w:rsidP="008516AC">
      <w:pPr>
        <w:spacing w:after="0"/>
        <w:jc w:val="both"/>
      </w:pPr>
      <w:r>
        <w:rPr>
          <w:rFonts w:ascii="Arial" w:hAnsi="Arial"/>
          <w:b/>
        </w:rPr>
        <w:t>Addis 57</w:t>
      </w:r>
    </w:p>
    <w:p w14:paraId="511415B5" w14:textId="29D40609" w:rsidR="006A5EC7" w:rsidRDefault="00C64B17" w:rsidP="008516AC">
      <w:pPr>
        <w:spacing w:after="0"/>
        <w:jc w:val="both"/>
      </w:pPr>
      <w:r>
        <w:rPr>
          <w:rFonts w:ascii="Arial" w:hAnsi="Arial"/>
        </w:rPr>
        <w:t>Hi, everyone.</w:t>
      </w:r>
      <w:r w:rsidR="00FD4E37">
        <w:rPr>
          <w:rFonts w:ascii="Arial" w:hAnsi="Arial"/>
        </w:rPr>
        <w:t xml:space="preserve"> I'm one of the infection agnostics because I </w:t>
      </w:r>
      <w:r w:rsidR="007F0982">
        <w:rPr>
          <w:rFonts w:ascii="Arial" w:hAnsi="Arial"/>
        </w:rPr>
        <w:t xml:space="preserve">focus on the immune system. </w:t>
      </w:r>
      <w:r w:rsidR="00FD4E37">
        <w:rPr>
          <w:rFonts w:ascii="Arial" w:hAnsi="Arial"/>
        </w:rPr>
        <w:t>I was really interested by t</w:t>
      </w:r>
      <w:r w:rsidR="007F0982">
        <w:rPr>
          <w:rFonts w:ascii="Arial" w:hAnsi="Arial"/>
        </w:rPr>
        <w:t>he data showing that a lot of</w:t>
      </w:r>
      <w:r w:rsidR="00FD4E37">
        <w:rPr>
          <w:rFonts w:ascii="Arial" w:hAnsi="Arial"/>
        </w:rPr>
        <w:t xml:space="preserve"> </w:t>
      </w:r>
      <w:r w:rsidR="007F0982">
        <w:rPr>
          <w:rFonts w:ascii="Arial" w:hAnsi="Arial"/>
        </w:rPr>
        <w:t xml:space="preserve">[survey participants] </w:t>
      </w:r>
      <w:r w:rsidR="00FD4E37">
        <w:rPr>
          <w:rFonts w:ascii="Arial" w:hAnsi="Arial"/>
        </w:rPr>
        <w:t>are infect</w:t>
      </w:r>
      <w:r w:rsidR="00642606">
        <w:rPr>
          <w:rFonts w:ascii="Arial" w:hAnsi="Arial"/>
        </w:rPr>
        <w:t>ion agnostics, covering</w:t>
      </w:r>
      <w:r w:rsidR="00FD4E37">
        <w:rPr>
          <w:rFonts w:ascii="Arial" w:hAnsi="Arial"/>
        </w:rPr>
        <w:t xml:space="preserve"> lo</w:t>
      </w:r>
      <w:r w:rsidR="007F0982">
        <w:rPr>
          <w:rFonts w:ascii="Arial" w:hAnsi="Arial"/>
        </w:rPr>
        <w:t xml:space="preserve">ts of different infections. </w:t>
      </w:r>
      <w:r w:rsidR="00FD4E37">
        <w:rPr>
          <w:rFonts w:ascii="Arial" w:hAnsi="Arial"/>
        </w:rPr>
        <w:t>I was wondering if maybe the ranking of infections slightly belies the fact that there are multiple pathogens at the same time in a lot o</w:t>
      </w:r>
      <w:r w:rsidR="00642606">
        <w:rPr>
          <w:rFonts w:ascii="Arial" w:hAnsi="Arial"/>
        </w:rPr>
        <w:t>f really vulnerable cohorts, for example, I</w:t>
      </w:r>
      <w:r w:rsidR="00FD4E37">
        <w:rPr>
          <w:rFonts w:ascii="Arial" w:hAnsi="Arial"/>
        </w:rPr>
        <w:t xml:space="preserve"> focus on </w:t>
      </w:r>
      <w:r w:rsidR="007F0982">
        <w:rPr>
          <w:rFonts w:ascii="Arial" w:hAnsi="Arial"/>
        </w:rPr>
        <w:t>under nutrition, a</w:t>
      </w:r>
      <w:r w:rsidR="00FD4E37">
        <w:rPr>
          <w:rFonts w:ascii="Arial" w:hAnsi="Arial"/>
        </w:rPr>
        <w:t>nd whether anyone in the room thinks that maybe</w:t>
      </w:r>
      <w:r w:rsidR="00642606">
        <w:rPr>
          <w:rFonts w:ascii="Arial" w:hAnsi="Arial"/>
        </w:rPr>
        <w:t>,</w:t>
      </w:r>
      <w:r w:rsidR="00FD4E37">
        <w:rPr>
          <w:rFonts w:ascii="Arial" w:hAnsi="Arial"/>
        </w:rPr>
        <w:t xml:space="preserve"> </w:t>
      </w:r>
      <w:r w:rsidR="00642606">
        <w:rPr>
          <w:rFonts w:ascii="Arial" w:hAnsi="Arial"/>
        </w:rPr>
        <w:t xml:space="preserve">instead of </w:t>
      </w:r>
      <w:r w:rsidR="00FD4E37">
        <w:rPr>
          <w:rFonts w:ascii="Arial" w:hAnsi="Arial"/>
        </w:rPr>
        <w:t>looking at one infection at a time</w:t>
      </w:r>
      <w:r w:rsidR="007F0982">
        <w:rPr>
          <w:rFonts w:ascii="Arial" w:hAnsi="Arial"/>
        </w:rPr>
        <w:t>,</w:t>
      </w:r>
      <w:r w:rsidR="00FD4E37">
        <w:rPr>
          <w:rFonts w:ascii="Arial" w:hAnsi="Arial"/>
        </w:rPr>
        <w:t xml:space="preserve"> maybe </w:t>
      </w:r>
      <w:r w:rsidR="00642606">
        <w:rPr>
          <w:rFonts w:ascii="Arial" w:hAnsi="Arial"/>
        </w:rPr>
        <w:t xml:space="preserve">our </w:t>
      </w:r>
      <w:r w:rsidR="00FD4E37">
        <w:rPr>
          <w:rFonts w:ascii="Arial" w:hAnsi="Arial"/>
        </w:rPr>
        <w:t>AMR colleagues would agree</w:t>
      </w:r>
      <w:r w:rsidR="007F0982">
        <w:rPr>
          <w:rFonts w:ascii="Arial" w:hAnsi="Arial"/>
        </w:rPr>
        <w:t>,</w:t>
      </w:r>
      <w:r w:rsidR="00642606">
        <w:rPr>
          <w:rFonts w:ascii="Arial" w:hAnsi="Arial"/>
        </w:rPr>
        <w:t xml:space="preserve"> that </w:t>
      </w:r>
      <w:r w:rsidR="00FD4E37">
        <w:rPr>
          <w:rFonts w:ascii="Arial" w:hAnsi="Arial"/>
        </w:rPr>
        <w:t>multi pathogen burden or vulnerability to infections more generally might be an important part of the agenda that isn't on this list.</w:t>
      </w:r>
    </w:p>
    <w:p w14:paraId="45F637A6" w14:textId="22991460" w:rsidR="006A5EC7" w:rsidRDefault="006A5EC7" w:rsidP="008516AC">
      <w:pPr>
        <w:spacing w:after="0"/>
        <w:jc w:val="both"/>
      </w:pPr>
    </w:p>
    <w:p w14:paraId="11C1A88F" w14:textId="7B780976" w:rsidR="006A5EC7" w:rsidRDefault="008516AC" w:rsidP="008516AC">
      <w:pPr>
        <w:spacing w:after="0"/>
        <w:jc w:val="both"/>
      </w:pPr>
      <w:r>
        <w:rPr>
          <w:rFonts w:ascii="Arial" w:hAnsi="Arial"/>
          <w:b/>
        </w:rPr>
        <w:t xml:space="preserve">Addis Facilitator </w:t>
      </w:r>
      <w:r w:rsidR="00CF0EA4">
        <w:rPr>
          <w:rFonts w:ascii="Arial" w:hAnsi="Arial"/>
          <w:b/>
        </w:rPr>
        <w:t>1</w:t>
      </w:r>
    </w:p>
    <w:p w14:paraId="4D6C33D7" w14:textId="3FE86FAA" w:rsidR="006A5EC7" w:rsidRDefault="00FD4E37" w:rsidP="008516AC">
      <w:pPr>
        <w:spacing w:after="0"/>
        <w:jc w:val="both"/>
      </w:pPr>
      <w:r>
        <w:rPr>
          <w:rFonts w:ascii="Arial" w:hAnsi="Arial"/>
        </w:rPr>
        <w:t xml:space="preserve">Thank you, Addis 57. That's really an </w:t>
      </w:r>
      <w:r w:rsidR="005A3A89">
        <w:rPr>
          <w:rFonts w:ascii="Arial" w:hAnsi="Arial"/>
        </w:rPr>
        <w:t xml:space="preserve">excellent </w:t>
      </w:r>
      <w:r>
        <w:rPr>
          <w:rFonts w:ascii="Arial" w:hAnsi="Arial"/>
        </w:rPr>
        <w:t>point, I think that will come up and is relevant to many of the disease prioritie</w:t>
      </w:r>
      <w:r w:rsidR="00642606">
        <w:rPr>
          <w:rFonts w:ascii="Arial" w:hAnsi="Arial"/>
        </w:rPr>
        <w:t>s that are discussed here, and j</w:t>
      </w:r>
      <w:r>
        <w:rPr>
          <w:rFonts w:ascii="Arial" w:hAnsi="Arial"/>
        </w:rPr>
        <w:t>ust to pick up the ear</w:t>
      </w:r>
      <w:r w:rsidR="00642606">
        <w:rPr>
          <w:rFonts w:ascii="Arial" w:hAnsi="Arial"/>
        </w:rPr>
        <w:t xml:space="preserve">lier point also around </w:t>
      </w:r>
      <w:r>
        <w:rPr>
          <w:rFonts w:ascii="Arial" w:hAnsi="Arial"/>
        </w:rPr>
        <w:t xml:space="preserve">underlying inequalities and access issues, that runs through all of these disease problems, and </w:t>
      </w:r>
      <w:r w:rsidR="00642606">
        <w:rPr>
          <w:rFonts w:ascii="Arial" w:hAnsi="Arial"/>
        </w:rPr>
        <w:t xml:space="preserve">is </w:t>
      </w:r>
      <w:r>
        <w:rPr>
          <w:rFonts w:ascii="Arial" w:hAnsi="Arial"/>
        </w:rPr>
        <w:t>relevant to many additional diseases not</w:t>
      </w:r>
      <w:r w:rsidR="00642606">
        <w:rPr>
          <w:rFonts w:ascii="Arial" w:hAnsi="Arial"/>
        </w:rPr>
        <w:t xml:space="preserve"> identified as priorities here.</w:t>
      </w:r>
    </w:p>
    <w:p w14:paraId="0FC1EBFB" w14:textId="4A0C6674" w:rsidR="006A5EC7" w:rsidRDefault="006A5EC7" w:rsidP="008516AC">
      <w:pPr>
        <w:spacing w:after="0"/>
        <w:jc w:val="both"/>
      </w:pPr>
    </w:p>
    <w:p w14:paraId="7F413CA3" w14:textId="77777777" w:rsidR="00DB3A44" w:rsidRDefault="00DB3A44" w:rsidP="008516AC">
      <w:pPr>
        <w:spacing w:after="0"/>
        <w:jc w:val="both"/>
        <w:rPr>
          <w:rFonts w:ascii="Arial" w:hAnsi="Arial"/>
          <w:b/>
        </w:rPr>
      </w:pPr>
    </w:p>
    <w:p w14:paraId="1D86AEEA" w14:textId="6889885D" w:rsidR="006A5EC7" w:rsidRDefault="0094743D" w:rsidP="008516AC">
      <w:pPr>
        <w:spacing w:after="0"/>
        <w:jc w:val="both"/>
      </w:pPr>
      <w:r>
        <w:rPr>
          <w:rFonts w:ascii="Arial" w:hAnsi="Arial"/>
          <w:b/>
        </w:rPr>
        <w:t>Addis 24</w:t>
      </w:r>
    </w:p>
    <w:p w14:paraId="52F0F95C" w14:textId="3D48A73D" w:rsidR="006A5EC7" w:rsidRDefault="00FD4E37" w:rsidP="008516AC">
      <w:pPr>
        <w:spacing w:after="0"/>
        <w:jc w:val="both"/>
      </w:pPr>
      <w:r>
        <w:rPr>
          <w:rFonts w:ascii="Arial" w:hAnsi="Arial"/>
        </w:rPr>
        <w:t>Hello, everyone</w:t>
      </w:r>
      <w:r w:rsidR="007F0982">
        <w:rPr>
          <w:rFonts w:ascii="Arial" w:hAnsi="Arial"/>
        </w:rPr>
        <w:t xml:space="preserve">, </w:t>
      </w:r>
      <w:r>
        <w:rPr>
          <w:rFonts w:ascii="Arial" w:hAnsi="Arial"/>
        </w:rPr>
        <w:t xml:space="preserve">I want to throw more support </w:t>
      </w:r>
      <w:r w:rsidR="00642606">
        <w:rPr>
          <w:rFonts w:ascii="Arial" w:hAnsi="Arial"/>
        </w:rPr>
        <w:t>to what Addis 41 and Addis 57 spoke about</w:t>
      </w:r>
      <w:r>
        <w:rPr>
          <w:rFonts w:ascii="Arial" w:hAnsi="Arial"/>
        </w:rPr>
        <w:t xml:space="preserve">, </w:t>
      </w:r>
      <w:r w:rsidR="00642606">
        <w:rPr>
          <w:rFonts w:ascii="Arial" w:hAnsi="Arial"/>
        </w:rPr>
        <w:t xml:space="preserve">with </w:t>
      </w:r>
      <w:r>
        <w:rPr>
          <w:rFonts w:ascii="Arial" w:hAnsi="Arial"/>
        </w:rPr>
        <w:t>respect to AMR</w:t>
      </w:r>
      <w:r w:rsidR="00BD43D2">
        <w:rPr>
          <w:rFonts w:ascii="Arial" w:hAnsi="Arial"/>
        </w:rPr>
        <w:t>.</w:t>
      </w:r>
      <w:r w:rsidR="00642606">
        <w:rPr>
          <w:rFonts w:ascii="Arial" w:hAnsi="Arial"/>
        </w:rPr>
        <w:t xml:space="preserve"> In Africa, and using my country as an example, p</w:t>
      </w:r>
      <w:r>
        <w:rPr>
          <w:rFonts w:ascii="Arial" w:hAnsi="Arial"/>
        </w:rPr>
        <w:t>eop</w:t>
      </w:r>
      <w:r w:rsidR="00642606">
        <w:rPr>
          <w:rFonts w:ascii="Arial" w:hAnsi="Arial"/>
        </w:rPr>
        <w:t>le have ready access to [</w:t>
      </w:r>
      <w:r w:rsidR="00642606" w:rsidRPr="00C64B17">
        <w:rPr>
          <w:rFonts w:ascii="Arial" w:hAnsi="Arial"/>
          <w:i/>
        </w:rPr>
        <w:t>medicines</w:t>
      </w:r>
      <w:r w:rsidR="00642606">
        <w:rPr>
          <w:rFonts w:ascii="Arial" w:hAnsi="Arial"/>
        </w:rPr>
        <w:t>]</w:t>
      </w:r>
      <w:r>
        <w:rPr>
          <w:rFonts w:ascii="Arial" w:hAnsi="Arial"/>
        </w:rPr>
        <w:t xml:space="preserve">, they can walk into a </w:t>
      </w:r>
      <w:r w:rsidR="009A61B9">
        <w:rPr>
          <w:rFonts w:ascii="Arial" w:hAnsi="Arial"/>
        </w:rPr>
        <w:t>pharmacy</w:t>
      </w:r>
      <w:r w:rsidR="00642606">
        <w:rPr>
          <w:rFonts w:ascii="Arial" w:hAnsi="Arial"/>
        </w:rPr>
        <w:t xml:space="preserve"> </w:t>
      </w:r>
      <w:r>
        <w:rPr>
          <w:rFonts w:ascii="Arial" w:hAnsi="Arial"/>
        </w:rPr>
        <w:t>shop and get any medications without prescription. So AM</w:t>
      </w:r>
      <w:r w:rsidR="009A61B9">
        <w:rPr>
          <w:rFonts w:ascii="Arial" w:hAnsi="Arial"/>
        </w:rPr>
        <w:t>R</w:t>
      </w:r>
      <w:r>
        <w:rPr>
          <w:rFonts w:ascii="Arial" w:hAnsi="Arial"/>
        </w:rPr>
        <w:t xml:space="preserve"> </w:t>
      </w:r>
      <w:r w:rsidR="00BD43D2">
        <w:rPr>
          <w:rFonts w:ascii="Arial" w:hAnsi="Arial"/>
        </w:rPr>
        <w:t>i</w:t>
      </w:r>
      <w:r>
        <w:rPr>
          <w:rFonts w:ascii="Arial" w:hAnsi="Arial"/>
        </w:rPr>
        <w:t>f properly looked at</w:t>
      </w:r>
      <w:r w:rsidR="00642606">
        <w:rPr>
          <w:rFonts w:ascii="Arial" w:hAnsi="Arial"/>
        </w:rPr>
        <w:t xml:space="preserve">, if there is very, very good </w:t>
      </w:r>
      <w:r>
        <w:rPr>
          <w:rFonts w:ascii="Arial" w:hAnsi="Arial"/>
        </w:rPr>
        <w:t>s</w:t>
      </w:r>
      <w:r w:rsidR="00642606">
        <w:rPr>
          <w:rFonts w:ascii="Arial" w:hAnsi="Arial"/>
        </w:rPr>
        <w:t>urveillance</w:t>
      </w:r>
      <w:r>
        <w:rPr>
          <w:rFonts w:ascii="Arial" w:hAnsi="Arial"/>
        </w:rPr>
        <w:t xml:space="preserve"> carried out, we're going to prioritize</w:t>
      </w:r>
      <w:r w:rsidR="00642606">
        <w:rPr>
          <w:rFonts w:ascii="Arial" w:hAnsi="Arial"/>
        </w:rPr>
        <w:t xml:space="preserve"> [</w:t>
      </w:r>
      <w:r w:rsidR="00642606" w:rsidRPr="00C64B17">
        <w:rPr>
          <w:rFonts w:ascii="Arial" w:hAnsi="Arial"/>
          <w:i/>
        </w:rPr>
        <w:t>AMR, it’s</w:t>
      </w:r>
      <w:r w:rsidR="00642606">
        <w:rPr>
          <w:rFonts w:ascii="Arial" w:hAnsi="Arial"/>
        </w:rPr>
        <w:t>]</w:t>
      </w:r>
      <w:r>
        <w:rPr>
          <w:rFonts w:ascii="Arial" w:hAnsi="Arial"/>
        </w:rPr>
        <w:t xml:space="preserve"> going to be </w:t>
      </w:r>
      <w:r w:rsidR="00642606">
        <w:rPr>
          <w:rFonts w:ascii="Arial" w:hAnsi="Arial"/>
        </w:rPr>
        <w:t>in the,</w:t>
      </w:r>
      <w:r>
        <w:rPr>
          <w:rFonts w:ascii="Arial" w:hAnsi="Arial"/>
        </w:rPr>
        <w:t xml:space="preserve"> top three, you know, so for me after malaria, A</w:t>
      </w:r>
      <w:r w:rsidR="009A61B9">
        <w:rPr>
          <w:rFonts w:ascii="Arial" w:hAnsi="Arial"/>
        </w:rPr>
        <w:t>MR</w:t>
      </w:r>
      <w:r w:rsidR="00642606">
        <w:rPr>
          <w:rFonts w:ascii="Arial" w:hAnsi="Arial"/>
        </w:rPr>
        <w:t xml:space="preserve"> should</w:t>
      </w:r>
      <w:r>
        <w:rPr>
          <w:rFonts w:ascii="Arial" w:hAnsi="Arial"/>
        </w:rPr>
        <w:t xml:space="preserve"> follow</w:t>
      </w:r>
      <w:r w:rsidR="00642606">
        <w:rPr>
          <w:rFonts w:ascii="Arial" w:hAnsi="Arial"/>
        </w:rPr>
        <w:t xml:space="preserve"> [</w:t>
      </w:r>
      <w:r w:rsidR="00642606" w:rsidRPr="00C64B17">
        <w:rPr>
          <w:rFonts w:ascii="Arial" w:hAnsi="Arial"/>
          <w:i/>
        </w:rPr>
        <w:t>in the prioritization rankings</w:t>
      </w:r>
      <w:r w:rsidR="00642606">
        <w:rPr>
          <w:rFonts w:ascii="Arial" w:hAnsi="Arial"/>
        </w:rPr>
        <w:t xml:space="preserve">]. </w:t>
      </w:r>
      <w:r>
        <w:rPr>
          <w:rFonts w:ascii="Arial" w:hAnsi="Arial"/>
        </w:rPr>
        <w:t>T</w:t>
      </w:r>
      <w:r w:rsidR="00642606">
        <w:rPr>
          <w:rFonts w:ascii="Arial" w:hAnsi="Arial"/>
        </w:rPr>
        <w:t>B is usually a chronic disease [</w:t>
      </w:r>
      <w:r w:rsidR="00642606" w:rsidRPr="00C64B17">
        <w:rPr>
          <w:rFonts w:ascii="Arial" w:hAnsi="Arial"/>
          <w:i/>
        </w:rPr>
        <w:t>which</w:t>
      </w:r>
      <w:r w:rsidR="00642606">
        <w:rPr>
          <w:rFonts w:ascii="Arial" w:hAnsi="Arial"/>
        </w:rPr>
        <w:t>]</w:t>
      </w:r>
      <w:r>
        <w:rPr>
          <w:rFonts w:ascii="Arial" w:hAnsi="Arial"/>
        </w:rPr>
        <w:t xml:space="preserve"> often manifests in immunocompromised patients like </w:t>
      </w:r>
      <w:r w:rsidR="00642606">
        <w:rPr>
          <w:rFonts w:ascii="Arial" w:hAnsi="Arial"/>
        </w:rPr>
        <w:t xml:space="preserve">those with HIV. That </w:t>
      </w:r>
      <w:r>
        <w:rPr>
          <w:rFonts w:ascii="Arial" w:hAnsi="Arial"/>
        </w:rPr>
        <w:t>is common, but I felt</w:t>
      </w:r>
      <w:r w:rsidR="00642606">
        <w:rPr>
          <w:rFonts w:ascii="Arial" w:hAnsi="Arial"/>
        </w:rPr>
        <w:t>,</w:t>
      </w:r>
      <w:r>
        <w:rPr>
          <w:rFonts w:ascii="Arial" w:hAnsi="Arial"/>
        </w:rPr>
        <w:t xml:space="preserve"> </w:t>
      </w:r>
      <w:r w:rsidR="009A61B9">
        <w:rPr>
          <w:rFonts w:ascii="Arial" w:hAnsi="Arial"/>
        </w:rPr>
        <w:t>in my opinion</w:t>
      </w:r>
      <w:r>
        <w:rPr>
          <w:rFonts w:ascii="Arial" w:hAnsi="Arial"/>
        </w:rPr>
        <w:t xml:space="preserve"> after malaria, A</w:t>
      </w:r>
      <w:r w:rsidR="009A61B9">
        <w:rPr>
          <w:rFonts w:ascii="Arial" w:hAnsi="Arial"/>
        </w:rPr>
        <w:t>MR</w:t>
      </w:r>
      <w:r>
        <w:rPr>
          <w:rFonts w:ascii="Arial" w:hAnsi="Arial"/>
        </w:rPr>
        <w:t xml:space="preserve"> should be considered</w:t>
      </w:r>
      <w:r w:rsidR="00642606">
        <w:rPr>
          <w:rFonts w:ascii="Arial" w:hAnsi="Arial"/>
        </w:rPr>
        <w:t>, considering some</w:t>
      </w:r>
      <w:r>
        <w:rPr>
          <w:rFonts w:ascii="Arial" w:hAnsi="Arial"/>
        </w:rPr>
        <w:t xml:space="preserve"> behavioral tendencies that happen in some African countries. Thank you.</w:t>
      </w:r>
    </w:p>
    <w:p w14:paraId="019B1AAA" w14:textId="77777777" w:rsidR="006A5EC7" w:rsidRDefault="006A5EC7" w:rsidP="008516AC">
      <w:pPr>
        <w:spacing w:after="0"/>
        <w:jc w:val="both"/>
      </w:pPr>
    </w:p>
    <w:p w14:paraId="18ED91EA" w14:textId="77777777" w:rsidR="00272963" w:rsidRDefault="00272963" w:rsidP="008516AC">
      <w:pPr>
        <w:spacing w:after="0"/>
        <w:jc w:val="both"/>
        <w:rPr>
          <w:rFonts w:ascii="Arial" w:hAnsi="Arial"/>
          <w:b/>
        </w:rPr>
      </w:pPr>
    </w:p>
    <w:p w14:paraId="365A8FE0" w14:textId="34F793CB" w:rsidR="006A5EC7" w:rsidRDefault="008516AC" w:rsidP="008516AC">
      <w:pPr>
        <w:spacing w:after="0"/>
        <w:jc w:val="both"/>
      </w:pPr>
      <w:r>
        <w:rPr>
          <w:rFonts w:ascii="Arial" w:hAnsi="Arial"/>
          <w:b/>
        </w:rPr>
        <w:lastRenderedPageBreak/>
        <w:t xml:space="preserve">Addis Facilitator </w:t>
      </w:r>
      <w:r w:rsidR="00CF0EA4">
        <w:rPr>
          <w:rFonts w:ascii="Arial" w:hAnsi="Arial"/>
          <w:b/>
        </w:rPr>
        <w:t>1</w:t>
      </w:r>
    </w:p>
    <w:p w14:paraId="4B4E4CFB" w14:textId="77777777" w:rsidR="006A5EC7" w:rsidRDefault="00FD4E37" w:rsidP="008516AC">
      <w:pPr>
        <w:spacing w:after="0"/>
        <w:jc w:val="both"/>
      </w:pPr>
      <w:r>
        <w:rPr>
          <w:rFonts w:ascii="Arial" w:hAnsi="Arial"/>
        </w:rPr>
        <w:t>Thank you, Addis 24. I'll pass on to Addis 35.</w:t>
      </w:r>
    </w:p>
    <w:p w14:paraId="15EC1EDD" w14:textId="77777777" w:rsidR="006A5EC7" w:rsidRDefault="006A5EC7" w:rsidP="008516AC">
      <w:pPr>
        <w:spacing w:after="0"/>
        <w:jc w:val="both"/>
      </w:pPr>
    </w:p>
    <w:p w14:paraId="1E68CA6C" w14:textId="0A23039A" w:rsidR="006A5EC7" w:rsidRDefault="0094743D" w:rsidP="008516AC">
      <w:pPr>
        <w:spacing w:after="0"/>
        <w:jc w:val="both"/>
      </w:pPr>
      <w:r>
        <w:rPr>
          <w:rFonts w:ascii="Arial" w:hAnsi="Arial"/>
          <w:b/>
        </w:rPr>
        <w:t>Addis 35</w:t>
      </w:r>
    </w:p>
    <w:p w14:paraId="352A454F" w14:textId="768275EC" w:rsidR="006A5EC7" w:rsidRDefault="00FD4E37" w:rsidP="008516AC">
      <w:pPr>
        <w:spacing w:after="0"/>
        <w:jc w:val="both"/>
      </w:pPr>
      <w:r>
        <w:rPr>
          <w:rFonts w:ascii="Arial" w:hAnsi="Arial"/>
        </w:rPr>
        <w:t>I work in fungi. I'm wondering why we don't have fungal infections there [</w:t>
      </w:r>
      <w:r w:rsidRPr="00C64B17">
        <w:rPr>
          <w:rFonts w:ascii="Arial" w:hAnsi="Arial"/>
          <w:i/>
        </w:rPr>
        <w:t>in the 10 highest-prioritized diseases</w:t>
      </w:r>
      <w:r>
        <w:rPr>
          <w:rFonts w:ascii="Arial" w:hAnsi="Arial"/>
        </w:rPr>
        <w:t>]. Fungal infections are a como</w:t>
      </w:r>
      <w:r w:rsidR="009A61B9">
        <w:rPr>
          <w:rFonts w:ascii="Arial" w:hAnsi="Arial"/>
        </w:rPr>
        <w:t>rbi</w:t>
      </w:r>
      <w:r>
        <w:rPr>
          <w:rFonts w:ascii="Arial" w:hAnsi="Arial"/>
        </w:rPr>
        <w:t>dity and they usually cause problems in TB, and also COVID, and also respiratory infections. Why are fungal infections not there? We also have drug resistance to antifungals, which is we are seeing currently. Why are fungal infections not there? I totally disagree with that.</w:t>
      </w:r>
    </w:p>
    <w:p w14:paraId="31B1CAC1" w14:textId="77777777" w:rsidR="006A5EC7" w:rsidRDefault="006A5EC7" w:rsidP="008516AC">
      <w:pPr>
        <w:spacing w:after="0"/>
        <w:jc w:val="both"/>
      </w:pPr>
    </w:p>
    <w:p w14:paraId="0CBC2CE7" w14:textId="616E389C" w:rsidR="006A5EC7" w:rsidRDefault="008516AC" w:rsidP="008516AC">
      <w:pPr>
        <w:spacing w:after="0"/>
        <w:jc w:val="both"/>
      </w:pPr>
      <w:r>
        <w:rPr>
          <w:rFonts w:ascii="Arial" w:hAnsi="Arial"/>
          <w:b/>
        </w:rPr>
        <w:t xml:space="preserve">Addis Facilitator </w:t>
      </w:r>
      <w:r w:rsidR="00CF0EA4">
        <w:rPr>
          <w:rFonts w:ascii="Arial" w:hAnsi="Arial"/>
          <w:b/>
        </w:rPr>
        <w:t>1</w:t>
      </w:r>
    </w:p>
    <w:p w14:paraId="2A1344C7" w14:textId="13B2F393" w:rsidR="006A5EC7" w:rsidRDefault="00FD4E37" w:rsidP="008516AC">
      <w:pPr>
        <w:spacing w:after="0"/>
        <w:jc w:val="both"/>
      </w:pPr>
      <w:r>
        <w:rPr>
          <w:rFonts w:ascii="Arial" w:hAnsi="Arial"/>
        </w:rPr>
        <w:t xml:space="preserve">Thank you, </w:t>
      </w:r>
      <w:r w:rsidR="009A61B9">
        <w:rPr>
          <w:rFonts w:ascii="Arial" w:hAnsi="Arial"/>
        </w:rPr>
        <w:t>Addis 35</w:t>
      </w:r>
      <w:r>
        <w:rPr>
          <w:rFonts w:ascii="Arial" w:hAnsi="Arial"/>
        </w:rPr>
        <w:t>. That's exactly what we want to hear the disagreements as well, and suggestions and explanations that people might offer for those missing pathogens. We will also follow up again later when we look at the pathogens and diseases that appears at the tail end of the spectrum to examine those specifically.</w:t>
      </w:r>
    </w:p>
    <w:p w14:paraId="40425C3C" w14:textId="77777777" w:rsidR="006A5EC7" w:rsidRDefault="006A5EC7" w:rsidP="008516AC">
      <w:pPr>
        <w:spacing w:after="0"/>
        <w:jc w:val="both"/>
      </w:pPr>
    </w:p>
    <w:p w14:paraId="4CD950BF" w14:textId="46476269" w:rsidR="006A5EC7" w:rsidRDefault="00FD4E37" w:rsidP="008516AC">
      <w:pPr>
        <w:spacing w:after="0"/>
        <w:jc w:val="both"/>
      </w:pPr>
      <w:r>
        <w:rPr>
          <w:rFonts w:ascii="Arial" w:hAnsi="Arial"/>
          <w:b/>
        </w:rPr>
        <w:t>Addi</w:t>
      </w:r>
      <w:r w:rsidR="0094743D">
        <w:rPr>
          <w:rFonts w:ascii="Arial" w:hAnsi="Arial"/>
          <w:b/>
        </w:rPr>
        <w:t>s 20</w:t>
      </w:r>
    </w:p>
    <w:p w14:paraId="47FB9F41" w14:textId="36DED57D" w:rsidR="006A5EC7" w:rsidRDefault="00FD4E37" w:rsidP="008516AC">
      <w:pPr>
        <w:spacing w:after="0"/>
        <w:jc w:val="both"/>
      </w:pPr>
      <w:r>
        <w:rPr>
          <w:rFonts w:ascii="Arial" w:hAnsi="Arial"/>
        </w:rPr>
        <w:t>My first remark is that the when looking at the pathogens of interest [</w:t>
      </w:r>
      <w:r w:rsidRPr="00C64B17">
        <w:rPr>
          <w:rFonts w:ascii="Arial" w:hAnsi="Arial"/>
          <w:i/>
        </w:rPr>
        <w:t>of the survey participants</w:t>
      </w:r>
      <w:r>
        <w:rPr>
          <w:rFonts w:ascii="Arial" w:hAnsi="Arial"/>
        </w:rPr>
        <w:t>], the viruses were first b</w:t>
      </w:r>
      <w:r w:rsidR="009A61B9">
        <w:rPr>
          <w:rFonts w:ascii="Arial" w:hAnsi="Arial"/>
        </w:rPr>
        <w:t>u</w:t>
      </w:r>
      <w:r>
        <w:rPr>
          <w:rFonts w:ascii="Arial" w:hAnsi="Arial"/>
        </w:rPr>
        <w:t xml:space="preserve">t, on the prioritization rankings, </w:t>
      </w:r>
      <w:r w:rsidR="00F11A7D">
        <w:rPr>
          <w:rFonts w:ascii="Arial" w:hAnsi="Arial"/>
        </w:rPr>
        <w:t>v</w:t>
      </w:r>
      <w:r>
        <w:rPr>
          <w:rFonts w:ascii="Arial" w:hAnsi="Arial"/>
        </w:rPr>
        <w:t xml:space="preserve">iruses are quite low. Now my thoughts about the ranking in Africa, if you look at the ranking, in my in my mind, it tells me more where the funding is, probably not so much where the problems are. Because the person who who's been working in tuberculosis for the last 15 years, if you ask him, what's your top priority? </w:t>
      </w:r>
      <w:r w:rsidR="00F11A7D">
        <w:rPr>
          <w:rFonts w:ascii="Arial" w:hAnsi="Arial"/>
        </w:rPr>
        <w:t xml:space="preserve">He will </w:t>
      </w:r>
      <w:r>
        <w:rPr>
          <w:rFonts w:ascii="Arial" w:hAnsi="Arial"/>
        </w:rPr>
        <w:t>say TB, not because he has looked at everything, and identifies TB to have to be on the top. The ranking will be very different if we are to look at real experience, and what's happening in the hospitals. TB is nowhere near number one. Malaria is still a problem. Hepatitis is very much on the rise. So the picture will be very different if, I don't know how, we can ask the question differently, to survey this. Thank you.</w:t>
      </w:r>
    </w:p>
    <w:p w14:paraId="1B1961B9" w14:textId="77777777" w:rsidR="006A5EC7" w:rsidRDefault="006A5EC7" w:rsidP="008516AC">
      <w:pPr>
        <w:spacing w:after="0"/>
        <w:jc w:val="both"/>
      </w:pPr>
    </w:p>
    <w:p w14:paraId="37C6B945" w14:textId="69061F3C" w:rsidR="006A5EC7" w:rsidRDefault="00FD4E37" w:rsidP="008516AC">
      <w:pPr>
        <w:spacing w:after="0"/>
        <w:jc w:val="both"/>
      </w:pPr>
      <w:r>
        <w:rPr>
          <w:rFonts w:ascii="Arial" w:hAnsi="Arial"/>
          <w:b/>
        </w:rPr>
        <w:t xml:space="preserve">Addis </w:t>
      </w:r>
      <w:r w:rsidR="008516AC">
        <w:rPr>
          <w:rFonts w:ascii="Arial" w:hAnsi="Arial"/>
          <w:b/>
        </w:rPr>
        <w:t xml:space="preserve">Facilitator </w:t>
      </w:r>
      <w:r w:rsidR="00CF0EA4">
        <w:rPr>
          <w:rFonts w:ascii="Arial" w:hAnsi="Arial"/>
          <w:b/>
        </w:rPr>
        <w:t>1</w:t>
      </w:r>
    </w:p>
    <w:p w14:paraId="5DBE5558" w14:textId="6639A485" w:rsidR="006A5EC7" w:rsidRDefault="00FD4E37" w:rsidP="008516AC">
      <w:pPr>
        <w:spacing w:after="0"/>
        <w:jc w:val="both"/>
      </w:pPr>
      <w:r>
        <w:rPr>
          <w:rFonts w:ascii="Arial" w:hAnsi="Arial"/>
        </w:rPr>
        <w:t>Thank you very much for that comment. I'd like to pass to the end of the row</w:t>
      </w:r>
    </w:p>
    <w:p w14:paraId="69DD0388" w14:textId="77777777" w:rsidR="006A5EC7" w:rsidRDefault="006A5EC7" w:rsidP="008516AC">
      <w:pPr>
        <w:spacing w:after="0"/>
        <w:jc w:val="both"/>
      </w:pPr>
    </w:p>
    <w:p w14:paraId="5EDD6E31" w14:textId="4CB1204F" w:rsidR="006A5EC7" w:rsidRDefault="0094743D" w:rsidP="008516AC">
      <w:pPr>
        <w:spacing w:after="0"/>
        <w:jc w:val="both"/>
      </w:pPr>
      <w:r>
        <w:rPr>
          <w:rFonts w:ascii="Arial" w:hAnsi="Arial"/>
          <w:b/>
        </w:rPr>
        <w:t>Addis 46</w:t>
      </w:r>
    </w:p>
    <w:p w14:paraId="6FD93C51" w14:textId="534D3640" w:rsidR="006A5EC7" w:rsidRPr="00AB2452" w:rsidRDefault="00FD4E37" w:rsidP="008516AC">
      <w:pPr>
        <w:spacing w:after="0"/>
        <w:jc w:val="both"/>
        <w:rPr>
          <w:rFonts w:ascii="Arial" w:hAnsi="Arial"/>
        </w:rPr>
      </w:pPr>
      <w:r>
        <w:rPr>
          <w:rFonts w:ascii="Arial" w:hAnsi="Arial"/>
        </w:rPr>
        <w:t>Thank you. I would like to talk about the two more categories of disease that can be more s</w:t>
      </w:r>
      <w:r w:rsidR="009A61B9">
        <w:rPr>
          <w:rFonts w:ascii="Arial" w:hAnsi="Arial"/>
        </w:rPr>
        <w:t>pecific to</w:t>
      </w:r>
      <w:r>
        <w:rPr>
          <w:rFonts w:ascii="Arial" w:hAnsi="Arial"/>
        </w:rPr>
        <w:t xml:space="preserve"> the Madagascan context</w:t>
      </w:r>
      <w:r w:rsidR="00F11A7D">
        <w:rPr>
          <w:rFonts w:ascii="Arial" w:hAnsi="Arial"/>
        </w:rPr>
        <w:t>.</w:t>
      </w:r>
      <w:r>
        <w:rPr>
          <w:rFonts w:ascii="Arial" w:hAnsi="Arial"/>
        </w:rPr>
        <w:t xml:space="preserve"> The COVID-19 pandemic has had a great impact on the health system, and I would like to point out the case of vaccine-preventable diseases. Now there i</w:t>
      </w:r>
      <w:r w:rsidR="00AB2452">
        <w:rPr>
          <w:rFonts w:ascii="Arial" w:hAnsi="Arial"/>
        </w:rPr>
        <w:t xml:space="preserve">s an increase, there is an </w:t>
      </w:r>
      <w:r>
        <w:rPr>
          <w:rFonts w:ascii="Arial" w:hAnsi="Arial"/>
        </w:rPr>
        <w:t>epidemic of polio</w:t>
      </w:r>
      <w:r w:rsidR="009A61B9">
        <w:rPr>
          <w:rFonts w:ascii="Arial" w:hAnsi="Arial"/>
        </w:rPr>
        <w:t>myelitis</w:t>
      </w:r>
      <w:r w:rsidR="00AB2452">
        <w:rPr>
          <w:rFonts w:ascii="Arial" w:hAnsi="Arial"/>
        </w:rPr>
        <w:t xml:space="preserve"> due to vaccination, a</w:t>
      </w:r>
      <w:r>
        <w:rPr>
          <w:rFonts w:ascii="Arial" w:hAnsi="Arial"/>
        </w:rPr>
        <w:t>nd I think that it represents a great public health b</w:t>
      </w:r>
      <w:r w:rsidR="00AB2452">
        <w:rPr>
          <w:rFonts w:ascii="Arial" w:hAnsi="Arial"/>
        </w:rPr>
        <w:t>urden to our country. Measles was already mentioned b</w:t>
      </w:r>
      <w:r>
        <w:rPr>
          <w:rFonts w:ascii="Arial" w:hAnsi="Arial"/>
        </w:rPr>
        <w:t xml:space="preserve">ut I think that we should extend </w:t>
      </w:r>
      <w:r w:rsidR="00AB2452">
        <w:rPr>
          <w:rFonts w:ascii="Arial" w:hAnsi="Arial"/>
        </w:rPr>
        <w:t xml:space="preserve">these </w:t>
      </w:r>
      <w:r>
        <w:rPr>
          <w:rFonts w:ascii="Arial" w:hAnsi="Arial"/>
        </w:rPr>
        <w:t xml:space="preserve">specific </w:t>
      </w:r>
      <w:r w:rsidR="00AB2452">
        <w:rPr>
          <w:rFonts w:ascii="Arial" w:hAnsi="Arial"/>
        </w:rPr>
        <w:t>diseases to diseases</w:t>
      </w:r>
      <w:r>
        <w:rPr>
          <w:rFonts w:ascii="Arial" w:hAnsi="Arial"/>
        </w:rPr>
        <w:t xml:space="preserve"> that can be pr</w:t>
      </w:r>
      <w:r w:rsidR="00AB2452">
        <w:rPr>
          <w:rFonts w:ascii="Arial" w:hAnsi="Arial"/>
        </w:rPr>
        <w:t xml:space="preserve">evented </w:t>
      </w:r>
      <w:r>
        <w:rPr>
          <w:rFonts w:ascii="Arial" w:hAnsi="Arial"/>
        </w:rPr>
        <w:t>by vaccination, since the</w:t>
      </w:r>
      <w:r w:rsidR="00DE454C">
        <w:rPr>
          <w:rFonts w:ascii="Arial" w:hAnsi="Arial"/>
        </w:rPr>
        <w:t>re</w:t>
      </w:r>
      <w:r>
        <w:rPr>
          <w:rFonts w:ascii="Arial" w:hAnsi="Arial"/>
        </w:rPr>
        <w:t xml:space="preserve"> is a low vaccination coverage,</w:t>
      </w:r>
      <w:r w:rsidR="00DE454C">
        <w:rPr>
          <w:rFonts w:ascii="Arial" w:hAnsi="Arial"/>
        </w:rPr>
        <w:t xml:space="preserve"> due </w:t>
      </w:r>
      <w:r>
        <w:rPr>
          <w:rFonts w:ascii="Arial" w:hAnsi="Arial"/>
        </w:rPr>
        <w:t>to thi</w:t>
      </w:r>
      <w:r w:rsidR="00AB2452">
        <w:rPr>
          <w:rFonts w:ascii="Arial" w:hAnsi="Arial"/>
        </w:rPr>
        <w:t xml:space="preserve">s pandemic. </w:t>
      </w:r>
      <w:r>
        <w:rPr>
          <w:rFonts w:ascii="Arial" w:hAnsi="Arial"/>
        </w:rPr>
        <w:t xml:space="preserve">I would like to talk about a specific disease of Madagascar, which represent a great burden. </w:t>
      </w:r>
      <w:r w:rsidR="00AB2452">
        <w:rPr>
          <w:rFonts w:ascii="Arial" w:hAnsi="Arial"/>
        </w:rPr>
        <w:t>I’m talking</w:t>
      </w:r>
      <w:r>
        <w:rPr>
          <w:rFonts w:ascii="Arial" w:hAnsi="Arial"/>
        </w:rPr>
        <w:t xml:space="preserve"> about </w:t>
      </w:r>
      <w:r w:rsidR="00DE454C">
        <w:rPr>
          <w:rFonts w:ascii="Arial" w:hAnsi="Arial"/>
        </w:rPr>
        <w:t>plague.</w:t>
      </w:r>
      <w:r>
        <w:rPr>
          <w:rFonts w:ascii="Arial" w:hAnsi="Arial"/>
        </w:rPr>
        <w:t xml:space="preserve"> </w:t>
      </w:r>
      <w:r w:rsidR="00AB2452">
        <w:rPr>
          <w:rFonts w:ascii="Arial" w:hAnsi="Arial"/>
        </w:rPr>
        <w:t>There were</w:t>
      </w:r>
      <w:r>
        <w:rPr>
          <w:rFonts w:ascii="Arial" w:hAnsi="Arial"/>
        </w:rPr>
        <w:t xml:space="preserve"> many outbreak</w:t>
      </w:r>
      <w:r w:rsidR="00AB2452">
        <w:rPr>
          <w:rFonts w:ascii="Arial" w:hAnsi="Arial"/>
        </w:rPr>
        <w:t>s</w:t>
      </w:r>
      <w:r>
        <w:rPr>
          <w:rFonts w:ascii="Arial" w:hAnsi="Arial"/>
        </w:rPr>
        <w:t xml:space="preserve"> of </w:t>
      </w:r>
      <w:r w:rsidR="00AB2452">
        <w:rPr>
          <w:rFonts w:ascii="Arial" w:hAnsi="Arial"/>
        </w:rPr>
        <w:t xml:space="preserve">pulmonary </w:t>
      </w:r>
      <w:r>
        <w:rPr>
          <w:rFonts w:ascii="Arial" w:hAnsi="Arial"/>
        </w:rPr>
        <w:t xml:space="preserve">plague </w:t>
      </w:r>
      <w:r w:rsidR="00AB2452">
        <w:rPr>
          <w:rFonts w:ascii="Arial" w:hAnsi="Arial"/>
        </w:rPr>
        <w:t>in 2019, a</w:t>
      </w:r>
      <w:r>
        <w:rPr>
          <w:rFonts w:ascii="Arial" w:hAnsi="Arial"/>
        </w:rPr>
        <w:t xml:space="preserve">nd this is also a great public health burden in our country. </w:t>
      </w:r>
      <w:r w:rsidR="00AB2452">
        <w:rPr>
          <w:rFonts w:ascii="Arial" w:hAnsi="Arial"/>
        </w:rPr>
        <w:t>I</w:t>
      </w:r>
      <w:r>
        <w:rPr>
          <w:rFonts w:ascii="Arial" w:hAnsi="Arial"/>
        </w:rPr>
        <w:t xml:space="preserve"> think there is great need to understand the dyn</w:t>
      </w:r>
      <w:r w:rsidR="00AB2452">
        <w:rPr>
          <w:rFonts w:ascii="Arial" w:hAnsi="Arial"/>
        </w:rPr>
        <w:t>amic of transmission in animals</w:t>
      </w:r>
      <w:r>
        <w:rPr>
          <w:rFonts w:ascii="Arial" w:hAnsi="Arial"/>
        </w:rPr>
        <w:t xml:space="preserve"> and fle</w:t>
      </w:r>
      <w:r w:rsidR="00F11A7D">
        <w:rPr>
          <w:rFonts w:ascii="Arial" w:hAnsi="Arial"/>
        </w:rPr>
        <w:t>a</w:t>
      </w:r>
      <w:r w:rsidR="00AB2452">
        <w:rPr>
          <w:rFonts w:ascii="Arial" w:hAnsi="Arial"/>
        </w:rPr>
        <w:t>s,</w:t>
      </w:r>
      <w:r>
        <w:rPr>
          <w:rFonts w:ascii="Arial" w:hAnsi="Arial"/>
        </w:rPr>
        <w:t xml:space="preserve"> and the environme</w:t>
      </w:r>
      <w:r w:rsidR="00AB2452">
        <w:rPr>
          <w:rFonts w:ascii="Arial" w:hAnsi="Arial"/>
        </w:rPr>
        <w:t>ntal impact of this disease, t</w:t>
      </w:r>
      <w:r>
        <w:rPr>
          <w:rFonts w:ascii="Arial" w:hAnsi="Arial"/>
        </w:rPr>
        <w:t>o really search for effective public health intervention</w:t>
      </w:r>
      <w:r w:rsidR="00AB2452">
        <w:rPr>
          <w:rFonts w:ascii="Arial" w:hAnsi="Arial"/>
        </w:rPr>
        <w:t>s</w:t>
      </w:r>
      <w:r>
        <w:rPr>
          <w:rFonts w:ascii="Arial" w:hAnsi="Arial"/>
        </w:rPr>
        <w:t xml:space="preserve"> to tackle this disease.</w:t>
      </w:r>
      <w:r w:rsidR="00AB2452">
        <w:rPr>
          <w:rFonts w:ascii="Arial" w:hAnsi="Arial"/>
        </w:rPr>
        <w:t xml:space="preserve"> F</w:t>
      </w:r>
      <w:r>
        <w:rPr>
          <w:rFonts w:ascii="Arial" w:hAnsi="Arial"/>
        </w:rPr>
        <w:t>inally, I would like to tal</w:t>
      </w:r>
      <w:r w:rsidR="00AB2452">
        <w:rPr>
          <w:rFonts w:ascii="Arial" w:hAnsi="Arial"/>
        </w:rPr>
        <w:t xml:space="preserve">k about methods, about modelling - </w:t>
      </w:r>
    </w:p>
    <w:p w14:paraId="7BEBEC8D" w14:textId="77777777" w:rsidR="006A5EC7" w:rsidRDefault="006A5EC7" w:rsidP="008516AC">
      <w:pPr>
        <w:spacing w:after="0"/>
        <w:jc w:val="both"/>
      </w:pPr>
    </w:p>
    <w:p w14:paraId="24DEEA9D" w14:textId="2FC94F71" w:rsidR="006A5EC7" w:rsidRDefault="008516AC" w:rsidP="008516AC">
      <w:pPr>
        <w:spacing w:after="0"/>
        <w:jc w:val="both"/>
      </w:pPr>
      <w:r>
        <w:rPr>
          <w:rFonts w:ascii="Arial" w:hAnsi="Arial"/>
          <w:b/>
        </w:rPr>
        <w:lastRenderedPageBreak/>
        <w:t xml:space="preserve">Addis Facilitator </w:t>
      </w:r>
      <w:r w:rsidR="00CF0EA4">
        <w:rPr>
          <w:rFonts w:ascii="Arial" w:hAnsi="Arial"/>
          <w:b/>
        </w:rPr>
        <w:t>1</w:t>
      </w:r>
    </w:p>
    <w:p w14:paraId="16DB5996" w14:textId="3C82B4DB" w:rsidR="006A5EC7" w:rsidRDefault="00FD4E37" w:rsidP="008516AC">
      <w:pPr>
        <w:spacing w:after="0"/>
        <w:jc w:val="both"/>
      </w:pPr>
      <w:r>
        <w:rPr>
          <w:rFonts w:ascii="Arial" w:hAnsi="Arial"/>
        </w:rPr>
        <w:t>I</w:t>
      </w:r>
      <w:r w:rsidR="00AB2452">
        <w:rPr>
          <w:rFonts w:ascii="Arial" w:hAnsi="Arial"/>
        </w:rPr>
        <w:t xml:space="preserve"> think we'll come back to that, but please keep that thought,</w:t>
      </w:r>
      <w:r>
        <w:rPr>
          <w:rFonts w:ascii="Arial" w:hAnsi="Arial"/>
        </w:rPr>
        <w:t xml:space="preserve"> we'd like to hear from you in the next session. Just one additional point. Remember, the first slide, there were 251 priorities, we're really just discussing the top 10 here. So just because something isn't mentioned, doesn't mean it hasn't appeared at all</w:t>
      </w:r>
      <w:r w:rsidR="00AB2452">
        <w:rPr>
          <w:rFonts w:ascii="Arial" w:hAnsi="Arial"/>
        </w:rPr>
        <w:t xml:space="preserve"> [</w:t>
      </w:r>
      <w:r w:rsidR="00AB2452" w:rsidRPr="00C64B17">
        <w:rPr>
          <w:rFonts w:ascii="Arial" w:hAnsi="Arial"/>
          <w:i/>
        </w:rPr>
        <w:t>in the survey findings</w:t>
      </w:r>
      <w:r w:rsidR="00AB2452">
        <w:rPr>
          <w:rFonts w:ascii="Arial" w:hAnsi="Arial"/>
        </w:rPr>
        <w:t>]. T</w:t>
      </w:r>
      <w:r>
        <w:rPr>
          <w:rFonts w:ascii="Arial" w:hAnsi="Arial"/>
        </w:rPr>
        <w:t xml:space="preserve">his </w:t>
      </w:r>
      <w:r w:rsidR="00AB2452">
        <w:rPr>
          <w:rFonts w:ascii="Arial" w:hAnsi="Arial"/>
        </w:rPr>
        <w:t>[</w:t>
      </w:r>
      <w:r w:rsidR="00C64B17">
        <w:rPr>
          <w:rFonts w:ascii="Arial" w:hAnsi="Arial"/>
          <w:i/>
        </w:rPr>
        <w:t>presentation has only</w:t>
      </w:r>
      <w:r w:rsidR="00AB2452">
        <w:rPr>
          <w:rFonts w:ascii="Arial" w:hAnsi="Arial"/>
        </w:rPr>
        <w:t>] highlighted</w:t>
      </w:r>
      <w:r>
        <w:rPr>
          <w:rFonts w:ascii="Arial" w:hAnsi="Arial"/>
        </w:rPr>
        <w:t xml:space="preserve"> those at the top, we'll have a look at those that come lower down later and think about reasons why</w:t>
      </w:r>
      <w:r w:rsidR="00AB2452">
        <w:rPr>
          <w:rFonts w:ascii="Arial" w:hAnsi="Arial"/>
        </w:rPr>
        <w:t>.</w:t>
      </w:r>
      <w:r>
        <w:rPr>
          <w:rFonts w:ascii="Arial" w:hAnsi="Arial"/>
        </w:rPr>
        <w:t xml:space="preserve"> Shall we go online for a couple of questions, and</w:t>
      </w:r>
      <w:r w:rsidR="00AB2452">
        <w:rPr>
          <w:rFonts w:ascii="Arial" w:hAnsi="Arial"/>
        </w:rPr>
        <w:t xml:space="preserve"> then</w:t>
      </w:r>
      <w:r>
        <w:rPr>
          <w:rFonts w:ascii="Arial" w:hAnsi="Arial"/>
        </w:rPr>
        <w:t xml:space="preserve"> I'll come back to our participants in the </w:t>
      </w:r>
      <w:r w:rsidR="00AB2452">
        <w:rPr>
          <w:rFonts w:ascii="Arial" w:hAnsi="Arial"/>
        </w:rPr>
        <w:t>room.</w:t>
      </w:r>
    </w:p>
    <w:p w14:paraId="2452B5C4" w14:textId="0C64F8AF" w:rsidR="006A5EC7" w:rsidRDefault="006A5EC7" w:rsidP="008516AC">
      <w:pPr>
        <w:spacing w:after="0"/>
        <w:jc w:val="both"/>
      </w:pPr>
    </w:p>
    <w:p w14:paraId="1413DFBF" w14:textId="71721F56" w:rsidR="006A5EC7" w:rsidRDefault="00FD4E37" w:rsidP="008516AC">
      <w:pPr>
        <w:spacing w:after="0"/>
        <w:jc w:val="both"/>
      </w:pPr>
      <w:r>
        <w:rPr>
          <w:rFonts w:ascii="Arial" w:hAnsi="Arial"/>
          <w:b/>
        </w:rPr>
        <w:t>Addis 60</w:t>
      </w:r>
    </w:p>
    <w:p w14:paraId="597B570F" w14:textId="3E6D46DB" w:rsidR="006A5EC7" w:rsidRDefault="00AB2452" w:rsidP="008516AC">
      <w:pPr>
        <w:spacing w:after="0"/>
        <w:jc w:val="both"/>
      </w:pPr>
      <w:r>
        <w:rPr>
          <w:rFonts w:ascii="Arial" w:hAnsi="Arial"/>
        </w:rPr>
        <w:t xml:space="preserve">Hi, </w:t>
      </w:r>
      <w:r w:rsidR="00FD4E37">
        <w:rPr>
          <w:rFonts w:ascii="Arial" w:hAnsi="Arial"/>
        </w:rPr>
        <w:t>I just wanted to say, looking back at the question, which was about what is most at risk of escalation, I think what's most at risk of esc</w:t>
      </w:r>
      <w:r>
        <w:rPr>
          <w:rFonts w:ascii="Arial" w:hAnsi="Arial"/>
        </w:rPr>
        <w:t>alation is what we don't know. S</w:t>
      </w:r>
      <w:r w:rsidR="00FD4E37">
        <w:rPr>
          <w:rFonts w:ascii="Arial" w:hAnsi="Arial"/>
        </w:rPr>
        <w:t>o in a way I would have liked to see</w:t>
      </w:r>
      <w:r>
        <w:rPr>
          <w:rFonts w:ascii="Arial" w:hAnsi="Arial"/>
        </w:rPr>
        <w:t xml:space="preserve"> in the top 10, something like Disease X</w:t>
      </w:r>
      <w:r w:rsidR="00FD4E37">
        <w:rPr>
          <w:rFonts w:ascii="Arial" w:hAnsi="Arial"/>
        </w:rPr>
        <w:t>. So if you'd ask the same people about that list, before COVID, COVID would</w:t>
      </w:r>
      <w:r>
        <w:rPr>
          <w:rFonts w:ascii="Arial" w:hAnsi="Arial"/>
        </w:rPr>
        <w:t>n't have been there yet, it</w:t>
      </w:r>
      <w:r w:rsidR="00FD4E37">
        <w:rPr>
          <w:rFonts w:ascii="Arial" w:hAnsi="Arial"/>
        </w:rPr>
        <w:t xml:space="preserve"> is now because we've seen that it's disrupted, h</w:t>
      </w:r>
      <w:r w:rsidR="00BB169F">
        <w:rPr>
          <w:rFonts w:ascii="Arial" w:hAnsi="Arial"/>
        </w:rPr>
        <w:t>ealth</w:t>
      </w:r>
      <w:r w:rsidR="00FD4E37">
        <w:rPr>
          <w:rFonts w:ascii="Arial" w:hAnsi="Arial"/>
        </w:rPr>
        <w:t xml:space="preserve"> systems and had an impact on other </w:t>
      </w:r>
      <w:r>
        <w:rPr>
          <w:rFonts w:ascii="Arial" w:hAnsi="Arial"/>
        </w:rPr>
        <w:t xml:space="preserve">diseases in that top list. So </w:t>
      </w:r>
      <w:r w:rsidR="00FD4E37">
        <w:rPr>
          <w:rFonts w:ascii="Arial" w:hAnsi="Arial"/>
        </w:rPr>
        <w:t>I think we should also think not only per disease, but also about those events that we can't r</w:t>
      </w:r>
      <w:r>
        <w:rPr>
          <w:rFonts w:ascii="Arial" w:hAnsi="Arial"/>
        </w:rPr>
        <w:t xml:space="preserve">eally </w:t>
      </w:r>
      <w:r w:rsidR="00FD4E37">
        <w:rPr>
          <w:rFonts w:ascii="Arial" w:hAnsi="Arial"/>
        </w:rPr>
        <w:t>predict.</w:t>
      </w:r>
    </w:p>
    <w:p w14:paraId="6BC7CEE3" w14:textId="77777777" w:rsidR="006A5EC7" w:rsidRDefault="006A5EC7" w:rsidP="008516AC">
      <w:pPr>
        <w:spacing w:after="0"/>
        <w:jc w:val="both"/>
      </w:pPr>
    </w:p>
    <w:p w14:paraId="6B58BEA4" w14:textId="0240DFE6" w:rsidR="006A5EC7" w:rsidRDefault="008516AC" w:rsidP="008516AC">
      <w:pPr>
        <w:spacing w:after="0"/>
        <w:jc w:val="both"/>
      </w:pPr>
      <w:r>
        <w:rPr>
          <w:rFonts w:ascii="Arial" w:hAnsi="Arial"/>
          <w:b/>
        </w:rPr>
        <w:t xml:space="preserve">Addis Facilitator </w:t>
      </w:r>
      <w:r w:rsidR="00CF0EA4">
        <w:rPr>
          <w:rFonts w:ascii="Arial" w:hAnsi="Arial"/>
          <w:b/>
        </w:rPr>
        <w:t>1</w:t>
      </w:r>
    </w:p>
    <w:p w14:paraId="4696943C" w14:textId="54272A28" w:rsidR="006A5EC7" w:rsidRDefault="00AB2452" w:rsidP="008516AC">
      <w:pPr>
        <w:spacing w:after="0"/>
        <w:jc w:val="both"/>
      </w:pPr>
      <w:r>
        <w:rPr>
          <w:rFonts w:ascii="Arial" w:hAnsi="Arial"/>
        </w:rPr>
        <w:t>Thank you f</w:t>
      </w:r>
      <w:r w:rsidR="00FD4E37">
        <w:rPr>
          <w:rFonts w:ascii="Arial" w:hAnsi="Arial"/>
        </w:rPr>
        <w:t xml:space="preserve">or those comments. They're very helpful. They were also discussed to some </w:t>
      </w:r>
      <w:r>
        <w:rPr>
          <w:rFonts w:ascii="Arial" w:hAnsi="Arial"/>
        </w:rPr>
        <w:t>extent in the other workshops, s</w:t>
      </w:r>
      <w:r w:rsidR="00FD4E37">
        <w:rPr>
          <w:rFonts w:ascii="Arial" w:hAnsi="Arial"/>
        </w:rPr>
        <w:t>o it'll be really useful to get more perspecti</w:t>
      </w:r>
      <w:r>
        <w:rPr>
          <w:rFonts w:ascii="Arial" w:hAnsi="Arial"/>
        </w:rPr>
        <w:t>ves from the Africa region on</w:t>
      </w:r>
      <w:r w:rsidR="00FD4E37">
        <w:rPr>
          <w:rFonts w:ascii="Arial" w:hAnsi="Arial"/>
        </w:rPr>
        <w:t xml:space="preserve"> that comment. I think we'll take one more online and then come back to the room.</w:t>
      </w:r>
    </w:p>
    <w:p w14:paraId="4EF561E0" w14:textId="19024264" w:rsidR="006A5EC7" w:rsidRDefault="006A5EC7" w:rsidP="008516AC">
      <w:pPr>
        <w:spacing w:after="0"/>
        <w:jc w:val="both"/>
      </w:pPr>
    </w:p>
    <w:p w14:paraId="36B8B39B" w14:textId="311C06BF" w:rsidR="006A5EC7" w:rsidRDefault="0094743D" w:rsidP="008516AC">
      <w:pPr>
        <w:spacing w:after="0"/>
        <w:jc w:val="both"/>
      </w:pPr>
      <w:r>
        <w:rPr>
          <w:rFonts w:ascii="Arial" w:hAnsi="Arial"/>
          <w:b/>
        </w:rPr>
        <w:t>Addis 59</w:t>
      </w:r>
    </w:p>
    <w:p w14:paraId="66CF03FE" w14:textId="49EBC16D" w:rsidR="006A5EC7" w:rsidRPr="00C15D89" w:rsidRDefault="00FD4E37" w:rsidP="008516AC">
      <w:pPr>
        <w:spacing w:after="0"/>
        <w:jc w:val="both"/>
        <w:rPr>
          <w:rFonts w:ascii="Arial" w:hAnsi="Arial"/>
        </w:rPr>
      </w:pPr>
      <w:r>
        <w:rPr>
          <w:rFonts w:ascii="Arial" w:hAnsi="Arial"/>
        </w:rPr>
        <w:t xml:space="preserve">Hi, everyone. </w:t>
      </w:r>
      <w:r w:rsidR="00AB2452">
        <w:rPr>
          <w:rFonts w:ascii="Arial" w:hAnsi="Arial"/>
        </w:rPr>
        <w:t>M</w:t>
      </w:r>
      <w:r>
        <w:rPr>
          <w:rFonts w:ascii="Arial" w:hAnsi="Arial"/>
        </w:rPr>
        <w:t>y</w:t>
      </w:r>
      <w:r w:rsidR="00AB2452">
        <w:rPr>
          <w:rFonts w:ascii="Arial" w:hAnsi="Arial"/>
        </w:rPr>
        <w:t xml:space="preserve"> comment was just - </w:t>
      </w:r>
      <w:r>
        <w:rPr>
          <w:rFonts w:ascii="Arial" w:hAnsi="Arial"/>
        </w:rPr>
        <w:t>I work on respiratory disease, and I always have</w:t>
      </w:r>
      <w:r w:rsidR="00AB2452">
        <w:rPr>
          <w:rFonts w:ascii="Arial" w:hAnsi="Arial"/>
        </w:rPr>
        <w:t xml:space="preserve">, </w:t>
      </w:r>
      <w:r w:rsidR="00C64B17">
        <w:rPr>
          <w:rFonts w:ascii="Arial" w:hAnsi="Arial"/>
        </w:rPr>
        <w:t>[</w:t>
      </w:r>
      <w:r w:rsidR="00C64B17">
        <w:rPr>
          <w:rFonts w:ascii="Arial" w:hAnsi="Arial"/>
          <w:i/>
        </w:rPr>
        <w:t xml:space="preserve">for example] </w:t>
      </w:r>
      <w:r w:rsidR="00AB2452">
        <w:rPr>
          <w:rFonts w:ascii="Arial" w:hAnsi="Arial"/>
        </w:rPr>
        <w:t>influenza, etc</w:t>
      </w:r>
      <w:r w:rsidR="008516AC">
        <w:rPr>
          <w:rFonts w:ascii="Arial" w:hAnsi="Arial"/>
        </w:rPr>
        <w:t>.</w:t>
      </w:r>
      <w:r w:rsidR="00AB2452">
        <w:rPr>
          <w:rFonts w:ascii="Arial" w:hAnsi="Arial"/>
        </w:rPr>
        <w:t>, a</w:t>
      </w:r>
      <w:r>
        <w:rPr>
          <w:rFonts w:ascii="Arial" w:hAnsi="Arial"/>
        </w:rPr>
        <w:t xml:space="preserve">nd I see how influenza, </w:t>
      </w:r>
      <w:r w:rsidR="00AB2452">
        <w:rPr>
          <w:rFonts w:ascii="Arial" w:hAnsi="Arial"/>
        </w:rPr>
        <w:t>in high income countries, it ranks</w:t>
      </w:r>
      <w:r>
        <w:rPr>
          <w:rFonts w:ascii="Arial" w:hAnsi="Arial"/>
        </w:rPr>
        <w:t xml:space="preserve">, number two, </w:t>
      </w:r>
      <w:r w:rsidR="00AB2452">
        <w:rPr>
          <w:rFonts w:ascii="Arial" w:hAnsi="Arial"/>
        </w:rPr>
        <w:t xml:space="preserve">whereas in Africa it never makes it [into the </w:t>
      </w:r>
      <w:r w:rsidR="00C64B17">
        <w:rPr>
          <w:rFonts w:ascii="Arial" w:hAnsi="Arial"/>
        </w:rPr>
        <w:t>10 highest prioritized diseases</w:t>
      </w:r>
      <w:r w:rsidR="00AB2452">
        <w:rPr>
          <w:rFonts w:ascii="Arial" w:hAnsi="Arial"/>
        </w:rPr>
        <w:t xml:space="preserve">. </w:t>
      </w:r>
      <w:r>
        <w:rPr>
          <w:rFonts w:ascii="Arial" w:hAnsi="Arial"/>
        </w:rPr>
        <w:t>I think more broadly, respiratory disease is quite low, although in many of our countries, you know, respiratory diseases are</w:t>
      </w:r>
      <w:r w:rsidR="00AB2452">
        <w:rPr>
          <w:rFonts w:ascii="Arial" w:hAnsi="Arial"/>
        </w:rPr>
        <w:t xml:space="preserve"> a</w:t>
      </w:r>
      <w:r>
        <w:rPr>
          <w:rFonts w:ascii="Arial" w:hAnsi="Arial"/>
        </w:rPr>
        <w:t xml:space="preserve"> top cause of death in children </w:t>
      </w:r>
      <w:r w:rsidR="005A685C">
        <w:rPr>
          <w:rFonts w:ascii="Arial" w:hAnsi="Arial"/>
        </w:rPr>
        <w:t>under</w:t>
      </w:r>
      <w:r>
        <w:rPr>
          <w:rFonts w:ascii="Arial" w:hAnsi="Arial"/>
        </w:rPr>
        <w:t xml:space="preserve"> five, </w:t>
      </w:r>
      <w:r w:rsidR="00AB2452">
        <w:rPr>
          <w:rFonts w:ascii="Arial" w:hAnsi="Arial"/>
        </w:rPr>
        <w:t xml:space="preserve">or are amongst the top </w:t>
      </w:r>
      <w:r>
        <w:rPr>
          <w:rFonts w:ascii="Arial" w:hAnsi="Arial"/>
        </w:rPr>
        <w:t xml:space="preserve">five causes of death. I think some of some of it is around the, you know, the other colleague was saying it's funding </w:t>
      </w:r>
      <w:r w:rsidR="00C15D89">
        <w:rPr>
          <w:rFonts w:ascii="Arial" w:hAnsi="Arial"/>
        </w:rPr>
        <w:t>that drives [</w:t>
      </w:r>
      <w:r w:rsidR="00C15D89" w:rsidRPr="00C64B17">
        <w:rPr>
          <w:rFonts w:ascii="Arial" w:hAnsi="Arial"/>
          <w:i/>
        </w:rPr>
        <w:t>the prioritization</w:t>
      </w:r>
      <w:r w:rsidR="00C15D89">
        <w:rPr>
          <w:rFonts w:ascii="Arial" w:hAnsi="Arial"/>
        </w:rPr>
        <w:t>]</w:t>
      </w:r>
      <w:r>
        <w:rPr>
          <w:rFonts w:ascii="Arial" w:hAnsi="Arial"/>
        </w:rPr>
        <w:t xml:space="preserve"> but I thin</w:t>
      </w:r>
      <w:r w:rsidR="00904914">
        <w:rPr>
          <w:rFonts w:ascii="Arial" w:hAnsi="Arial"/>
        </w:rPr>
        <w:t>k it's also about interventions, and if [</w:t>
      </w:r>
      <w:r w:rsidR="00904914" w:rsidRPr="00C64B17">
        <w:rPr>
          <w:rFonts w:ascii="Arial" w:hAnsi="Arial"/>
          <w:i/>
        </w:rPr>
        <w:t>participants</w:t>
      </w:r>
      <w:r w:rsidR="00904914">
        <w:rPr>
          <w:rFonts w:ascii="Arial" w:hAnsi="Arial"/>
        </w:rPr>
        <w:t xml:space="preserve">] </w:t>
      </w:r>
      <w:r>
        <w:rPr>
          <w:rFonts w:ascii="Arial" w:hAnsi="Arial"/>
        </w:rPr>
        <w:t>feel that there's anything that can be done</w:t>
      </w:r>
      <w:r w:rsidR="00904914">
        <w:rPr>
          <w:rFonts w:ascii="Arial" w:hAnsi="Arial"/>
        </w:rPr>
        <w:t xml:space="preserve">. </w:t>
      </w:r>
      <w:r>
        <w:rPr>
          <w:rFonts w:ascii="Arial" w:hAnsi="Arial"/>
        </w:rPr>
        <w:t>I think that for influenza, fo</w:t>
      </w:r>
      <w:r w:rsidR="00904914">
        <w:rPr>
          <w:rFonts w:ascii="Arial" w:hAnsi="Arial"/>
        </w:rPr>
        <w:t xml:space="preserve">r example, that there is a high burden </w:t>
      </w:r>
      <w:r>
        <w:rPr>
          <w:rFonts w:ascii="Arial" w:hAnsi="Arial"/>
        </w:rPr>
        <w:t>when we look but the vaccine we have is really not a practical intervention in our type of setting</w:t>
      </w:r>
      <w:r w:rsidR="00904914">
        <w:rPr>
          <w:rFonts w:ascii="Arial" w:hAnsi="Arial"/>
        </w:rPr>
        <w:t>,</w:t>
      </w:r>
      <w:r>
        <w:rPr>
          <w:rFonts w:ascii="Arial" w:hAnsi="Arial"/>
        </w:rPr>
        <w:t xml:space="preserve"> or cost effective often. And so and we see</w:t>
      </w:r>
      <w:r w:rsidR="00904914">
        <w:rPr>
          <w:rFonts w:ascii="Arial" w:hAnsi="Arial"/>
        </w:rPr>
        <w:t>,</w:t>
      </w:r>
      <w:r>
        <w:rPr>
          <w:rFonts w:ascii="Arial" w:hAnsi="Arial"/>
        </w:rPr>
        <w:t xml:space="preserve"> like with RSV, now that there's a vaccine coming</w:t>
      </w:r>
      <w:r w:rsidR="00904914">
        <w:rPr>
          <w:rFonts w:ascii="Arial" w:hAnsi="Arial"/>
        </w:rPr>
        <w:t>,</w:t>
      </w:r>
      <w:r>
        <w:rPr>
          <w:rFonts w:ascii="Arial" w:hAnsi="Arial"/>
        </w:rPr>
        <w:t xml:space="preserve"> people are changing the</w:t>
      </w:r>
      <w:r w:rsidR="00904914">
        <w:rPr>
          <w:rFonts w:ascii="Arial" w:hAnsi="Arial"/>
        </w:rPr>
        <w:t>ir</w:t>
      </w:r>
      <w:r>
        <w:rPr>
          <w:rFonts w:ascii="Arial" w:hAnsi="Arial"/>
        </w:rPr>
        <w:t xml:space="preserve"> perspective. So I think there is also an element of, of not only </w:t>
      </w:r>
      <w:r w:rsidR="00904914">
        <w:rPr>
          <w:rFonts w:ascii="Arial" w:hAnsi="Arial"/>
        </w:rPr>
        <w:t xml:space="preserve">that </w:t>
      </w:r>
      <w:r>
        <w:rPr>
          <w:rFonts w:ascii="Arial" w:hAnsi="Arial"/>
        </w:rPr>
        <w:t>f</w:t>
      </w:r>
      <w:r w:rsidR="005A685C">
        <w:rPr>
          <w:rFonts w:ascii="Arial" w:hAnsi="Arial"/>
        </w:rPr>
        <w:t>u</w:t>
      </w:r>
      <w:r w:rsidR="00904914">
        <w:rPr>
          <w:rFonts w:ascii="Arial" w:hAnsi="Arial"/>
        </w:rPr>
        <w:t>nding driving</w:t>
      </w:r>
      <w:r>
        <w:rPr>
          <w:rFonts w:ascii="Arial" w:hAnsi="Arial"/>
        </w:rPr>
        <w:t xml:space="preserve"> us, but also feeling that there's s</w:t>
      </w:r>
      <w:r w:rsidR="00904914">
        <w:rPr>
          <w:rFonts w:ascii="Arial" w:hAnsi="Arial"/>
        </w:rPr>
        <w:t>omething that we can do about [</w:t>
      </w:r>
      <w:r w:rsidR="00904914" w:rsidRPr="00C64B17">
        <w:rPr>
          <w:rFonts w:ascii="Arial" w:hAnsi="Arial"/>
          <w:i/>
        </w:rPr>
        <w:t>the prioritized diseases</w:t>
      </w:r>
      <w:r w:rsidR="00904914">
        <w:rPr>
          <w:rFonts w:ascii="Arial" w:hAnsi="Arial"/>
        </w:rPr>
        <w:t>]. If we feel like [</w:t>
      </w:r>
      <w:r w:rsidR="00904914" w:rsidRPr="00C64B17">
        <w:rPr>
          <w:rFonts w:ascii="Arial" w:hAnsi="Arial"/>
          <w:i/>
        </w:rPr>
        <w:t>a disease is</w:t>
      </w:r>
      <w:r w:rsidR="00904914">
        <w:rPr>
          <w:rFonts w:ascii="Arial" w:hAnsi="Arial"/>
        </w:rPr>
        <w:t xml:space="preserve">] </w:t>
      </w:r>
      <w:r>
        <w:rPr>
          <w:rFonts w:ascii="Arial" w:hAnsi="Arial"/>
        </w:rPr>
        <w:t>there in the background, and actually,</w:t>
      </w:r>
      <w:r w:rsidR="00904914">
        <w:rPr>
          <w:rFonts w:ascii="Arial" w:hAnsi="Arial"/>
        </w:rPr>
        <w:t xml:space="preserve"> there's very few interventions</w:t>
      </w:r>
      <w:r>
        <w:rPr>
          <w:rFonts w:ascii="Arial" w:hAnsi="Arial"/>
        </w:rPr>
        <w:t xml:space="preserve"> and it takes a pandemic, for us to think, well, we ha</w:t>
      </w:r>
      <w:r w:rsidR="00904914">
        <w:rPr>
          <w:rFonts w:ascii="Arial" w:hAnsi="Arial"/>
        </w:rPr>
        <w:t xml:space="preserve">ve to do something, </w:t>
      </w:r>
      <w:r>
        <w:rPr>
          <w:rFonts w:ascii="Arial" w:hAnsi="Arial"/>
        </w:rPr>
        <w:t xml:space="preserve">whereas a lot of diseases are perhaps invisible, and they only </w:t>
      </w:r>
      <w:r w:rsidR="00904914">
        <w:rPr>
          <w:rFonts w:ascii="Arial" w:hAnsi="Arial"/>
        </w:rPr>
        <w:t xml:space="preserve">become visible </w:t>
      </w:r>
      <w:r>
        <w:rPr>
          <w:rFonts w:ascii="Arial" w:hAnsi="Arial"/>
        </w:rPr>
        <w:t xml:space="preserve">once we think we can do something, and then we do the studies </w:t>
      </w:r>
      <w:r w:rsidR="00904914">
        <w:rPr>
          <w:rFonts w:ascii="Arial" w:hAnsi="Arial"/>
        </w:rPr>
        <w:t xml:space="preserve">to </w:t>
      </w:r>
      <w:r>
        <w:rPr>
          <w:rFonts w:ascii="Arial" w:hAnsi="Arial"/>
        </w:rPr>
        <w:t>unmask them. So I think there is, I mean,</w:t>
      </w:r>
      <w:r w:rsidR="00904914">
        <w:rPr>
          <w:rFonts w:ascii="Arial" w:hAnsi="Arial"/>
        </w:rPr>
        <w:t xml:space="preserve"> I don't know how we drive it, b</w:t>
      </w:r>
      <w:r>
        <w:rPr>
          <w:rFonts w:ascii="Arial" w:hAnsi="Arial"/>
        </w:rPr>
        <w:t>ut I think what that means is that sometimes we don't prioritize actually maki</w:t>
      </w:r>
      <w:r w:rsidR="00904914">
        <w:rPr>
          <w:rFonts w:ascii="Arial" w:hAnsi="Arial"/>
        </w:rPr>
        <w:t>ng the intervention because [</w:t>
      </w:r>
      <w:r w:rsidR="00904914" w:rsidRPr="00C64B17">
        <w:rPr>
          <w:rFonts w:ascii="Arial" w:hAnsi="Arial"/>
          <w:i/>
        </w:rPr>
        <w:t>the disease</w:t>
      </w:r>
      <w:r w:rsidR="00904914">
        <w:rPr>
          <w:rFonts w:ascii="Arial" w:hAnsi="Arial"/>
        </w:rPr>
        <w:t>] is</w:t>
      </w:r>
      <w:r>
        <w:rPr>
          <w:rFonts w:ascii="Arial" w:hAnsi="Arial"/>
        </w:rPr>
        <w:t xml:space="preserve"> kind of hidden. Thanks. </w:t>
      </w:r>
    </w:p>
    <w:p w14:paraId="2ED91A71" w14:textId="77777777" w:rsidR="006A5EC7" w:rsidRDefault="006A5EC7" w:rsidP="008516AC">
      <w:pPr>
        <w:spacing w:after="0"/>
        <w:jc w:val="both"/>
      </w:pPr>
    </w:p>
    <w:p w14:paraId="59D81B7E" w14:textId="02AA1AE5" w:rsidR="006A5EC7" w:rsidRDefault="008516AC" w:rsidP="008516AC">
      <w:pPr>
        <w:spacing w:after="0"/>
        <w:jc w:val="both"/>
      </w:pPr>
      <w:r>
        <w:rPr>
          <w:rFonts w:ascii="Arial" w:hAnsi="Arial"/>
          <w:b/>
        </w:rPr>
        <w:t xml:space="preserve">Addis Facilitator </w:t>
      </w:r>
      <w:r w:rsidR="00CF0EA4">
        <w:rPr>
          <w:rFonts w:ascii="Arial" w:hAnsi="Arial"/>
          <w:b/>
        </w:rPr>
        <w:t>2</w:t>
      </w:r>
    </w:p>
    <w:p w14:paraId="52A3A4B0" w14:textId="20C2A344" w:rsidR="006A5EC7" w:rsidRDefault="00904914" w:rsidP="008516AC">
      <w:pPr>
        <w:spacing w:after="0"/>
        <w:jc w:val="both"/>
      </w:pPr>
      <w:r>
        <w:rPr>
          <w:rFonts w:ascii="Arial" w:hAnsi="Arial"/>
        </w:rPr>
        <w:t>We would like</w:t>
      </w:r>
      <w:r w:rsidR="00FD4E37">
        <w:rPr>
          <w:rFonts w:ascii="Arial" w:hAnsi="Arial"/>
        </w:rPr>
        <w:t xml:space="preserve"> to insist on </w:t>
      </w:r>
      <w:r>
        <w:rPr>
          <w:rFonts w:ascii="Arial" w:hAnsi="Arial"/>
        </w:rPr>
        <w:t xml:space="preserve">discussing </w:t>
      </w:r>
      <w:r w:rsidR="00FD4E37">
        <w:rPr>
          <w:rFonts w:ascii="Arial" w:hAnsi="Arial"/>
        </w:rPr>
        <w:t>the pri</w:t>
      </w:r>
      <w:r>
        <w:rPr>
          <w:rFonts w:ascii="Arial" w:hAnsi="Arial"/>
        </w:rPr>
        <w:t>ority diseases, we'll come to</w:t>
      </w:r>
      <w:r w:rsidR="00FD4E37">
        <w:rPr>
          <w:rFonts w:ascii="Arial" w:hAnsi="Arial"/>
        </w:rPr>
        <w:t xml:space="preserve"> areas of research</w:t>
      </w:r>
      <w:r>
        <w:rPr>
          <w:rFonts w:ascii="Arial" w:hAnsi="Arial"/>
        </w:rPr>
        <w:t xml:space="preserve"> [</w:t>
      </w:r>
      <w:r w:rsidRPr="00C64B17">
        <w:rPr>
          <w:rFonts w:ascii="Arial" w:hAnsi="Arial"/>
          <w:i/>
        </w:rPr>
        <w:t>that are needed</w:t>
      </w:r>
      <w:r>
        <w:rPr>
          <w:rFonts w:ascii="Arial" w:hAnsi="Arial"/>
        </w:rPr>
        <w:t>]</w:t>
      </w:r>
      <w:r w:rsidR="00FD4E37">
        <w:rPr>
          <w:rFonts w:ascii="Arial" w:hAnsi="Arial"/>
        </w:rPr>
        <w:t xml:space="preserve">, and we'll see what the </w:t>
      </w:r>
      <w:r>
        <w:rPr>
          <w:rFonts w:ascii="Arial" w:hAnsi="Arial"/>
        </w:rPr>
        <w:t xml:space="preserve">survey </w:t>
      </w:r>
      <w:r w:rsidR="00FD4E37">
        <w:rPr>
          <w:rFonts w:ascii="Arial" w:hAnsi="Arial"/>
        </w:rPr>
        <w:t>respondents s</w:t>
      </w:r>
      <w:r>
        <w:rPr>
          <w:rFonts w:ascii="Arial" w:hAnsi="Arial"/>
        </w:rPr>
        <w:t xml:space="preserve">aid, and also, you can </w:t>
      </w:r>
      <w:r w:rsidR="00FD4E37">
        <w:rPr>
          <w:rFonts w:ascii="Arial" w:hAnsi="Arial"/>
        </w:rPr>
        <w:t xml:space="preserve">tell us what you think. But we really want </w:t>
      </w:r>
      <w:r>
        <w:rPr>
          <w:rFonts w:ascii="Arial" w:hAnsi="Arial"/>
        </w:rPr>
        <w:t>to discuss the priority diseases identified in the survey</w:t>
      </w:r>
      <w:r w:rsidR="0094743D">
        <w:rPr>
          <w:rFonts w:ascii="Arial" w:hAnsi="Arial"/>
        </w:rPr>
        <w:t>. Also just a reminder</w:t>
      </w:r>
      <w:r>
        <w:rPr>
          <w:rFonts w:ascii="Arial" w:hAnsi="Arial"/>
        </w:rPr>
        <w:t xml:space="preserve"> </w:t>
      </w:r>
      <w:r w:rsidR="00FD4E37">
        <w:rPr>
          <w:rFonts w:ascii="Arial" w:hAnsi="Arial"/>
        </w:rPr>
        <w:t xml:space="preserve">that </w:t>
      </w:r>
      <w:r>
        <w:rPr>
          <w:rFonts w:ascii="Arial" w:hAnsi="Arial"/>
        </w:rPr>
        <w:t xml:space="preserve">we have </w:t>
      </w:r>
      <w:r>
        <w:rPr>
          <w:rFonts w:ascii="Arial" w:hAnsi="Arial"/>
        </w:rPr>
        <w:lastRenderedPageBreak/>
        <w:t xml:space="preserve">presented </w:t>
      </w:r>
      <w:r w:rsidR="00FD4E37">
        <w:rPr>
          <w:rFonts w:ascii="Arial" w:hAnsi="Arial"/>
        </w:rPr>
        <w:t xml:space="preserve">the </w:t>
      </w:r>
      <w:r w:rsidR="0094743D">
        <w:rPr>
          <w:rFonts w:ascii="Arial" w:hAnsi="Arial"/>
        </w:rPr>
        <w:t>[</w:t>
      </w:r>
      <w:r w:rsidR="00FD4E37" w:rsidRPr="00C64B17">
        <w:rPr>
          <w:rFonts w:ascii="Arial" w:hAnsi="Arial"/>
          <w:i/>
        </w:rPr>
        <w:t>top 10</w:t>
      </w:r>
      <w:r w:rsidR="0094743D" w:rsidRPr="00C64B17">
        <w:rPr>
          <w:rFonts w:ascii="Arial" w:hAnsi="Arial"/>
          <w:i/>
        </w:rPr>
        <w:t xml:space="preserve"> diseases identified in the survey</w:t>
      </w:r>
      <w:r w:rsidR="0094743D" w:rsidRPr="00C64B17">
        <w:rPr>
          <w:rFonts w:ascii="Arial" w:hAnsi="Arial"/>
        </w:rPr>
        <w:t>],</w:t>
      </w:r>
      <w:r w:rsidR="0094743D">
        <w:rPr>
          <w:rFonts w:ascii="Arial" w:hAnsi="Arial"/>
        </w:rPr>
        <w:t xml:space="preserve"> out of</w:t>
      </w:r>
      <w:r w:rsidR="00FD4E37">
        <w:rPr>
          <w:rFonts w:ascii="Arial" w:hAnsi="Arial"/>
        </w:rPr>
        <w:t xml:space="preserve"> </w:t>
      </w:r>
      <w:r w:rsidR="005A685C">
        <w:rPr>
          <w:rFonts w:ascii="Arial" w:hAnsi="Arial"/>
        </w:rPr>
        <w:t>251</w:t>
      </w:r>
      <w:r w:rsidR="00FD4E37">
        <w:rPr>
          <w:rFonts w:ascii="Arial" w:hAnsi="Arial"/>
        </w:rPr>
        <w:t xml:space="preserve">. But also </w:t>
      </w:r>
      <w:r w:rsidR="0094743D">
        <w:rPr>
          <w:rFonts w:ascii="Arial" w:hAnsi="Arial"/>
        </w:rPr>
        <w:t xml:space="preserve">we, </w:t>
      </w:r>
      <w:r w:rsidR="00FD4E37">
        <w:rPr>
          <w:rFonts w:ascii="Arial" w:hAnsi="Arial"/>
        </w:rPr>
        <w:t>want to hear from you</w:t>
      </w:r>
      <w:r w:rsidR="005A685C">
        <w:rPr>
          <w:rFonts w:ascii="Arial" w:hAnsi="Arial"/>
        </w:rPr>
        <w:t>r</w:t>
      </w:r>
      <w:r w:rsidR="00FD4E37">
        <w:rPr>
          <w:rFonts w:ascii="Arial" w:hAnsi="Arial"/>
        </w:rPr>
        <w:t xml:space="preserve"> context. How would you rank these</w:t>
      </w:r>
      <w:r w:rsidR="0094743D">
        <w:rPr>
          <w:rFonts w:ascii="Arial" w:hAnsi="Arial"/>
        </w:rPr>
        <w:t xml:space="preserve"> diseases</w:t>
      </w:r>
      <w:r w:rsidR="00FD4E37">
        <w:rPr>
          <w:rFonts w:ascii="Arial" w:hAnsi="Arial"/>
        </w:rPr>
        <w:t>? Do you agre</w:t>
      </w:r>
      <w:r w:rsidR="0094743D">
        <w:rPr>
          <w:rFonts w:ascii="Arial" w:hAnsi="Arial"/>
        </w:rPr>
        <w:t>e or disagree? And tell us more.</w:t>
      </w:r>
    </w:p>
    <w:p w14:paraId="41654828" w14:textId="1FA19924" w:rsidR="006A5EC7" w:rsidRDefault="006A5EC7" w:rsidP="008516AC">
      <w:pPr>
        <w:spacing w:after="0"/>
        <w:jc w:val="both"/>
      </w:pPr>
    </w:p>
    <w:p w14:paraId="658DF1AF" w14:textId="2B4590FA" w:rsidR="006A5EC7" w:rsidRDefault="0094743D" w:rsidP="008516AC">
      <w:pPr>
        <w:spacing w:after="0"/>
        <w:jc w:val="both"/>
      </w:pPr>
      <w:r>
        <w:rPr>
          <w:rFonts w:ascii="Arial" w:hAnsi="Arial"/>
          <w:b/>
        </w:rPr>
        <w:t>Addis 29</w:t>
      </w:r>
    </w:p>
    <w:p w14:paraId="6A636398" w14:textId="623C9422" w:rsidR="00AD0785" w:rsidRDefault="00C64B17" w:rsidP="008516AC">
      <w:pPr>
        <w:spacing w:after="0"/>
        <w:jc w:val="both"/>
        <w:rPr>
          <w:rFonts w:ascii="Arial" w:hAnsi="Arial"/>
        </w:rPr>
      </w:pPr>
      <w:r>
        <w:rPr>
          <w:rFonts w:ascii="Arial" w:hAnsi="Arial"/>
        </w:rPr>
        <w:t>Thank you</w:t>
      </w:r>
      <w:r w:rsidR="0094743D">
        <w:rPr>
          <w:rFonts w:ascii="Arial" w:hAnsi="Arial"/>
        </w:rPr>
        <w:t xml:space="preserve">. </w:t>
      </w:r>
      <w:r w:rsidR="00FD4E37">
        <w:rPr>
          <w:rFonts w:ascii="Arial" w:hAnsi="Arial"/>
        </w:rPr>
        <w:t xml:space="preserve">This might be a bit unpopular, given what's just been said, but I just want to advocate for TB. I think it absolutely should be at the top of the list. I think it kills a lot of people and has been underfunded for a long time. </w:t>
      </w:r>
      <w:r w:rsidR="0094743D">
        <w:rPr>
          <w:rFonts w:ascii="Arial" w:hAnsi="Arial"/>
        </w:rPr>
        <w:t>I would advocate for</w:t>
      </w:r>
      <w:r w:rsidR="00FD4E37">
        <w:rPr>
          <w:rFonts w:ascii="Arial" w:hAnsi="Arial"/>
        </w:rPr>
        <w:t xml:space="preserve"> TB, staying at the top of the list</w:t>
      </w:r>
      <w:r w:rsidR="0094743D">
        <w:rPr>
          <w:rFonts w:ascii="Arial" w:hAnsi="Arial"/>
        </w:rPr>
        <w:t xml:space="preserve"> [</w:t>
      </w:r>
      <w:r w:rsidR="0094743D" w:rsidRPr="00C64B17">
        <w:rPr>
          <w:rFonts w:ascii="Arial" w:hAnsi="Arial"/>
          <w:i/>
        </w:rPr>
        <w:t>of priority diseases</w:t>
      </w:r>
      <w:r w:rsidR="0094743D">
        <w:rPr>
          <w:rFonts w:ascii="Arial" w:hAnsi="Arial"/>
        </w:rPr>
        <w:t>]</w:t>
      </w:r>
      <w:r w:rsidR="00FD4E37">
        <w:rPr>
          <w:rFonts w:ascii="Arial" w:hAnsi="Arial"/>
        </w:rPr>
        <w:t xml:space="preserve">. </w:t>
      </w:r>
    </w:p>
    <w:p w14:paraId="0ABAB2F0" w14:textId="77777777" w:rsidR="00AD0785" w:rsidRDefault="00AD0785" w:rsidP="008516AC">
      <w:pPr>
        <w:spacing w:after="0"/>
        <w:jc w:val="both"/>
        <w:rPr>
          <w:rFonts w:ascii="Arial" w:hAnsi="Arial"/>
        </w:rPr>
      </w:pPr>
    </w:p>
    <w:p w14:paraId="117DA789" w14:textId="2C60259A" w:rsidR="006A5EC7" w:rsidRDefault="0094743D" w:rsidP="008516AC">
      <w:pPr>
        <w:spacing w:after="0"/>
        <w:jc w:val="both"/>
      </w:pPr>
      <w:r>
        <w:rPr>
          <w:rFonts w:ascii="Arial" w:hAnsi="Arial"/>
        </w:rPr>
        <w:t>The other thing that I think is really interesting is how important people think that</w:t>
      </w:r>
      <w:r w:rsidR="00FD4E37">
        <w:rPr>
          <w:rFonts w:ascii="Arial" w:hAnsi="Arial"/>
        </w:rPr>
        <w:t xml:space="preserve"> public awareness of diseases </w:t>
      </w:r>
      <w:r>
        <w:rPr>
          <w:rFonts w:ascii="Arial" w:hAnsi="Arial"/>
        </w:rPr>
        <w:t xml:space="preserve">is, </w:t>
      </w:r>
      <w:r w:rsidR="00FD4E37">
        <w:rPr>
          <w:rFonts w:ascii="Arial" w:hAnsi="Arial"/>
        </w:rPr>
        <w:t>rather than just medical or biomedical research. I just wanted to bring that into the conversation and see how we center some of tha</w:t>
      </w:r>
      <w:r>
        <w:rPr>
          <w:rFonts w:ascii="Arial" w:hAnsi="Arial"/>
        </w:rPr>
        <w:t>t and also resource that work, a</w:t>
      </w:r>
      <w:r w:rsidR="00FD4E37">
        <w:rPr>
          <w:rFonts w:ascii="Arial" w:hAnsi="Arial"/>
        </w:rPr>
        <w:t>nd make sure that it's cutting edge alongside the science.</w:t>
      </w:r>
    </w:p>
    <w:p w14:paraId="1C90E7E5" w14:textId="77777777" w:rsidR="006A5EC7" w:rsidRDefault="006A5EC7" w:rsidP="008516AC">
      <w:pPr>
        <w:spacing w:after="0"/>
        <w:jc w:val="both"/>
      </w:pPr>
    </w:p>
    <w:p w14:paraId="7E1D0DB6" w14:textId="26B7B838" w:rsidR="006A5EC7" w:rsidRDefault="008516AC" w:rsidP="008516AC">
      <w:pPr>
        <w:spacing w:after="0"/>
        <w:jc w:val="both"/>
      </w:pPr>
      <w:r>
        <w:rPr>
          <w:rFonts w:ascii="Arial" w:hAnsi="Arial"/>
          <w:b/>
        </w:rPr>
        <w:t xml:space="preserve">Addis Facilitator </w:t>
      </w:r>
      <w:r w:rsidR="00CF0EA4">
        <w:rPr>
          <w:rFonts w:ascii="Arial" w:hAnsi="Arial"/>
          <w:b/>
        </w:rPr>
        <w:t>2</w:t>
      </w:r>
    </w:p>
    <w:p w14:paraId="3BA3F0EF" w14:textId="326B0D30" w:rsidR="006A5EC7" w:rsidRDefault="0094743D" w:rsidP="008516AC">
      <w:pPr>
        <w:spacing w:after="0"/>
        <w:jc w:val="both"/>
      </w:pPr>
      <w:r>
        <w:rPr>
          <w:rFonts w:ascii="Arial" w:hAnsi="Arial"/>
        </w:rPr>
        <w:t>Thank you, and</w:t>
      </w:r>
      <w:r w:rsidR="00FD4E37">
        <w:rPr>
          <w:rFonts w:ascii="Arial" w:hAnsi="Arial"/>
        </w:rPr>
        <w:t xml:space="preserve"> we'll definitely be coming to the enablers and sort of opportunities and barriers. So hopefully we can delve into that.</w:t>
      </w:r>
    </w:p>
    <w:p w14:paraId="1B5ED75E" w14:textId="77777777" w:rsidR="006A5EC7" w:rsidRDefault="006A5EC7" w:rsidP="008516AC">
      <w:pPr>
        <w:spacing w:after="0"/>
        <w:jc w:val="both"/>
      </w:pPr>
    </w:p>
    <w:p w14:paraId="2079031F" w14:textId="100E7297" w:rsidR="006A5EC7" w:rsidRDefault="0094743D" w:rsidP="008516AC">
      <w:pPr>
        <w:spacing w:after="0"/>
        <w:jc w:val="both"/>
      </w:pPr>
      <w:r>
        <w:rPr>
          <w:rFonts w:ascii="Arial" w:hAnsi="Arial"/>
          <w:b/>
        </w:rPr>
        <w:t>Addis 12</w:t>
      </w:r>
    </w:p>
    <w:p w14:paraId="46F86877" w14:textId="4CCD5E24" w:rsidR="00AD0785" w:rsidRDefault="0094743D" w:rsidP="008516AC">
      <w:pPr>
        <w:spacing w:after="0"/>
        <w:jc w:val="both"/>
        <w:rPr>
          <w:rFonts w:ascii="Arial" w:hAnsi="Arial"/>
        </w:rPr>
      </w:pPr>
      <w:r>
        <w:rPr>
          <w:rFonts w:ascii="Arial" w:hAnsi="Arial"/>
        </w:rPr>
        <w:t xml:space="preserve">I </w:t>
      </w:r>
      <w:r w:rsidR="00FD4E37">
        <w:rPr>
          <w:rFonts w:ascii="Arial" w:hAnsi="Arial"/>
        </w:rPr>
        <w:t>would like to have a clear d</w:t>
      </w:r>
      <w:r>
        <w:rPr>
          <w:rFonts w:ascii="Arial" w:hAnsi="Arial"/>
        </w:rPr>
        <w:t>efinition of</w:t>
      </w:r>
      <w:r w:rsidR="00263FC0">
        <w:rPr>
          <w:rFonts w:ascii="Arial" w:hAnsi="Arial"/>
        </w:rPr>
        <w:t xml:space="preserve"> [</w:t>
      </w:r>
      <w:r w:rsidR="00263FC0" w:rsidRPr="00C64B17">
        <w:rPr>
          <w:rFonts w:ascii="Arial" w:hAnsi="Arial"/>
          <w:i/>
        </w:rPr>
        <w:t>reservoirs</w:t>
      </w:r>
      <w:r w:rsidR="00263FC0">
        <w:rPr>
          <w:rFonts w:ascii="Arial" w:hAnsi="Arial"/>
        </w:rPr>
        <w:t>]. I</w:t>
      </w:r>
      <w:r>
        <w:rPr>
          <w:rFonts w:ascii="Arial" w:hAnsi="Arial"/>
        </w:rPr>
        <w:t xml:space="preserve">n the title of the workshop, it says microbial reservoirs. What is the </w:t>
      </w:r>
      <w:r w:rsidR="00FD4E37">
        <w:rPr>
          <w:rFonts w:ascii="Arial" w:hAnsi="Arial"/>
        </w:rPr>
        <w:t>Wellcome Trust</w:t>
      </w:r>
      <w:r>
        <w:rPr>
          <w:rFonts w:ascii="Arial" w:hAnsi="Arial"/>
        </w:rPr>
        <w:t>’s definition</w:t>
      </w:r>
      <w:r w:rsidR="00FD4E37">
        <w:rPr>
          <w:rFonts w:ascii="Arial" w:hAnsi="Arial"/>
        </w:rPr>
        <w:t xml:space="preserve"> of that and how it relates to these? </w:t>
      </w:r>
    </w:p>
    <w:p w14:paraId="3834A865" w14:textId="77777777" w:rsidR="00AD0785" w:rsidRDefault="00AD0785" w:rsidP="008516AC">
      <w:pPr>
        <w:spacing w:after="0"/>
        <w:jc w:val="both"/>
        <w:rPr>
          <w:rFonts w:ascii="Arial" w:hAnsi="Arial"/>
        </w:rPr>
      </w:pPr>
    </w:p>
    <w:p w14:paraId="5D798B29" w14:textId="014C9D1B" w:rsidR="006A5EC7" w:rsidRDefault="00FD4E37" w:rsidP="008516AC">
      <w:pPr>
        <w:spacing w:after="0"/>
        <w:jc w:val="both"/>
      </w:pPr>
      <w:r>
        <w:rPr>
          <w:rFonts w:ascii="Arial" w:hAnsi="Arial"/>
        </w:rPr>
        <w:t xml:space="preserve">And the second question, I would like to go back to what has been said about animal diseases. If we look at the impact of infectious diseases on human health, and we take the broad definition of human </w:t>
      </w:r>
      <w:r w:rsidR="005A685C">
        <w:rPr>
          <w:rFonts w:ascii="Arial" w:hAnsi="Arial"/>
        </w:rPr>
        <w:t>health</w:t>
      </w:r>
      <w:r>
        <w:rPr>
          <w:rFonts w:ascii="Arial" w:hAnsi="Arial"/>
        </w:rPr>
        <w:t>,</w:t>
      </w:r>
      <w:r w:rsidR="0094743D">
        <w:rPr>
          <w:rFonts w:ascii="Arial" w:hAnsi="Arial"/>
        </w:rPr>
        <w:t xml:space="preserve"> including livelihoods and well</w:t>
      </w:r>
      <w:r>
        <w:rPr>
          <w:rFonts w:ascii="Arial" w:hAnsi="Arial"/>
        </w:rPr>
        <w:t xml:space="preserve">being you have very important livestock diseases, for example, like </w:t>
      </w:r>
      <w:r w:rsidR="0094743D">
        <w:rPr>
          <w:rFonts w:ascii="Arial" w:hAnsi="Arial"/>
        </w:rPr>
        <w:t>[</w:t>
      </w:r>
      <w:r w:rsidR="0094743D" w:rsidRPr="00DB3A44">
        <w:rPr>
          <w:rFonts w:ascii="Arial" w:hAnsi="Arial"/>
          <w:i/>
        </w:rPr>
        <w:t>unintelligible</w:t>
      </w:r>
      <w:r w:rsidR="0094743D">
        <w:rPr>
          <w:rFonts w:ascii="Arial" w:hAnsi="Arial"/>
        </w:rPr>
        <w:t>]</w:t>
      </w:r>
      <w:r>
        <w:rPr>
          <w:rFonts w:ascii="Arial" w:hAnsi="Arial"/>
        </w:rPr>
        <w:t xml:space="preserve"> or tick borne diseases that are </w:t>
      </w:r>
      <w:r w:rsidR="0094743D">
        <w:rPr>
          <w:rFonts w:ascii="Arial" w:hAnsi="Arial"/>
        </w:rPr>
        <w:t>impacting pastoralist and agro-</w:t>
      </w:r>
      <w:r>
        <w:rPr>
          <w:rFonts w:ascii="Arial" w:hAnsi="Arial"/>
        </w:rPr>
        <w:t>pastoralist communities that are some of the poorest</w:t>
      </w:r>
      <w:r w:rsidR="0094743D">
        <w:rPr>
          <w:rFonts w:ascii="Arial" w:hAnsi="Arial"/>
        </w:rPr>
        <w:t xml:space="preserve"> communities. S</w:t>
      </w:r>
      <w:r>
        <w:rPr>
          <w:rFonts w:ascii="Arial" w:hAnsi="Arial"/>
        </w:rPr>
        <w:t>o how does that fit into that p</w:t>
      </w:r>
      <w:r w:rsidR="0094743D">
        <w:rPr>
          <w:rFonts w:ascii="Arial" w:hAnsi="Arial"/>
        </w:rPr>
        <w:t>icture? Are we out of context, o</w:t>
      </w:r>
      <w:r>
        <w:rPr>
          <w:rFonts w:ascii="Arial" w:hAnsi="Arial"/>
        </w:rPr>
        <w:t>r are we in it?</w:t>
      </w:r>
    </w:p>
    <w:p w14:paraId="1ADC8800" w14:textId="77777777" w:rsidR="006A5EC7" w:rsidRDefault="006A5EC7" w:rsidP="008516AC">
      <w:pPr>
        <w:spacing w:after="0"/>
        <w:jc w:val="both"/>
      </w:pPr>
    </w:p>
    <w:p w14:paraId="195A3541" w14:textId="32A54ADF" w:rsidR="006A5EC7" w:rsidRDefault="008516AC" w:rsidP="008516AC">
      <w:pPr>
        <w:spacing w:after="0"/>
        <w:jc w:val="both"/>
      </w:pPr>
      <w:r>
        <w:rPr>
          <w:rFonts w:ascii="Arial" w:hAnsi="Arial"/>
          <w:b/>
        </w:rPr>
        <w:t xml:space="preserve">Addis Facilitator </w:t>
      </w:r>
      <w:r w:rsidR="00CF0EA4">
        <w:rPr>
          <w:rFonts w:ascii="Arial" w:hAnsi="Arial"/>
          <w:b/>
        </w:rPr>
        <w:t>1</w:t>
      </w:r>
      <w:r w:rsidR="0094743D">
        <w:rPr>
          <w:rFonts w:ascii="Arial" w:hAnsi="Arial"/>
          <w:b/>
        </w:rPr>
        <w:t xml:space="preserve"> </w:t>
      </w:r>
    </w:p>
    <w:p w14:paraId="60DF7209" w14:textId="05847EC8" w:rsidR="006A5EC7" w:rsidRDefault="00FD4E37" w:rsidP="008516AC">
      <w:pPr>
        <w:spacing w:after="0"/>
        <w:jc w:val="both"/>
      </w:pPr>
      <w:r>
        <w:rPr>
          <w:rFonts w:ascii="Arial" w:hAnsi="Arial"/>
        </w:rPr>
        <w:t>Thank you, A</w:t>
      </w:r>
      <w:r w:rsidR="00AD0785">
        <w:rPr>
          <w:rFonts w:ascii="Arial" w:hAnsi="Arial"/>
        </w:rPr>
        <w:t>ddis</w:t>
      </w:r>
      <w:r w:rsidR="0094743D">
        <w:rPr>
          <w:rFonts w:ascii="Arial" w:hAnsi="Arial"/>
        </w:rPr>
        <w:t xml:space="preserve"> </w:t>
      </w:r>
      <w:r w:rsidR="00AD0785">
        <w:rPr>
          <w:rFonts w:ascii="Arial" w:hAnsi="Arial"/>
        </w:rPr>
        <w:t>12</w:t>
      </w:r>
      <w:r>
        <w:rPr>
          <w:rFonts w:ascii="Arial" w:hAnsi="Arial"/>
        </w:rPr>
        <w:t>. I'm going to pass y</w:t>
      </w:r>
      <w:r w:rsidR="0094743D">
        <w:rPr>
          <w:rFonts w:ascii="Arial" w:hAnsi="Arial"/>
        </w:rPr>
        <w:t xml:space="preserve">our question on to Wellcome </w:t>
      </w:r>
      <w:r w:rsidR="00DB3A44">
        <w:rPr>
          <w:rFonts w:ascii="Arial" w:hAnsi="Arial"/>
        </w:rPr>
        <w:t xml:space="preserve">Representative </w:t>
      </w:r>
      <w:r w:rsidR="0094743D">
        <w:rPr>
          <w:rFonts w:ascii="Arial" w:hAnsi="Arial"/>
        </w:rPr>
        <w:t>1.</w:t>
      </w:r>
    </w:p>
    <w:p w14:paraId="7726A679" w14:textId="77777777" w:rsidR="006A5EC7" w:rsidRDefault="006A5EC7" w:rsidP="008516AC">
      <w:pPr>
        <w:spacing w:after="0"/>
        <w:jc w:val="both"/>
      </w:pPr>
    </w:p>
    <w:p w14:paraId="20CD5CAE" w14:textId="162EF388" w:rsidR="006A5EC7" w:rsidRDefault="00F7297A" w:rsidP="008516AC">
      <w:pPr>
        <w:spacing w:after="0"/>
        <w:jc w:val="both"/>
      </w:pPr>
      <w:r>
        <w:rPr>
          <w:rFonts w:ascii="Arial" w:hAnsi="Arial"/>
          <w:b/>
        </w:rPr>
        <w:t xml:space="preserve">Wellcome </w:t>
      </w:r>
      <w:r w:rsidR="008516AC">
        <w:rPr>
          <w:rFonts w:ascii="Arial" w:hAnsi="Arial"/>
          <w:b/>
        </w:rPr>
        <w:t xml:space="preserve">Representative </w:t>
      </w:r>
      <w:r>
        <w:rPr>
          <w:rFonts w:ascii="Arial" w:hAnsi="Arial"/>
          <w:b/>
        </w:rPr>
        <w:t>1</w:t>
      </w:r>
    </w:p>
    <w:p w14:paraId="01694845" w14:textId="054241A0" w:rsidR="006A5EC7" w:rsidRDefault="00AD0785" w:rsidP="008516AC">
      <w:pPr>
        <w:spacing w:after="0"/>
        <w:jc w:val="both"/>
      </w:pPr>
      <w:r>
        <w:rPr>
          <w:rFonts w:ascii="Arial" w:hAnsi="Arial"/>
        </w:rPr>
        <w:t>Great</w:t>
      </w:r>
      <w:r w:rsidR="00F7297A">
        <w:rPr>
          <w:rFonts w:ascii="Arial" w:hAnsi="Arial"/>
        </w:rPr>
        <w:t>, we</w:t>
      </w:r>
      <w:r>
        <w:rPr>
          <w:rFonts w:ascii="Arial" w:hAnsi="Arial"/>
        </w:rPr>
        <w:t xml:space="preserve"> prepare</w:t>
      </w:r>
      <w:r w:rsidR="00F7297A">
        <w:rPr>
          <w:rFonts w:ascii="Arial" w:hAnsi="Arial"/>
        </w:rPr>
        <w:t>d</w:t>
      </w:r>
      <w:r>
        <w:rPr>
          <w:rFonts w:ascii="Arial" w:hAnsi="Arial"/>
        </w:rPr>
        <w:t xml:space="preserve"> for this question thinking it would come up</w:t>
      </w:r>
      <w:r w:rsidR="00F7297A">
        <w:rPr>
          <w:rFonts w:ascii="Arial" w:hAnsi="Arial"/>
        </w:rPr>
        <w:t>, and we could give our definition, b</w:t>
      </w:r>
      <w:r>
        <w:rPr>
          <w:rFonts w:ascii="Arial" w:hAnsi="Arial"/>
        </w:rPr>
        <w:t>ut I think it's actually a moot point</w:t>
      </w:r>
      <w:r w:rsidR="00F7297A">
        <w:rPr>
          <w:rFonts w:ascii="Arial" w:hAnsi="Arial"/>
        </w:rPr>
        <w:t>. Really it’s</w:t>
      </w:r>
      <w:r>
        <w:rPr>
          <w:rFonts w:ascii="Arial" w:hAnsi="Arial"/>
        </w:rPr>
        <w:t xml:space="preserve"> around th</w:t>
      </w:r>
      <w:r w:rsidR="00F7297A">
        <w:rPr>
          <w:rFonts w:ascii="Arial" w:hAnsi="Arial"/>
        </w:rPr>
        <w:t>e definition for the groups</w:t>
      </w:r>
      <w:r>
        <w:rPr>
          <w:rFonts w:ascii="Arial" w:hAnsi="Arial"/>
        </w:rPr>
        <w:t xml:space="preserve"> represent</w:t>
      </w:r>
      <w:r w:rsidR="00416C11">
        <w:rPr>
          <w:rFonts w:ascii="Arial" w:hAnsi="Arial"/>
        </w:rPr>
        <w:t>ed</w:t>
      </w:r>
      <w:r>
        <w:rPr>
          <w:rFonts w:ascii="Arial" w:hAnsi="Arial"/>
        </w:rPr>
        <w:t xml:space="preserve"> </w:t>
      </w:r>
      <w:r w:rsidR="00F7297A">
        <w:rPr>
          <w:rFonts w:ascii="Arial" w:hAnsi="Arial"/>
        </w:rPr>
        <w:t xml:space="preserve">here </w:t>
      </w:r>
      <w:r>
        <w:rPr>
          <w:rFonts w:ascii="Arial" w:hAnsi="Arial"/>
        </w:rPr>
        <w:t xml:space="preserve">today. </w:t>
      </w:r>
      <w:r w:rsidR="00F7297A">
        <w:rPr>
          <w:rFonts w:ascii="Arial" w:hAnsi="Arial"/>
        </w:rPr>
        <w:t>M</w:t>
      </w:r>
      <w:r>
        <w:rPr>
          <w:rFonts w:ascii="Arial" w:hAnsi="Arial"/>
        </w:rPr>
        <w:t xml:space="preserve">icrobial communities is really around what is </w:t>
      </w:r>
      <w:r w:rsidR="00F7297A">
        <w:rPr>
          <w:rFonts w:ascii="Arial" w:hAnsi="Arial"/>
        </w:rPr>
        <w:t>a microbe what is a pathogen, it’s</w:t>
      </w:r>
      <w:r>
        <w:rPr>
          <w:rFonts w:ascii="Arial" w:hAnsi="Arial"/>
        </w:rPr>
        <w:t xml:space="preserve"> trying to make it more open because again, we don't always know what's comi</w:t>
      </w:r>
      <w:r w:rsidR="00F7297A">
        <w:rPr>
          <w:rFonts w:ascii="Arial" w:hAnsi="Arial"/>
        </w:rPr>
        <w:t>ng up. So I think it's very open</w:t>
      </w:r>
      <w:r>
        <w:rPr>
          <w:rFonts w:ascii="Arial" w:hAnsi="Arial"/>
        </w:rPr>
        <w:t>, but in terms of reservoirs and transmission dynamics, that is up to the group and how you're interpreting that.</w:t>
      </w:r>
    </w:p>
    <w:p w14:paraId="3F06365D" w14:textId="77777777" w:rsidR="006A5EC7" w:rsidRDefault="006A5EC7" w:rsidP="008516AC">
      <w:pPr>
        <w:spacing w:after="0"/>
        <w:jc w:val="both"/>
      </w:pPr>
    </w:p>
    <w:p w14:paraId="6C606992" w14:textId="595EAEC6" w:rsidR="006A5EC7" w:rsidRDefault="008516AC" w:rsidP="008516AC">
      <w:pPr>
        <w:spacing w:after="0"/>
        <w:jc w:val="both"/>
      </w:pPr>
      <w:r>
        <w:rPr>
          <w:rFonts w:ascii="Arial" w:hAnsi="Arial"/>
          <w:b/>
        </w:rPr>
        <w:t xml:space="preserve">Addis Facilitator </w:t>
      </w:r>
      <w:r w:rsidR="00CF0EA4">
        <w:rPr>
          <w:rFonts w:ascii="Arial" w:hAnsi="Arial"/>
          <w:b/>
        </w:rPr>
        <w:t>1</w:t>
      </w:r>
    </w:p>
    <w:p w14:paraId="49BEFEE6" w14:textId="1703F98B" w:rsidR="006A5EC7" w:rsidRDefault="00FD4E37" w:rsidP="008516AC">
      <w:pPr>
        <w:spacing w:after="0"/>
        <w:jc w:val="both"/>
      </w:pPr>
      <w:r>
        <w:rPr>
          <w:rFonts w:ascii="Arial" w:hAnsi="Arial"/>
        </w:rPr>
        <w:t>Thank you, and that point will be</w:t>
      </w:r>
      <w:r w:rsidR="00F7297A">
        <w:rPr>
          <w:rFonts w:ascii="Arial" w:hAnsi="Arial"/>
        </w:rPr>
        <w:t xml:space="preserve"> captured in in the discussion.</w:t>
      </w:r>
    </w:p>
    <w:p w14:paraId="3F4596F2" w14:textId="77777777" w:rsidR="006A5EC7" w:rsidRDefault="006A5EC7" w:rsidP="008516AC">
      <w:pPr>
        <w:spacing w:after="0"/>
        <w:jc w:val="both"/>
      </w:pPr>
    </w:p>
    <w:p w14:paraId="6BBC9023" w14:textId="3075FCCD" w:rsidR="006A5EC7" w:rsidRDefault="0098354D" w:rsidP="008516AC">
      <w:pPr>
        <w:spacing w:after="0"/>
        <w:jc w:val="both"/>
      </w:pPr>
      <w:r>
        <w:rPr>
          <w:rFonts w:ascii="Arial" w:hAnsi="Arial"/>
          <w:b/>
        </w:rPr>
        <w:t>Addis 3</w:t>
      </w:r>
    </w:p>
    <w:p w14:paraId="7E7541CD" w14:textId="363E5804" w:rsidR="00416C11" w:rsidRDefault="00FD4E37" w:rsidP="008516AC">
      <w:pPr>
        <w:spacing w:after="0"/>
        <w:jc w:val="both"/>
        <w:rPr>
          <w:rFonts w:ascii="Arial" w:hAnsi="Arial"/>
        </w:rPr>
      </w:pPr>
      <w:r>
        <w:rPr>
          <w:rFonts w:ascii="Arial" w:hAnsi="Arial"/>
        </w:rPr>
        <w:t>Thank you very much</w:t>
      </w:r>
      <w:r w:rsidR="00F7297A">
        <w:rPr>
          <w:rFonts w:ascii="Arial" w:hAnsi="Arial"/>
        </w:rPr>
        <w:t>. R</w:t>
      </w:r>
      <w:r>
        <w:rPr>
          <w:rFonts w:ascii="Arial" w:hAnsi="Arial"/>
        </w:rPr>
        <w:t>egarding the disease priority setting, what we have from surveys</w:t>
      </w:r>
      <w:r w:rsidR="00F7297A">
        <w:rPr>
          <w:rFonts w:ascii="Arial" w:hAnsi="Arial"/>
        </w:rPr>
        <w:t xml:space="preserve"> -</w:t>
      </w:r>
      <w:r>
        <w:rPr>
          <w:rFonts w:ascii="Arial" w:hAnsi="Arial"/>
        </w:rPr>
        <w:t xml:space="preserve"> I'm not</w:t>
      </w:r>
      <w:r w:rsidR="00F7297A">
        <w:rPr>
          <w:rFonts w:ascii="Arial" w:hAnsi="Arial"/>
        </w:rPr>
        <w:t xml:space="preserve"> a bit comfortable with it. </w:t>
      </w:r>
      <w:r>
        <w:rPr>
          <w:rFonts w:ascii="Arial" w:hAnsi="Arial"/>
        </w:rPr>
        <w:t xml:space="preserve">I want to suggest we use additional approaches such as evidence synthesis, where </w:t>
      </w:r>
      <w:r>
        <w:rPr>
          <w:rFonts w:ascii="Arial" w:hAnsi="Arial"/>
        </w:rPr>
        <w:lastRenderedPageBreak/>
        <w:t xml:space="preserve">we can do some reviews </w:t>
      </w:r>
      <w:r w:rsidR="005A685C">
        <w:rPr>
          <w:rFonts w:ascii="Arial" w:hAnsi="Arial"/>
        </w:rPr>
        <w:t>t</w:t>
      </w:r>
      <w:r>
        <w:rPr>
          <w:rFonts w:ascii="Arial" w:hAnsi="Arial"/>
        </w:rPr>
        <w:t>o find out if what is here is a true reflection of what has be</w:t>
      </w:r>
      <w:r w:rsidR="00F7297A">
        <w:rPr>
          <w:rFonts w:ascii="Arial" w:hAnsi="Arial"/>
        </w:rPr>
        <w:t>en published. That is one. T</w:t>
      </w:r>
      <w:r>
        <w:rPr>
          <w:rFonts w:ascii="Arial" w:hAnsi="Arial"/>
        </w:rPr>
        <w:t>wo, we can a</w:t>
      </w:r>
      <w:r w:rsidR="00F7297A">
        <w:rPr>
          <w:rFonts w:ascii="Arial" w:hAnsi="Arial"/>
        </w:rPr>
        <w:t xml:space="preserve">lso resort to sampling where </w:t>
      </w:r>
      <w:r>
        <w:rPr>
          <w:rFonts w:ascii="Arial" w:hAnsi="Arial"/>
        </w:rPr>
        <w:t>definitely we can</w:t>
      </w:r>
      <w:r w:rsidR="00416C11">
        <w:rPr>
          <w:rFonts w:ascii="Arial" w:hAnsi="Arial"/>
        </w:rPr>
        <w:t>not</w:t>
      </w:r>
      <w:r w:rsidR="00F7297A">
        <w:rPr>
          <w:rFonts w:ascii="Arial" w:hAnsi="Arial"/>
        </w:rPr>
        <w:t xml:space="preserve"> contact everybody, b</w:t>
      </w:r>
      <w:r>
        <w:rPr>
          <w:rFonts w:ascii="Arial" w:hAnsi="Arial"/>
        </w:rPr>
        <w:t>ut</w:t>
      </w:r>
      <w:r w:rsidR="00F7297A">
        <w:rPr>
          <w:rFonts w:ascii="Arial" w:hAnsi="Arial"/>
        </w:rPr>
        <w:t>,</w:t>
      </w:r>
      <w:r>
        <w:rPr>
          <w:rFonts w:ascii="Arial" w:hAnsi="Arial"/>
        </w:rPr>
        <w:t xml:space="preserve"> we know every country has a health system. For instance, </w:t>
      </w:r>
      <w:r w:rsidR="00F7297A">
        <w:rPr>
          <w:rFonts w:ascii="Arial" w:hAnsi="Arial"/>
        </w:rPr>
        <w:t>in</w:t>
      </w:r>
      <w:r>
        <w:rPr>
          <w:rFonts w:ascii="Arial" w:hAnsi="Arial"/>
        </w:rPr>
        <w:t xml:space="preserve"> Ghana, </w:t>
      </w:r>
      <w:r w:rsidR="00F7297A">
        <w:rPr>
          <w:rFonts w:ascii="Arial" w:hAnsi="Arial"/>
        </w:rPr>
        <w:t>there is the Ghana Health Service, a</w:t>
      </w:r>
      <w:r>
        <w:rPr>
          <w:rFonts w:ascii="Arial" w:hAnsi="Arial"/>
        </w:rPr>
        <w:t>nd once you get</w:t>
      </w:r>
      <w:r w:rsidR="00F7297A">
        <w:rPr>
          <w:rFonts w:ascii="Arial" w:hAnsi="Arial"/>
        </w:rPr>
        <w:t xml:space="preserve"> there</w:t>
      </w:r>
      <w:r>
        <w:rPr>
          <w:rFonts w:ascii="Arial" w:hAnsi="Arial"/>
        </w:rPr>
        <w:t xml:space="preserve">, you can get some </w:t>
      </w:r>
      <w:r w:rsidR="00F7297A">
        <w:rPr>
          <w:rFonts w:ascii="Arial" w:hAnsi="Arial"/>
        </w:rPr>
        <w:t xml:space="preserve">data. So we could get data </w:t>
      </w:r>
      <w:r>
        <w:rPr>
          <w:rFonts w:ascii="Arial" w:hAnsi="Arial"/>
        </w:rPr>
        <w:t xml:space="preserve">by sampling, and then also doing some evidence </w:t>
      </w:r>
      <w:r w:rsidR="00F7297A">
        <w:rPr>
          <w:rFonts w:ascii="Arial" w:hAnsi="Arial"/>
        </w:rPr>
        <w:t>synthesis</w:t>
      </w:r>
      <w:r>
        <w:rPr>
          <w:rFonts w:ascii="Arial" w:hAnsi="Arial"/>
        </w:rPr>
        <w:t xml:space="preserve"> to see if what we have here really reflects. </w:t>
      </w:r>
    </w:p>
    <w:p w14:paraId="5345AA12" w14:textId="77777777" w:rsidR="00416C11" w:rsidRDefault="00416C11" w:rsidP="008516AC">
      <w:pPr>
        <w:spacing w:after="0"/>
        <w:jc w:val="both"/>
        <w:rPr>
          <w:rFonts w:ascii="Arial" w:hAnsi="Arial"/>
        </w:rPr>
      </w:pPr>
    </w:p>
    <w:p w14:paraId="3BF280D5" w14:textId="52B78FCC" w:rsidR="006A5EC7" w:rsidRDefault="00FD4E37" w:rsidP="008516AC">
      <w:pPr>
        <w:spacing w:after="0"/>
        <w:jc w:val="both"/>
      </w:pPr>
      <w:r>
        <w:rPr>
          <w:rFonts w:ascii="Arial" w:hAnsi="Arial"/>
        </w:rPr>
        <w:t>Frankly, what I see here</w:t>
      </w:r>
      <w:r w:rsidR="00F7297A">
        <w:rPr>
          <w:rFonts w:ascii="Arial" w:hAnsi="Arial"/>
        </w:rPr>
        <w:t xml:space="preserve"> [</w:t>
      </w:r>
      <w:r w:rsidR="00F7297A" w:rsidRPr="00DB3A44">
        <w:rPr>
          <w:rFonts w:ascii="Arial" w:hAnsi="Arial"/>
          <w:i/>
        </w:rPr>
        <w:t>in the survey results</w:t>
      </w:r>
      <w:r w:rsidR="00F7297A">
        <w:rPr>
          <w:rFonts w:ascii="Arial" w:hAnsi="Arial"/>
        </w:rPr>
        <w:t>]</w:t>
      </w:r>
      <w:r>
        <w:rPr>
          <w:rFonts w:ascii="Arial" w:hAnsi="Arial"/>
        </w:rPr>
        <w:t xml:space="preserve"> seems to be a person</w:t>
      </w:r>
      <w:r w:rsidR="005A685C">
        <w:rPr>
          <w:rFonts w:ascii="Arial" w:hAnsi="Arial"/>
        </w:rPr>
        <w:t>a</w:t>
      </w:r>
      <w:r w:rsidR="00F7297A">
        <w:rPr>
          <w:rFonts w:ascii="Arial" w:hAnsi="Arial"/>
        </w:rPr>
        <w:t>l report. As in, [</w:t>
      </w:r>
      <w:r w:rsidR="00F7297A" w:rsidRPr="00DB3A44">
        <w:rPr>
          <w:rFonts w:ascii="Arial" w:hAnsi="Arial"/>
          <w:i/>
        </w:rPr>
        <w:t>a respondent</w:t>
      </w:r>
      <w:r w:rsidR="00F7297A">
        <w:rPr>
          <w:rFonts w:ascii="Arial" w:hAnsi="Arial"/>
        </w:rPr>
        <w:t>]</w:t>
      </w:r>
      <w:r>
        <w:rPr>
          <w:rFonts w:ascii="Arial" w:hAnsi="Arial"/>
        </w:rPr>
        <w:t xml:space="preserve"> always get malaria</w:t>
      </w:r>
      <w:r w:rsidR="00416C11">
        <w:rPr>
          <w:rFonts w:ascii="Arial" w:hAnsi="Arial"/>
        </w:rPr>
        <w:t xml:space="preserve"> s</w:t>
      </w:r>
      <w:r w:rsidR="00F7297A">
        <w:rPr>
          <w:rFonts w:ascii="Arial" w:hAnsi="Arial"/>
        </w:rPr>
        <w:t xml:space="preserve">o most likely, </w:t>
      </w:r>
      <w:r w:rsidR="00F7297A" w:rsidRPr="00DB3A44">
        <w:rPr>
          <w:rFonts w:ascii="Arial" w:hAnsi="Arial"/>
        </w:rPr>
        <w:t>[</w:t>
      </w:r>
      <w:r w:rsidR="00F7297A" w:rsidRPr="00DB3A44">
        <w:rPr>
          <w:rFonts w:ascii="Arial" w:hAnsi="Arial"/>
          <w:i/>
        </w:rPr>
        <w:t>that respondent</w:t>
      </w:r>
      <w:r w:rsidR="00F7297A">
        <w:rPr>
          <w:rFonts w:ascii="Arial" w:hAnsi="Arial"/>
        </w:rPr>
        <w:t>]</w:t>
      </w:r>
      <w:r>
        <w:rPr>
          <w:rFonts w:ascii="Arial" w:hAnsi="Arial"/>
        </w:rPr>
        <w:t xml:space="preserve"> will put that on top</w:t>
      </w:r>
      <w:r w:rsidR="00416C11">
        <w:rPr>
          <w:rFonts w:ascii="Arial" w:hAnsi="Arial"/>
        </w:rPr>
        <w:t>. I</w:t>
      </w:r>
      <w:r>
        <w:rPr>
          <w:rFonts w:ascii="Arial" w:hAnsi="Arial"/>
        </w:rPr>
        <w:t>f you go to Ghan</w:t>
      </w:r>
      <w:r w:rsidR="00F7297A">
        <w:rPr>
          <w:rFonts w:ascii="Arial" w:hAnsi="Arial"/>
        </w:rPr>
        <w:t>a, I know people who are immuno</w:t>
      </w:r>
      <w:r>
        <w:rPr>
          <w:rFonts w:ascii="Arial" w:hAnsi="Arial"/>
        </w:rPr>
        <w:t>compromised, and yet they get malaria, sometimes once every three years, five years. The question is how</w:t>
      </w:r>
      <w:r w:rsidR="002353D5">
        <w:rPr>
          <w:rFonts w:ascii="Arial" w:hAnsi="Arial"/>
        </w:rPr>
        <w:t>?</w:t>
      </w:r>
      <w:r w:rsidR="00263FC0">
        <w:rPr>
          <w:rFonts w:ascii="Arial" w:hAnsi="Arial"/>
        </w:rPr>
        <w:t xml:space="preserve"> I</w:t>
      </w:r>
      <w:r>
        <w:rPr>
          <w:rFonts w:ascii="Arial" w:hAnsi="Arial"/>
        </w:rPr>
        <w:t>mmunocompromised patients getting malaria once every three years? What happened? What did they do differently? Attitude c</w:t>
      </w:r>
      <w:r w:rsidR="002353D5">
        <w:rPr>
          <w:rFonts w:ascii="Arial" w:hAnsi="Arial"/>
        </w:rPr>
        <w:t>ounts here</w:t>
      </w:r>
      <w:r>
        <w:rPr>
          <w:rFonts w:ascii="Arial" w:hAnsi="Arial"/>
        </w:rPr>
        <w:t>. So let's see. Thank you.</w:t>
      </w:r>
    </w:p>
    <w:p w14:paraId="6145376E" w14:textId="77777777" w:rsidR="006A5EC7" w:rsidRDefault="006A5EC7" w:rsidP="008516AC">
      <w:pPr>
        <w:spacing w:after="0"/>
        <w:jc w:val="both"/>
      </w:pPr>
    </w:p>
    <w:p w14:paraId="376C5ED0" w14:textId="2D0AA3A5" w:rsidR="006A5EC7" w:rsidRDefault="008516AC" w:rsidP="008516AC">
      <w:pPr>
        <w:spacing w:after="0"/>
        <w:jc w:val="both"/>
      </w:pPr>
      <w:r>
        <w:rPr>
          <w:rFonts w:ascii="Arial" w:hAnsi="Arial"/>
          <w:b/>
        </w:rPr>
        <w:t xml:space="preserve">Addis Facilitator </w:t>
      </w:r>
      <w:r w:rsidR="00CF0EA4">
        <w:rPr>
          <w:rFonts w:ascii="Arial" w:hAnsi="Arial"/>
          <w:b/>
        </w:rPr>
        <w:t>1</w:t>
      </w:r>
    </w:p>
    <w:p w14:paraId="537E21F6" w14:textId="3ED0EEA0" w:rsidR="006A5EC7" w:rsidRDefault="00FD4E37" w:rsidP="008516AC">
      <w:pPr>
        <w:spacing w:after="0"/>
        <w:jc w:val="both"/>
      </w:pPr>
      <w:r>
        <w:rPr>
          <w:rFonts w:ascii="Arial" w:hAnsi="Arial"/>
        </w:rPr>
        <w:t>Thanks very much. And I'd like to just i</w:t>
      </w:r>
      <w:r w:rsidR="00F7297A">
        <w:rPr>
          <w:rFonts w:ascii="Arial" w:hAnsi="Arial"/>
        </w:rPr>
        <w:t>f we can keep on that theme, a</w:t>
      </w:r>
      <w:r w:rsidR="00263FC0">
        <w:rPr>
          <w:rFonts w:ascii="Arial" w:hAnsi="Arial"/>
        </w:rPr>
        <w:t xml:space="preserve"> l</w:t>
      </w:r>
      <w:r>
        <w:rPr>
          <w:rFonts w:ascii="Arial" w:hAnsi="Arial"/>
        </w:rPr>
        <w:t>ittle bit about the ranking and prioritization process. Of course, there are so many different ways to prioritize</w:t>
      </w:r>
      <w:r w:rsidR="00F7297A">
        <w:rPr>
          <w:rFonts w:ascii="Arial" w:hAnsi="Arial"/>
        </w:rPr>
        <w:t>. D</w:t>
      </w:r>
      <w:r>
        <w:rPr>
          <w:rFonts w:ascii="Arial" w:hAnsi="Arial"/>
        </w:rPr>
        <w:t xml:space="preserve">iseases are important. </w:t>
      </w:r>
      <w:r w:rsidR="00416C11">
        <w:rPr>
          <w:rFonts w:ascii="Arial" w:hAnsi="Arial"/>
        </w:rPr>
        <w:t>f</w:t>
      </w:r>
      <w:r>
        <w:rPr>
          <w:rFonts w:ascii="Arial" w:hAnsi="Arial"/>
        </w:rPr>
        <w:t xml:space="preserve">or so many reasons, in so many different contexts. I just </w:t>
      </w:r>
      <w:r w:rsidR="00F7297A">
        <w:rPr>
          <w:rFonts w:ascii="Arial" w:hAnsi="Arial"/>
        </w:rPr>
        <w:t>wandered if any</w:t>
      </w:r>
      <w:r>
        <w:rPr>
          <w:rFonts w:ascii="Arial" w:hAnsi="Arial"/>
        </w:rPr>
        <w:t>b</w:t>
      </w:r>
      <w:r w:rsidR="002353D5">
        <w:rPr>
          <w:rFonts w:ascii="Arial" w:hAnsi="Arial"/>
        </w:rPr>
        <w:t>o</w:t>
      </w:r>
      <w:r>
        <w:rPr>
          <w:rFonts w:ascii="Arial" w:hAnsi="Arial"/>
        </w:rPr>
        <w:t>dy els</w:t>
      </w:r>
      <w:r w:rsidR="00F7297A">
        <w:rPr>
          <w:rFonts w:ascii="Arial" w:hAnsi="Arial"/>
        </w:rPr>
        <w:t>e in this audience here or online</w:t>
      </w:r>
      <w:r>
        <w:rPr>
          <w:rFonts w:ascii="Arial" w:hAnsi="Arial"/>
        </w:rPr>
        <w:t xml:space="preserve"> had a response to that comment about prioritization specifically, and then we're just going to come back to the reservoir question. So just on that point of prioritization, I think </w:t>
      </w:r>
    </w:p>
    <w:p w14:paraId="28E9B063" w14:textId="77777777" w:rsidR="006A5EC7" w:rsidRDefault="006A5EC7" w:rsidP="008516AC">
      <w:pPr>
        <w:spacing w:after="0"/>
        <w:jc w:val="both"/>
      </w:pPr>
    </w:p>
    <w:p w14:paraId="28208D86" w14:textId="2E213580" w:rsidR="006A5EC7" w:rsidRDefault="00F7297A" w:rsidP="008516AC">
      <w:pPr>
        <w:spacing w:after="0"/>
        <w:jc w:val="both"/>
      </w:pPr>
      <w:r>
        <w:rPr>
          <w:rFonts w:ascii="Arial" w:hAnsi="Arial"/>
          <w:b/>
        </w:rPr>
        <w:t>Addis 34</w:t>
      </w:r>
    </w:p>
    <w:p w14:paraId="03E21311" w14:textId="0791A420" w:rsidR="006A5EC7" w:rsidRDefault="00FD4E37" w:rsidP="008516AC">
      <w:pPr>
        <w:spacing w:after="0"/>
        <w:jc w:val="both"/>
      </w:pPr>
      <w:r>
        <w:rPr>
          <w:rFonts w:ascii="Arial" w:hAnsi="Arial"/>
        </w:rPr>
        <w:t xml:space="preserve">I </w:t>
      </w:r>
      <w:r w:rsidR="00F7297A">
        <w:rPr>
          <w:rFonts w:ascii="Arial" w:hAnsi="Arial"/>
        </w:rPr>
        <w:t>agree with the prioritization, b</w:t>
      </w:r>
      <w:r>
        <w:rPr>
          <w:rFonts w:ascii="Arial" w:hAnsi="Arial"/>
        </w:rPr>
        <w:t xml:space="preserve">ut I realized that </w:t>
      </w:r>
      <w:r w:rsidR="002353D5">
        <w:rPr>
          <w:rFonts w:ascii="Arial" w:hAnsi="Arial"/>
        </w:rPr>
        <w:t xml:space="preserve">the </w:t>
      </w:r>
      <w:r>
        <w:rPr>
          <w:rFonts w:ascii="Arial" w:hAnsi="Arial"/>
        </w:rPr>
        <w:t>order is a bit subjective, depending on yo</w:t>
      </w:r>
      <w:r w:rsidR="00F7297A">
        <w:rPr>
          <w:rFonts w:ascii="Arial" w:hAnsi="Arial"/>
        </w:rPr>
        <w:t>ur knowledge and expertise. W</w:t>
      </w:r>
      <w:r>
        <w:rPr>
          <w:rFonts w:ascii="Arial" w:hAnsi="Arial"/>
        </w:rPr>
        <w:t xml:space="preserve">hat I can bring to </w:t>
      </w:r>
      <w:r w:rsidR="002353D5">
        <w:rPr>
          <w:rFonts w:ascii="Arial" w:hAnsi="Arial"/>
        </w:rPr>
        <w:t xml:space="preserve">our </w:t>
      </w:r>
      <w:r>
        <w:rPr>
          <w:rFonts w:ascii="Arial" w:hAnsi="Arial"/>
        </w:rPr>
        <w:t xml:space="preserve">attention is something just </w:t>
      </w:r>
      <w:r w:rsidR="00A904E5">
        <w:rPr>
          <w:rFonts w:ascii="Arial" w:hAnsi="Arial"/>
        </w:rPr>
        <w:t>[</w:t>
      </w:r>
      <w:r w:rsidR="00A904E5" w:rsidRPr="00DB3A44">
        <w:rPr>
          <w:rFonts w:ascii="Arial" w:hAnsi="Arial"/>
          <w:i/>
        </w:rPr>
        <w:t>unintelligible</w:t>
      </w:r>
      <w:r w:rsidR="00A904E5">
        <w:rPr>
          <w:rFonts w:ascii="Arial" w:hAnsi="Arial"/>
        </w:rPr>
        <w:t xml:space="preserve">] the definition of some </w:t>
      </w:r>
      <w:r>
        <w:rPr>
          <w:rFonts w:ascii="Arial" w:hAnsi="Arial"/>
        </w:rPr>
        <w:t>variable</w:t>
      </w:r>
      <w:r w:rsidR="00A904E5">
        <w:rPr>
          <w:rFonts w:ascii="Arial" w:hAnsi="Arial"/>
        </w:rPr>
        <w:t>s</w:t>
      </w:r>
      <w:r>
        <w:rPr>
          <w:rFonts w:ascii="Arial" w:hAnsi="Arial"/>
        </w:rPr>
        <w:t>, for example, respiratory infection</w:t>
      </w:r>
      <w:r w:rsidR="00DB3A44">
        <w:rPr>
          <w:rFonts w:ascii="Arial" w:hAnsi="Arial"/>
        </w:rPr>
        <w:t>s</w:t>
      </w:r>
      <w:r>
        <w:rPr>
          <w:rFonts w:ascii="Arial" w:hAnsi="Arial"/>
        </w:rPr>
        <w:t xml:space="preserve"> </w:t>
      </w:r>
      <w:r w:rsidR="00A904E5">
        <w:rPr>
          <w:rFonts w:ascii="Arial" w:hAnsi="Arial"/>
        </w:rPr>
        <w:t>[</w:t>
      </w:r>
      <w:r w:rsidR="00A904E5" w:rsidRPr="00DB3A44">
        <w:rPr>
          <w:rFonts w:ascii="Arial" w:hAnsi="Arial"/>
          <w:i/>
        </w:rPr>
        <w:t>are ranked as a stand</w:t>
      </w:r>
      <w:r w:rsidR="00DB3A44" w:rsidRPr="00DB3A44">
        <w:rPr>
          <w:rFonts w:ascii="Arial" w:hAnsi="Arial"/>
          <w:i/>
        </w:rPr>
        <w:t>alone</w:t>
      </w:r>
      <w:r w:rsidR="00DB3A44">
        <w:rPr>
          <w:rFonts w:ascii="Arial" w:hAnsi="Arial"/>
        </w:rPr>
        <w:t xml:space="preserve">] priority </w:t>
      </w:r>
      <w:r>
        <w:rPr>
          <w:rFonts w:ascii="Arial" w:hAnsi="Arial"/>
        </w:rPr>
        <w:t>in some regions. And yet I see TB and COVID all fall under respiratory infection. So maybe just a clarification on that definition</w:t>
      </w:r>
      <w:r w:rsidR="00A904E5">
        <w:rPr>
          <w:rFonts w:ascii="Arial" w:hAnsi="Arial"/>
        </w:rPr>
        <w:t xml:space="preserve"> [</w:t>
      </w:r>
      <w:r w:rsidR="00A904E5" w:rsidRPr="00DB3A44">
        <w:rPr>
          <w:rFonts w:ascii="Arial" w:hAnsi="Arial"/>
          <w:i/>
        </w:rPr>
        <w:t>is needed</w:t>
      </w:r>
      <w:r w:rsidR="00A904E5">
        <w:rPr>
          <w:rFonts w:ascii="Arial" w:hAnsi="Arial"/>
        </w:rPr>
        <w:t>].</w:t>
      </w:r>
      <w:r>
        <w:rPr>
          <w:rFonts w:ascii="Arial" w:hAnsi="Arial"/>
        </w:rPr>
        <w:t xml:space="preserve"> I agree on </w:t>
      </w:r>
      <w:r w:rsidR="00A904E5">
        <w:rPr>
          <w:rFonts w:ascii="Arial" w:hAnsi="Arial"/>
        </w:rPr>
        <w:t>the priorities</w:t>
      </w:r>
      <w:r>
        <w:rPr>
          <w:rFonts w:ascii="Arial" w:hAnsi="Arial"/>
        </w:rPr>
        <w:t xml:space="preserve"> b</w:t>
      </w:r>
      <w:r w:rsidR="002353D5">
        <w:rPr>
          <w:rFonts w:ascii="Arial" w:hAnsi="Arial"/>
        </w:rPr>
        <w:t xml:space="preserve">ut </w:t>
      </w:r>
      <w:r w:rsidR="00416C11">
        <w:rPr>
          <w:rFonts w:ascii="Arial" w:hAnsi="Arial"/>
        </w:rPr>
        <w:t xml:space="preserve">I </w:t>
      </w:r>
      <w:r>
        <w:rPr>
          <w:rFonts w:ascii="Arial" w:hAnsi="Arial"/>
        </w:rPr>
        <w:t xml:space="preserve">realized from the feedback, the </w:t>
      </w:r>
      <w:r w:rsidR="002353D5">
        <w:rPr>
          <w:rFonts w:ascii="Arial" w:hAnsi="Arial"/>
        </w:rPr>
        <w:t>orde</w:t>
      </w:r>
      <w:r>
        <w:rPr>
          <w:rFonts w:ascii="Arial" w:hAnsi="Arial"/>
        </w:rPr>
        <w:t>r is subjective.</w:t>
      </w:r>
    </w:p>
    <w:p w14:paraId="13022E4C" w14:textId="77777777" w:rsidR="006A5EC7" w:rsidRDefault="006A5EC7" w:rsidP="008516AC">
      <w:pPr>
        <w:spacing w:after="0"/>
        <w:jc w:val="both"/>
      </w:pPr>
    </w:p>
    <w:p w14:paraId="55B6D926" w14:textId="5CC17F05" w:rsidR="006A5EC7" w:rsidRDefault="006D5C1F" w:rsidP="008516AC">
      <w:pPr>
        <w:spacing w:after="0"/>
        <w:jc w:val="both"/>
      </w:pPr>
      <w:r>
        <w:rPr>
          <w:rFonts w:ascii="Arial" w:hAnsi="Arial"/>
          <w:b/>
        </w:rPr>
        <w:t xml:space="preserve">Addis Facilitator </w:t>
      </w:r>
      <w:r w:rsidR="00CF0EA4">
        <w:rPr>
          <w:rFonts w:ascii="Arial" w:hAnsi="Arial"/>
          <w:b/>
        </w:rPr>
        <w:t>1</w:t>
      </w:r>
    </w:p>
    <w:p w14:paraId="62B561D7" w14:textId="77777777" w:rsidR="006A5EC7" w:rsidRDefault="00FD4E37" w:rsidP="008516AC">
      <w:pPr>
        <w:spacing w:after="0"/>
        <w:jc w:val="both"/>
      </w:pPr>
      <w:r>
        <w:rPr>
          <w:rFonts w:ascii="Arial" w:hAnsi="Arial"/>
        </w:rPr>
        <w:t>Thank you very much. Are there any other comments on that subject before we go back to reservoirs?</w:t>
      </w:r>
    </w:p>
    <w:p w14:paraId="6377698B" w14:textId="77777777" w:rsidR="006A5EC7" w:rsidRDefault="006A5EC7" w:rsidP="008516AC">
      <w:pPr>
        <w:spacing w:after="0"/>
        <w:jc w:val="both"/>
      </w:pPr>
    </w:p>
    <w:p w14:paraId="7718DDAC" w14:textId="6954E521" w:rsidR="006A5EC7" w:rsidRDefault="00FD4E37" w:rsidP="008516AC">
      <w:pPr>
        <w:spacing w:after="0"/>
        <w:jc w:val="both"/>
      </w:pPr>
      <w:r>
        <w:rPr>
          <w:rFonts w:ascii="Arial" w:hAnsi="Arial"/>
          <w:b/>
        </w:rPr>
        <w:t xml:space="preserve">Addis </w:t>
      </w:r>
      <w:r w:rsidR="00416C11">
        <w:rPr>
          <w:rFonts w:ascii="Arial" w:hAnsi="Arial"/>
          <w:b/>
        </w:rPr>
        <w:t>49</w:t>
      </w:r>
    </w:p>
    <w:p w14:paraId="0FFD0A12" w14:textId="21911CC4" w:rsidR="006A5EC7" w:rsidRDefault="00FD4E37" w:rsidP="008516AC">
      <w:pPr>
        <w:spacing w:after="0"/>
        <w:jc w:val="both"/>
      </w:pPr>
      <w:r>
        <w:rPr>
          <w:rFonts w:ascii="Arial" w:hAnsi="Arial"/>
        </w:rPr>
        <w:t>Thank y</w:t>
      </w:r>
      <w:r w:rsidR="00DB3A44">
        <w:rPr>
          <w:rFonts w:ascii="Arial" w:hAnsi="Arial"/>
        </w:rPr>
        <w:t xml:space="preserve">ou, </w:t>
      </w:r>
      <w:r>
        <w:rPr>
          <w:rFonts w:ascii="Arial" w:hAnsi="Arial"/>
        </w:rPr>
        <w:t>I'm a parasitologist. I just wish to find out with respect to the criteria in Africa, if we consider neglected tropical disease</w:t>
      </w:r>
      <w:r w:rsidR="00A904E5">
        <w:rPr>
          <w:rFonts w:ascii="Arial" w:hAnsi="Arial"/>
        </w:rPr>
        <w:t>s</w:t>
      </w:r>
      <w:r>
        <w:rPr>
          <w:rFonts w:ascii="Arial" w:hAnsi="Arial"/>
        </w:rPr>
        <w:t xml:space="preserve"> as a whole, or we consider them to be individual diseases, because if you look at it, if you take the disease</w:t>
      </w:r>
      <w:r w:rsidR="00A904E5">
        <w:rPr>
          <w:rFonts w:ascii="Arial" w:hAnsi="Arial"/>
        </w:rPr>
        <w:t>s</w:t>
      </w:r>
      <w:r>
        <w:rPr>
          <w:rFonts w:ascii="Arial" w:hAnsi="Arial"/>
        </w:rPr>
        <w:t xml:space="preserve"> to be individuals, it may not have </w:t>
      </w:r>
      <w:r w:rsidR="00A904E5">
        <w:rPr>
          <w:rFonts w:ascii="Arial" w:hAnsi="Arial"/>
        </w:rPr>
        <w:t xml:space="preserve">[the same] impact </w:t>
      </w:r>
      <w:r>
        <w:rPr>
          <w:rFonts w:ascii="Arial" w:hAnsi="Arial"/>
        </w:rPr>
        <w:t xml:space="preserve">as when you </w:t>
      </w:r>
      <w:r w:rsidR="00A904E5">
        <w:rPr>
          <w:rFonts w:ascii="Arial" w:hAnsi="Arial"/>
        </w:rPr>
        <w:t>consider them as</w:t>
      </w:r>
      <w:r>
        <w:rPr>
          <w:rFonts w:ascii="Arial" w:hAnsi="Arial"/>
        </w:rPr>
        <w:t xml:space="preserve"> a group. </w:t>
      </w:r>
      <w:r w:rsidR="00A904E5">
        <w:rPr>
          <w:rFonts w:ascii="Arial" w:hAnsi="Arial"/>
        </w:rPr>
        <w:t>With these</w:t>
      </w:r>
      <w:r>
        <w:rPr>
          <w:rFonts w:ascii="Arial" w:hAnsi="Arial"/>
        </w:rPr>
        <w:t xml:space="preserve"> disease</w:t>
      </w:r>
      <w:r w:rsidR="00A904E5">
        <w:rPr>
          <w:rFonts w:ascii="Arial" w:hAnsi="Arial"/>
        </w:rPr>
        <w:t>s</w:t>
      </w:r>
      <w:r>
        <w:rPr>
          <w:rFonts w:ascii="Arial" w:hAnsi="Arial"/>
        </w:rPr>
        <w:t xml:space="preserve">, your treatment strategy </w:t>
      </w:r>
      <w:r w:rsidR="00A904E5">
        <w:rPr>
          <w:rFonts w:ascii="Arial" w:hAnsi="Arial"/>
        </w:rPr>
        <w:t xml:space="preserve">also has to be as a group, because in Africa, where most of the diseases are, </w:t>
      </w:r>
      <w:r>
        <w:rPr>
          <w:rFonts w:ascii="Arial" w:hAnsi="Arial"/>
        </w:rPr>
        <w:t xml:space="preserve">we see </w:t>
      </w:r>
      <w:r w:rsidR="00A904E5">
        <w:rPr>
          <w:rFonts w:ascii="Arial" w:hAnsi="Arial"/>
        </w:rPr>
        <w:t xml:space="preserve">them as </w:t>
      </w:r>
      <w:r>
        <w:rPr>
          <w:rFonts w:ascii="Arial" w:hAnsi="Arial"/>
        </w:rPr>
        <w:t>communal diseases, and they</w:t>
      </w:r>
      <w:r w:rsidR="00A904E5">
        <w:rPr>
          <w:rFonts w:ascii="Arial" w:hAnsi="Arial"/>
        </w:rPr>
        <w:t xml:space="preserve"> are not just like individual </w:t>
      </w:r>
      <w:r>
        <w:rPr>
          <w:rFonts w:ascii="Arial" w:hAnsi="Arial"/>
        </w:rPr>
        <w:t>disease</w:t>
      </w:r>
      <w:r w:rsidR="00416C11">
        <w:rPr>
          <w:rFonts w:ascii="Arial" w:hAnsi="Arial"/>
        </w:rPr>
        <w:t>s.</w:t>
      </w:r>
      <w:r>
        <w:rPr>
          <w:rFonts w:ascii="Arial" w:hAnsi="Arial"/>
        </w:rPr>
        <w:t xml:space="preserve"> </w:t>
      </w:r>
      <w:r w:rsidR="00416C11">
        <w:rPr>
          <w:rFonts w:ascii="Arial" w:hAnsi="Arial"/>
        </w:rPr>
        <w:t>I</w:t>
      </w:r>
      <w:r>
        <w:rPr>
          <w:rFonts w:ascii="Arial" w:hAnsi="Arial"/>
        </w:rPr>
        <w:t>f you go to a community where you have one of them, yo</w:t>
      </w:r>
      <w:r w:rsidR="00A904E5">
        <w:rPr>
          <w:rFonts w:ascii="Arial" w:hAnsi="Arial"/>
        </w:rPr>
        <w:t>u see that almost everybody there has it. I don't know if [</w:t>
      </w:r>
      <w:r w:rsidR="00A904E5" w:rsidRPr="00DB3A44">
        <w:rPr>
          <w:rFonts w:ascii="Arial" w:hAnsi="Arial"/>
          <w:i/>
        </w:rPr>
        <w:t>neglected tropical diseases</w:t>
      </w:r>
      <w:r w:rsidR="00A904E5">
        <w:rPr>
          <w:rFonts w:ascii="Arial" w:hAnsi="Arial"/>
        </w:rPr>
        <w:t>] were</w:t>
      </w:r>
      <w:r>
        <w:rPr>
          <w:rFonts w:ascii="Arial" w:hAnsi="Arial"/>
        </w:rPr>
        <w:t xml:space="preserve"> consider</w:t>
      </w:r>
      <w:r w:rsidR="00A904E5">
        <w:rPr>
          <w:rFonts w:ascii="Arial" w:hAnsi="Arial"/>
        </w:rPr>
        <w:t>ed</w:t>
      </w:r>
      <w:r>
        <w:rPr>
          <w:rFonts w:ascii="Arial" w:hAnsi="Arial"/>
        </w:rPr>
        <w:t xml:space="preserve"> singly or as a group</w:t>
      </w:r>
      <w:r w:rsidR="00A904E5">
        <w:rPr>
          <w:rFonts w:ascii="Arial" w:hAnsi="Arial"/>
        </w:rPr>
        <w:t>. Thank you.</w:t>
      </w:r>
    </w:p>
    <w:p w14:paraId="79780E4E" w14:textId="77777777" w:rsidR="006A5EC7" w:rsidRDefault="006A5EC7" w:rsidP="008516AC">
      <w:pPr>
        <w:spacing w:after="0"/>
        <w:jc w:val="both"/>
      </w:pPr>
    </w:p>
    <w:p w14:paraId="0DC9C844" w14:textId="30BDFD2C" w:rsidR="006A5EC7" w:rsidRDefault="006D5C1F" w:rsidP="008516AC">
      <w:pPr>
        <w:spacing w:after="0"/>
        <w:jc w:val="both"/>
      </w:pPr>
      <w:r>
        <w:rPr>
          <w:rFonts w:ascii="Arial" w:hAnsi="Arial"/>
          <w:b/>
        </w:rPr>
        <w:t xml:space="preserve">Addis Facilitator </w:t>
      </w:r>
      <w:r w:rsidR="00CF0EA4">
        <w:rPr>
          <w:rFonts w:ascii="Arial" w:hAnsi="Arial"/>
          <w:b/>
        </w:rPr>
        <w:t>1</w:t>
      </w:r>
    </w:p>
    <w:p w14:paraId="11148AFC" w14:textId="5CEEB548" w:rsidR="006A5EC7" w:rsidRDefault="00A904E5" w:rsidP="008516AC">
      <w:pPr>
        <w:spacing w:after="0"/>
        <w:jc w:val="both"/>
      </w:pPr>
      <w:r>
        <w:rPr>
          <w:rFonts w:ascii="Arial" w:hAnsi="Arial"/>
        </w:rPr>
        <w:t>Thank you very much, and</w:t>
      </w:r>
      <w:r w:rsidR="00FD4E37">
        <w:rPr>
          <w:rFonts w:ascii="Arial" w:hAnsi="Arial"/>
        </w:rPr>
        <w:t xml:space="preserve"> actually, within the complete survey, and I must emphasize that that survey will be accessible for</w:t>
      </w:r>
      <w:r>
        <w:rPr>
          <w:rFonts w:ascii="Arial" w:hAnsi="Arial"/>
        </w:rPr>
        <w:t xml:space="preserve"> you to look at in more detail, neglected tropical diseases do</w:t>
      </w:r>
      <w:r w:rsidR="00FD4E37">
        <w:rPr>
          <w:rFonts w:ascii="Arial" w:hAnsi="Arial"/>
        </w:rPr>
        <w:t xml:space="preserve"> appear as a grouping elsewhere in </w:t>
      </w:r>
      <w:r>
        <w:rPr>
          <w:rFonts w:ascii="Arial" w:hAnsi="Arial"/>
        </w:rPr>
        <w:t>the survey findings.</w:t>
      </w:r>
    </w:p>
    <w:p w14:paraId="1A580CD9" w14:textId="25509A89" w:rsidR="006A5EC7" w:rsidRDefault="006A5EC7" w:rsidP="008516AC">
      <w:pPr>
        <w:spacing w:after="0"/>
        <w:jc w:val="both"/>
      </w:pPr>
    </w:p>
    <w:p w14:paraId="3EF18ED7" w14:textId="0B44EACB" w:rsidR="006A5EC7" w:rsidRDefault="00A904E5" w:rsidP="008516AC">
      <w:pPr>
        <w:spacing w:after="0"/>
        <w:jc w:val="both"/>
      </w:pPr>
      <w:r>
        <w:rPr>
          <w:rFonts w:ascii="Arial" w:hAnsi="Arial"/>
          <w:b/>
        </w:rPr>
        <w:lastRenderedPageBreak/>
        <w:t>Addis 21</w:t>
      </w:r>
    </w:p>
    <w:p w14:paraId="540195D0" w14:textId="24C6DD37" w:rsidR="006A5EC7" w:rsidRDefault="00FD4E37" w:rsidP="008516AC">
      <w:pPr>
        <w:spacing w:after="0"/>
        <w:jc w:val="both"/>
      </w:pPr>
      <w:r>
        <w:rPr>
          <w:rFonts w:ascii="Arial" w:hAnsi="Arial"/>
        </w:rPr>
        <w:t xml:space="preserve">I agree with this prioritization, </w:t>
      </w:r>
      <w:r w:rsidR="00A904E5">
        <w:rPr>
          <w:rFonts w:ascii="Arial" w:hAnsi="Arial"/>
        </w:rPr>
        <w:t xml:space="preserve">due to </w:t>
      </w:r>
      <w:r>
        <w:rPr>
          <w:rFonts w:ascii="Arial" w:hAnsi="Arial"/>
        </w:rPr>
        <w:t>the fact that my pathogen of interest</w:t>
      </w:r>
      <w:r w:rsidR="00A904E5">
        <w:rPr>
          <w:rFonts w:ascii="Arial" w:hAnsi="Arial"/>
        </w:rPr>
        <w:t>,</w:t>
      </w:r>
      <w:r>
        <w:rPr>
          <w:rFonts w:ascii="Arial" w:hAnsi="Arial"/>
        </w:rPr>
        <w:t xml:space="preserve"> malaria stands first in this </w:t>
      </w:r>
      <w:r w:rsidR="002353D5">
        <w:rPr>
          <w:rFonts w:ascii="Arial" w:hAnsi="Arial"/>
        </w:rPr>
        <w:t>prioritization</w:t>
      </w:r>
      <w:r w:rsidR="00A904E5">
        <w:rPr>
          <w:rFonts w:ascii="Arial" w:hAnsi="Arial"/>
        </w:rPr>
        <w:t>,</w:t>
      </w:r>
      <w:r>
        <w:rPr>
          <w:rFonts w:ascii="Arial" w:hAnsi="Arial"/>
        </w:rPr>
        <w:t xml:space="preserve"> and the fact that unless f</w:t>
      </w:r>
      <w:r w:rsidR="00263FC0">
        <w:rPr>
          <w:rFonts w:ascii="Arial" w:hAnsi="Arial"/>
        </w:rPr>
        <w:t>unding is</w:t>
      </w:r>
      <w:r>
        <w:rPr>
          <w:rFonts w:ascii="Arial" w:hAnsi="Arial"/>
        </w:rPr>
        <w:t xml:space="preserve"> actually consider</w:t>
      </w:r>
      <w:r w:rsidR="002353D5">
        <w:rPr>
          <w:rFonts w:ascii="Arial" w:hAnsi="Arial"/>
        </w:rPr>
        <w:t xml:space="preserve">ed in </w:t>
      </w:r>
      <w:r w:rsidR="00A904E5">
        <w:rPr>
          <w:rFonts w:ascii="Arial" w:hAnsi="Arial"/>
        </w:rPr>
        <w:t>this prioritization, I</w:t>
      </w:r>
      <w:r>
        <w:rPr>
          <w:rFonts w:ascii="Arial" w:hAnsi="Arial"/>
        </w:rPr>
        <w:t xml:space="preserve">'m assuming that Malaria will keep </w:t>
      </w:r>
      <w:r w:rsidR="00A904E5">
        <w:rPr>
          <w:rFonts w:ascii="Arial" w:hAnsi="Arial"/>
        </w:rPr>
        <w:t>[</w:t>
      </w:r>
      <w:r w:rsidR="00A904E5" w:rsidRPr="00DB3A44">
        <w:rPr>
          <w:rFonts w:ascii="Arial" w:hAnsi="Arial"/>
          <w:i/>
        </w:rPr>
        <w:t>its high prioritization</w:t>
      </w:r>
      <w:r w:rsidR="00A904E5">
        <w:rPr>
          <w:rFonts w:ascii="Arial" w:hAnsi="Arial"/>
        </w:rPr>
        <w:t xml:space="preserve">] </w:t>
      </w:r>
      <w:r>
        <w:rPr>
          <w:rFonts w:ascii="Arial" w:hAnsi="Arial"/>
        </w:rPr>
        <w:t>again, taking these ranks in the continent. Thank you very much.</w:t>
      </w:r>
    </w:p>
    <w:p w14:paraId="5BDD1FE2" w14:textId="77777777" w:rsidR="006A5EC7" w:rsidRDefault="006A5EC7" w:rsidP="008516AC">
      <w:pPr>
        <w:spacing w:after="0"/>
        <w:jc w:val="both"/>
      </w:pPr>
    </w:p>
    <w:p w14:paraId="4D1CFA57" w14:textId="67C0ACEA" w:rsidR="006A5EC7" w:rsidRDefault="006D5C1F" w:rsidP="008516AC">
      <w:pPr>
        <w:spacing w:after="0"/>
        <w:jc w:val="both"/>
      </w:pPr>
      <w:r>
        <w:rPr>
          <w:rFonts w:ascii="Arial" w:hAnsi="Arial"/>
          <w:b/>
        </w:rPr>
        <w:t xml:space="preserve">Addis Facilitator </w:t>
      </w:r>
      <w:r w:rsidR="00CF0EA4">
        <w:rPr>
          <w:rFonts w:ascii="Arial" w:hAnsi="Arial"/>
          <w:b/>
        </w:rPr>
        <w:t>1</w:t>
      </w:r>
    </w:p>
    <w:p w14:paraId="6BBCC241" w14:textId="760E5944" w:rsidR="006A5EC7" w:rsidRDefault="00FD4E37" w:rsidP="008516AC">
      <w:pPr>
        <w:spacing w:after="0"/>
        <w:jc w:val="both"/>
      </w:pPr>
      <w:r>
        <w:rPr>
          <w:rFonts w:ascii="Arial" w:hAnsi="Arial"/>
        </w:rPr>
        <w:t xml:space="preserve">Okay, thanks very much. I'm going to just switch back to the comment that was made about definitions of reservoirs. And whether anybody in this community here </w:t>
      </w:r>
      <w:r w:rsidR="00C74CBB">
        <w:rPr>
          <w:rFonts w:ascii="Arial" w:hAnsi="Arial"/>
        </w:rPr>
        <w:t xml:space="preserve">or </w:t>
      </w:r>
      <w:r>
        <w:rPr>
          <w:rFonts w:ascii="Arial" w:hAnsi="Arial"/>
        </w:rPr>
        <w:t>on the online group would like to propose their und</w:t>
      </w:r>
      <w:r w:rsidR="00A904E5">
        <w:rPr>
          <w:rFonts w:ascii="Arial" w:hAnsi="Arial"/>
        </w:rPr>
        <w:t>erstanding of that term, reservoir</w:t>
      </w:r>
      <w:r>
        <w:rPr>
          <w:rFonts w:ascii="Arial" w:hAnsi="Arial"/>
        </w:rPr>
        <w:t>. So when we're talking about reservoirs of tuberculosis, what do we mean by that? When we're talking about reservoirs of rift valley fever, for example, what do we mean by that?</w:t>
      </w:r>
    </w:p>
    <w:p w14:paraId="437531F9" w14:textId="77777777" w:rsidR="006A5EC7" w:rsidRDefault="006A5EC7" w:rsidP="008516AC">
      <w:pPr>
        <w:spacing w:after="0"/>
        <w:jc w:val="both"/>
      </w:pPr>
    </w:p>
    <w:p w14:paraId="020AE8C4" w14:textId="4128BB1B" w:rsidR="006A5EC7" w:rsidRDefault="00C74CBB" w:rsidP="008516AC">
      <w:pPr>
        <w:spacing w:after="0"/>
        <w:jc w:val="both"/>
      </w:pPr>
      <w:r w:rsidRPr="00C74CBB">
        <w:rPr>
          <w:rFonts w:ascii="Arial" w:hAnsi="Arial"/>
          <w:b/>
          <w:bCs/>
        </w:rPr>
        <w:t xml:space="preserve">Addis </w:t>
      </w:r>
      <w:r w:rsidR="00847564">
        <w:rPr>
          <w:rFonts w:ascii="Arial" w:hAnsi="Arial"/>
          <w:b/>
          <w:bCs/>
        </w:rPr>
        <w:t>29</w:t>
      </w:r>
    </w:p>
    <w:p w14:paraId="7790495E" w14:textId="51A4CD79" w:rsidR="006A5EC7" w:rsidRDefault="00FD4E37" w:rsidP="008516AC">
      <w:pPr>
        <w:spacing w:after="0"/>
        <w:jc w:val="both"/>
      </w:pPr>
      <w:r>
        <w:rPr>
          <w:rFonts w:ascii="Arial" w:hAnsi="Arial"/>
        </w:rPr>
        <w:t xml:space="preserve">Maybe again, </w:t>
      </w:r>
      <w:r w:rsidR="00A904E5">
        <w:rPr>
          <w:rFonts w:ascii="Arial" w:hAnsi="Arial"/>
        </w:rPr>
        <w:t xml:space="preserve">this </w:t>
      </w:r>
      <w:r>
        <w:rPr>
          <w:rFonts w:ascii="Arial" w:hAnsi="Arial"/>
        </w:rPr>
        <w:t xml:space="preserve">belies my bias, but </w:t>
      </w:r>
      <w:r w:rsidR="00A904E5">
        <w:rPr>
          <w:rFonts w:ascii="Arial" w:hAnsi="Arial"/>
        </w:rPr>
        <w:t>around</w:t>
      </w:r>
      <w:r>
        <w:rPr>
          <w:rFonts w:ascii="Arial" w:hAnsi="Arial"/>
        </w:rPr>
        <w:t xml:space="preserve"> T</w:t>
      </w:r>
      <w:r w:rsidR="002353D5">
        <w:rPr>
          <w:rFonts w:ascii="Arial" w:hAnsi="Arial"/>
        </w:rPr>
        <w:t>B</w:t>
      </w:r>
      <w:r w:rsidR="00847564">
        <w:rPr>
          <w:rFonts w:ascii="Arial" w:hAnsi="Arial"/>
        </w:rPr>
        <w:t xml:space="preserve"> - t</w:t>
      </w:r>
      <w:r>
        <w:rPr>
          <w:rFonts w:ascii="Arial" w:hAnsi="Arial"/>
        </w:rPr>
        <w:t>here's a lot of work that's being done now around early T</w:t>
      </w:r>
      <w:r w:rsidR="002353D5">
        <w:rPr>
          <w:rFonts w:ascii="Arial" w:hAnsi="Arial"/>
        </w:rPr>
        <w:t>B</w:t>
      </w:r>
      <w:r>
        <w:rPr>
          <w:rFonts w:ascii="Arial" w:hAnsi="Arial"/>
        </w:rPr>
        <w:t xml:space="preserve">, and </w:t>
      </w:r>
      <w:r w:rsidR="00847564">
        <w:rPr>
          <w:rFonts w:ascii="Arial" w:hAnsi="Arial"/>
        </w:rPr>
        <w:t xml:space="preserve">there’s </w:t>
      </w:r>
      <w:r>
        <w:rPr>
          <w:rFonts w:ascii="Arial" w:hAnsi="Arial"/>
        </w:rPr>
        <w:t>suggestions that people who aren't showing symptoms yet are able to transmit the disease. So, that could potentially be seen as a reservoir for T</w:t>
      </w:r>
      <w:r w:rsidR="002353D5">
        <w:rPr>
          <w:rFonts w:ascii="Arial" w:hAnsi="Arial"/>
        </w:rPr>
        <w:t>B</w:t>
      </w:r>
      <w:r>
        <w:rPr>
          <w:rFonts w:ascii="Arial" w:hAnsi="Arial"/>
        </w:rPr>
        <w:t xml:space="preserve"> specifically.</w:t>
      </w:r>
    </w:p>
    <w:p w14:paraId="755B94C2" w14:textId="77777777" w:rsidR="006A5EC7" w:rsidRDefault="006A5EC7" w:rsidP="008516AC">
      <w:pPr>
        <w:spacing w:after="0"/>
        <w:jc w:val="both"/>
      </w:pPr>
    </w:p>
    <w:p w14:paraId="5566BFC0" w14:textId="0C2C5148" w:rsidR="006A5EC7" w:rsidRDefault="006D5C1F" w:rsidP="008516AC">
      <w:pPr>
        <w:spacing w:after="0"/>
        <w:jc w:val="both"/>
      </w:pPr>
      <w:r>
        <w:rPr>
          <w:rFonts w:ascii="Arial" w:hAnsi="Arial"/>
          <w:b/>
        </w:rPr>
        <w:t xml:space="preserve">Addis Facilitator </w:t>
      </w:r>
      <w:r w:rsidR="00CF0EA4">
        <w:rPr>
          <w:rFonts w:ascii="Arial" w:hAnsi="Arial"/>
          <w:b/>
        </w:rPr>
        <w:t>1</w:t>
      </w:r>
    </w:p>
    <w:p w14:paraId="61D70A88" w14:textId="77777777" w:rsidR="006A5EC7" w:rsidRDefault="00FD4E37" w:rsidP="008516AC">
      <w:pPr>
        <w:spacing w:after="0"/>
        <w:jc w:val="both"/>
      </w:pPr>
      <w:r>
        <w:rPr>
          <w:rFonts w:ascii="Arial" w:hAnsi="Arial"/>
        </w:rPr>
        <w:t>Does anybody from the animal health sector want to comment on animal reservoirs of microbial interactions?</w:t>
      </w:r>
    </w:p>
    <w:p w14:paraId="11BBDED2" w14:textId="77777777" w:rsidR="006A5EC7" w:rsidRDefault="006A5EC7" w:rsidP="008516AC">
      <w:pPr>
        <w:spacing w:after="0"/>
        <w:jc w:val="both"/>
      </w:pPr>
    </w:p>
    <w:p w14:paraId="6F5FE8D7" w14:textId="1F67D027" w:rsidR="006A5EC7" w:rsidRDefault="00847564" w:rsidP="008516AC">
      <w:pPr>
        <w:spacing w:after="0"/>
        <w:jc w:val="both"/>
      </w:pPr>
      <w:r>
        <w:rPr>
          <w:rFonts w:ascii="Arial" w:hAnsi="Arial"/>
          <w:b/>
        </w:rPr>
        <w:t>Addis 48</w:t>
      </w:r>
    </w:p>
    <w:p w14:paraId="4D74760B" w14:textId="172A795F" w:rsidR="006A5EC7" w:rsidRDefault="00FD4E37" w:rsidP="008516AC">
      <w:pPr>
        <w:spacing w:after="0"/>
        <w:jc w:val="both"/>
      </w:pPr>
      <w:r>
        <w:rPr>
          <w:rFonts w:ascii="Arial" w:hAnsi="Arial"/>
        </w:rPr>
        <w:t xml:space="preserve">Thank you </w:t>
      </w:r>
      <w:r w:rsidR="00DB3A44">
        <w:rPr>
          <w:rFonts w:ascii="Arial" w:hAnsi="Arial"/>
        </w:rPr>
        <w:t xml:space="preserve">very much. </w:t>
      </w:r>
      <w:r w:rsidR="00C74CBB">
        <w:rPr>
          <w:rFonts w:ascii="Arial" w:hAnsi="Arial"/>
        </w:rPr>
        <w:t>R</w:t>
      </w:r>
      <w:r>
        <w:rPr>
          <w:rFonts w:ascii="Arial" w:hAnsi="Arial"/>
        </w:rPr>
        <w:t>eservoirs actually is a good terminol</w:t>
      </w:r>
      <w:r w:rsidR="00847564">
        <w:rPr>
          <w:rFonts w:ascii="Arial" w:hAnsi="Arial"/>
        </w:rPr>
        <w:t xml:space="preserve">ogy for this workshop. Because </w:t>
      </w:r>
      <w:r>
        <w:rPr>
          <w:rFonts w:ascii="Arial" w:hAnsi="Arial"/>
        </w:rPr>
        <w:t xml:space="preserve">the dynamics of </w:t>
      </w:r>
      <w:r w:rsidR="00847564">
        <w:rPr>
          <w:rFonts w:ascii="Arial" w:hAnsi="Arial"/>
        </w:rPr>
        <w:t>immunity define each community. T</w:t>
      </w:r>
      <w:r>
        <w:rPr>
          <w:rFonts w:ascii="Arial" w:hAnsi="Arial"/>
        </w:rPr>
        <w:t>here are many carriers whereby infection does not develop into a d</w:t>
      </w:r>
      <w:r w:rsidR="00847564">
        <w:rPr>
          <w:rFonts w:ascii="Arial" w:hAnsi="Arial"/>
        </w:rPr>
        <w:t>isease, if the person is immuno</w:t>
      </w:r>
      <w:r>
        <w:rPr>
          <w:rFonts w:ascii="Arial" w:hAnsi="Arial"/>
        </w:rPr>
        <w:t>competent</w:t>
      </w:r>
      <w:r w:rsidR="00C74CBB">
        <w:rPr>
          <w:rFonts w:ascii="Arial" w:hAnsi="Arial"/>
        </w:rPr>
        <w:t>.</w:t>
      </w:r>
      <w:r>
        <w:rPr>
          <w:rFonts w:ascii="Arial" w:hAnsi="Arial"/>
        </w:rPr>
        <w:t xml:space="preserve"> </w:t>
      </w:r>
      <w:r w:rsidR="00C74CBB">
        <w:rPr>
          <w:rFonts w:ascii="Arial" w:hAnsi="Arial"/>
        </w:rPr>
        <w:t>B</w:t>
      </w:r>
      <w:r>
        <w:rPr>
          <w:rFonts w:ascii="Arial" w:hAnsi="Arial"/>
        </w:rPr>
        <w:t xml:space="preserve">ut </w:t>
      </w:r>
      <w:r w:rsidR="002353D5">
        <w:rPr>
          <w:rFonts w:ascii="Arial" w:hAnsi="Arial"/>
        </w:rPr>
        <w:t>now and</w:t>
      </w:r>
      <w:r>
        <w:rPr>
          <w:rFonts w:ascii="Arial" w:hAnsi="Arial"/>
        </w:rPr>
        <w:t xml:space="preserve"> then we hav</w:t>
      </w:r>
      <w:r w:rsidR="002353D5">
        <w:rPr>
          <w:rFonts w:ascii="Arial" w:hAnsi="Arial"/>
        </w:rPr>
        <w:t>e</w:t>
      </w:r>
      <w:r w:rsidR="00C74CBB">
        <w:rPr>
          <w:rFonts w:ascii="Arial" w:hAnsi="Arial"/>
        </w:rPr>
        <w:t xml:space="preserve"> more</w:t>
      </w:r>
      <w:r>
        <w:rPr>
          <w:rFonts w:ascii="Arial" w:hAnsi="Arial"/>
        </w:rPr>
        <w:t xml:space="preserve"> immunocompromised</w:t>
      </w:r>
      <w:r w:rsidR="00847564">
        <w:rPr>
          <w:rFonts w:ascii="Arial" w:hAnsi="Arial"/>
        </w:rPr>
        <w:t xml:space="preserve"> people, not only HIV/</w:t>
      </w:r>
      <w:r>
        <w:rPr>
          <w:rFonts w:ascii="Arial" w:hAnsi="Arial"/>
        </w:rPr>
        <w:t>AIDS, bu</w:t>
      </w:r>
      <w:r w:rsidR="00847564">
        <w:rPr>
          <w:rFonts w:ascii="Arial" w:hAnsi="Arial"/>
        </w:rPr>
        <w:t>t due to</w:t>
      </w:r>
      <w:r>
        <w:rPr>
          <w:rFonts w:ascii="Arial" w:hAnsi="Arial"/>
        </w:rPr>
        <w:t xml:space="preserve"> o</w:t>
      </w:r>
      <w:r w:rsidR="00847564">
        <w:rPr>
          <w:rFonts w:ascii="Arial" w:hAnsi="Arial"/>
        </w:rPr>
        <w:t>ther conditions in relation to lifestyle and even nutrition</w:t>
      </w:r>
      <w:r w:rsidR="00C74CBB">
        <w:rPr>
          <w:rFonts w:ascii="Arial" w:hAnsi="Arial"/>
        </w:rPr>
        <w:t>.</w:t>
      </w:r>
      <w:r>
        <w:rPr>
          <w:rFonts w:ascii="Arial" w:hAnsi="Arial"/>
        </w:rPr>
        <w:t xml:space="preserve"> </w:t>
      </w:r>
      <w:r w:rsidR="00C74CBB">
        <w:rPr>
          <w:rFonts w:ascii="Arial" w:hAnsi="Arial"/>
        </w:rPr>
        <w:t>T</w:t>
      </w:r>
      <w:r>
        <w:rPr>
          <w:rFonts w:ascii="Arial" w:hAnsi="Arial"/>
        </w:rPr>
        <w:t>herefore, we nee</w:t>
      </w:r>
      <w:r w:rsidR="00847564">
        <w:rPr>
          <w:rFonts w:ascii="Arial" w:hAnsi="Arial"/>
        </w:rPr>
        <w:t xml:space="preserve">d to consider the reservoirs are </w:t>
      </w:r>
      <w:r>
        <w:rPr>
          <w:rFonts w:ascii="Arial" w:hAnsi="Arial"/>
        </w:rPr>
        <w:t xml:space="preserve">among ourselves, the environment and </w:t>
      </w:r>
      <w:r w:rsidR="00847564">
        <w:rPr>
          <w:rFonts w:ascii="Arial" w:hAnsi="Arial"/>
        </w:rPr>
        <w:t>sources of</w:t>
      </w:r>
      <w:r>
        <w:rPr>
          <w:rFonts w:ascii="Arial" w:hAnsi="Arial"/>
        </w:rPr>
        <w:t xml:space="preserve"> nutrition, including now, those animals we are taking care of.</w:t>
      </w:r>
    </w:p>
    <w:p w14:paraId="07E15A3E" w14:textId="77777777" w:rsidR="006A5EC7" w:rsidRDefault="006A5EC7" w:rsidP="008516AC">
      <w:pPr>
        <w:spacing w:after="0"/>
        <w:jc w:val="both"/>
      </w:pPr>
    </w:p>
    <w:p w14:paraId="6B4FB29F" w14:textId="4D69B589" w:rsidR="006A5EC7" w:rsidRDefault="002353D5" w:rsidP="008516AC">
      <w:pPr>
        <w:spacing w:after="0"/>
        <w:jc w:val="both"/>
      </w:pPr>
      <w:r w:rsidRPr="002353D5">
        <w:rPr>
          <w:rFonts w:ascii="Arial" w:hAnsi="Arial"/>
          <w:b/>
          <w:bCs/>
        </w:rPr>
        <w:t>Addis 32</w:t>
      </w:r>
    </w:p>
    <w:p w14:paraId="6B845D25" w14:textId="611F253B" w:rsidR="006A5EC7" w:rsidRDefault="00FD4E37" w:rsidP="008516AC">
      <w:pPr>
        <w:spacing w:after="0"/>
        <w:jc w:val="both"/>
      </w:pPr>
      <w:r>
        <w:rPr>
          <w:rFonts w:ascii="Arial" w:hAnsi="Arial"/>
        </w:rPr>
        <w:t>I guess, in terms o</w:t>
      </w:r>
      <w:r w:rsidR="00847564">
        <w:rPr>
          <w:rFonts w:ascii="Arial" w:hAnsi="Arial"/>
        </w:rPr>
        <w:t>f reservoirs for animals, they</w:t>
      </w:r>
      <w:r>
        <w:rPr>
          <w:rFonts w:ascii="Arial" w:hAnsi="Arial"/>
        </w:rPr>
        <w:t xml:space="preserve"> play an important role to kee</w:t>
      </w:r>
      <w:r w:rsidR="00847564">
        <w:rPr>
          <w:rFonts w:ascii="Arial" w:hAnsi="Arial"/>
        </w:rPr>
        <w:t>p the disease circulating. I</w:t>
      </w:r>
      <w:r>
        <w:rPr>
          <w:rFonts w:ascii="Arial" w:hAnsi="Arial"/>
        </w:rPr>
        <w:t>t can be there as a carrier, or part of the cycle of the disease. We see th</w:t>
      </w:r>
      <w:r w:rsidR="00847564">
        <w:rPr>
          <w:rFonts w:ascii="Arial" w:hAnsi="Arial"/>
        </w:rPr>
        <w:t>is in things like R</w:t>
      </w:r>
      <w:r w:rsidR="004A297B">
        <w:rPr>
          <w:rFonts w:ascii="Arial" w:hAnsi="Arial"/>
        </w:rPr>
        <w:t>ift</w:t>
      </w:r>
      <w:r>
        <w:rPr>
          <w:rFonts w:ascii="Arial" w:hAnsi="Arial"/>
        </w:rPr>
        <w:t xml:space="preserve"> </w:t>
      </w:r>
      <w:r w:rsidR="00847564">
        <w:rPr>
          <w:rFonts w:ascii="Arial" w:hAnsi="Arial"/>
        </w:rPr>
        <w:t>Valley Fever, or Crimean Congo Hemorrhagic F</w:t>
      </w:r>
      <w:r>
        <w:rPr>
          <w:rFonts w:ascii="Arial" w:hAnsi="Arial"/>
        </w:rPr>
        <w:t xml:space="preserve">ever, </w:t>
      </w:r>
      <w:r w:rsidR="00847564">
        <w:rPr>
          <w:rFonts w:ascii="Arial" w:hAnsi="Arial"/>
        </w:rPr>
        <w:t xml:space="preserve">those are </w:t>
      </w:r>
      <w:r w:rsidR="00C74CBB">
        <w:rPr>
          <w:rFonts w:ascii="Arial" w:hAnsi="Arial"/>
        </w:rPr>
        <w:t>zoonotic</w:t>
      </w:r>
      <w:r w:rsidR="00847564">
        <w:rPr>
          <w:rFonts w:ascii="Arial" w:hAnsi="Arial"/>
        </w:rPr>
        <w:t xml:space="preserve"> diseases. A</w:t>
      </w:r>
      <w:r>
        <w:rPr>
          <w:rFonts w:ascii="Arial" w:hAnsi="Arial"/>
        </w:rPr>
        <w:t>nimal</w:t>
      </w:r>
      <w:r w:rsidR="00847564">
        <w:rPr>
          <w:rFonts w:ascii="Arial" w:hAnsi="Arial"/>
        </w:rPr>
        <w:t>s</w:t>
      </w:r>
      <w:r>
        <w:rPr>
          <w:rFonts w:ascii="Arial" w:hAnsi="Arial"/>
        </w:rPr>
        <w:t xml:space="preserve"> play a key role to keep the disease ongoing.</w:t>
      </w:r>
    </w:p>
    <w:p w14:paraId="4FF6371F" w14:textId="77777777" w:rsidR="006A5EC7" w:rsidRDefault="006A5EC7" w:rsidP="008516AC">
      <w:pPr>
        <w:spacing w:after="0"/>
        <w:jc w:val="both"/>
      </w:pPr>
    </w:p>
    <w:p w14:paraId="33AD82A5" w14:textId="443771C0" w:rsidR="006A5EC7" w:rsidRDefault="006D5C1F" w:rsidP="008516AC">
      <w:pPr>
        <w:spacing w:after="0"/>
        <w:jc w:val="both"/>
      </w:pPr>
      <w:r>
        <w:rPr>
          <w:rFonts w:ascii="Arial" w:hAnsi="Arial"/>
          <w:b/>
        </w:rPr>
        <w:t xml:space="preserve">Addis Facilitator </w:t>
      </w:r>
      <w:r w:rsidR="00CF0EA4">
        <w:rPr>
          <w:rFonts w:ascii="Arial" w:hAnsi="Arial"/>
          <w:b/>
        </w:rPr>
        <w:t>1</w:t>
      </w:r>
      <w:r w:rsidR="00263FC0">
        <w:rPr>
          <w:rFonts w:ascii="Arial" w:hAnsi="Arial"/>
          <w:b/>
        </w:rPr>
        <w:t xml:space="preserve"> </w:t>
      </w:r>
    </w:p>
    <w:p w14:paraId="2279BA60" w14:textId="58580E26" w:rsidR="006A5EC7" w:rsidRDefault="00FD4E37" w:rsidP="008516AC">
      <w:pPr>
        <w:spacing w:after="0"/>
        <w:jc w:val="both"/>
      </w:pPr>
      <w:r>
        <w:rPr>
          <w:rFonts w:ascii="Arial" w:hAnsi="Arial"/>
        </w:rPr>
        <w:t xml:space="preserve">I need to make sure we include our online participants. So could Addis 82 </w:t>
      </w:r>
      <w:r w:rsidR="00263FC0">
        <w:rPr>
          <w:rFonts w:ascii="Arial" w:hAnsi="Arial"/>
        </w:rPr>
        <w:t>unmute themselves, please?</w:t>
      </w:r>
    </w:p>
    <w:p w14:paraId="32EFC4D3" w14:textId="77777777" w:rsidR="006A5EC7" w:rsidRDefault="006A5EC7" w:rsidP="008516AC">
      <w:pPr>
        <w:spacing w:after="0"/>
        <w:jc w:val="both"/>
      </w:pPr>
    </w:p>
    <w:p w14:paraId="335EA539" w14:textId="2AC566E6" w:rsidR="006A5EC7" w:rsidRDefault="00263FC0" w:rsidP="008516AC">
      <w:pPr>
        <w:spacing w:after="0"/>
        <w:jc w:val="both"/>
      </w:pPr>
      <w:r>
        <w:rPr>
          <w:rFonts w:ascii="Arial" w:hAnsi="Arial"/>
          <w:b/>
        </w:rPr>
        <w:t>Addis 82</w:t>
      </w:r>
    </w:p>
    <w:p w14:paraId="09A5A67F" w14:textId="69840116" w:rsidR="00C74CBB" w:rsidRDefault="00263FC0" w:rsidP="008516AC">
      <w:pPr>
        <w:spacing w:after="0"/>
        <w:jc w:val="both"/>
        <w:rPr>
          <w:rFonts w:ascii="Arial" w:hAnsi="Arial"/>
        </w:rPr>
      </w:pPr>
      <w:r>
        <w:rPr>
          <w:rFonts w:ascii="Arial" w:hAnsi="Arial"/>
        </w:rPr>
        <w:t>H</w:t>
      </w:r>
      <w:r w:rsidR="00FD4E37">
        <w:rPr>
          <w:rFonts w:ascii="Arial" w:hAnsi="Arial"/>
        </w:rPr>
        <w:t xml:space="preserve">ello, thank you. My hand has been up for a while, mostly actually about a prioritization issue, although I do have a small reservoirs issue. </w:t>
      </w:r>
      <w:r>
        <w:rPr>
          <w:rFonts w:ascii="Arial" w:hAnsi="Arial"/>
        </w:rPr>
        <w:t xml:space="preserve">In </w:t>
      </w:r>
      <w:r w:rsidR="00FD4E37">
        <w:rPr>
          <w:rFonts w:ascii="Arial" w:hAnsi="Arial"/>
        </w:rPr>
        <w:t xml:space="preserve">the prioritization, I did notice that the prioritization mostly put </w:t>
      </w:r>
      <w:r>
        <w:rPr>
          <w:rFonts w:ascii="Arial" w:hAnsi="Arial"/>
        </w:rPr>
        <w:t>[</w:t>
      </w:r>
      <w:r w:rsidRPr="00DB3A44">
        <w:rPr>
          <w:rFonts w:ascii="Arial" w:hAnsi="Arial"/>
          <w:i/>
        </w:rPr>
        <w:t>diseases</w:t>
      </w:r>
      <w:r>
        <w:rPr>
          <w:rFonts w:ascii="Arial" w:hAnsi="Arial"/>
        </w:rPr>
        <w:t xml:space="preserve">] </w:t>
      </w:r>
      <w:r w:rsidR="00FD4E37">
        <w:rPr>
          <w:rFonts w:ascii="Arial" w:hAnsi="Arial"/>
        </w:rPr>
        <w:t>at the top for which there was an easy diagnostic process or reasonably good surveillance</w:t>
      </w:r>
      <w:r>
        <w:rPr>
          <w:rFonts w:ascii="Arial" w:hAnsi="Arial"/>
        </w:rPr>
        <w:t xml:space="preserve">, </w:t>
      </w:r>
      <w:r w:rsidR="00FD4E37">
        <w:rPr>
          <w:rFonts w:ascii="Arial" w:hAnsi="Arial"/>
        </w:rPr>
        <w:t xml:space="preserve">or, you know, things that could be identified at the primary health care level. And also that the participants </w:t>
      </w:r>
      <w:r w:rsidR="00FD4E37">
        <w:rPr>
          <w:rFonts w:ascii="Arial" w:hAnsi="Arial"/>
        </w:rPr>
        <w:lastRenderedPageBreak/>
        <w:t>appear to be listing what was the priority now, whereas the que</w:t>
      </w:r>
      <w:r>
        <w:rPr>
          <w:rFonts w:ascii="Arial" w:hAnsi="Arial"/>
        </w:rPr>
        <w:t>stion was about what would grow, what would escalate?</w:t>
      </w:r>
    </w:p>
    <w:p w14:paraId="1372064A" w14:textId="77777777" w:rsidR="00263FC0" w:rsidRDefault="00263FC0" w:rsidP="008516AC">
      <w:pPr>
        <w:spacing w:after="0"/>
        <w:jc w:val="both"/>
        <w:rPr>
          <w:rFonts w:ascii="Arial" w:hAnsi="Arial"/>
        </w:rPr>
      </w:pPr>
    </w:p>
    <w:p w14:paraId="2FF2C29E" w14:textId="301C9B66" w:rsidR="00C74CBB" w:rsidRDefault="00FD4E37" w:rsidP="008516AC">
      <w:pPr>
        <w:spacing w:after="0"/>
        <w:jc w:val="both"/>
        <w:rPr>
          <w:rFonts w:ascii="Arial" w:hAnsi="Arial"/>
        </w:rPr>
      </w:pPr>
      <w:r>
        <w:rPr>
          <w:rFonts w:ascii="Arial" w:hAnsi="Arial"/>
        </w:rPr>
        <w:t>My sense from looking at the prioritization list is that</w:t>
      </w:r>
      <w:r w:rsidR="00263FC0">
        <w:rPr>
          <w:rFonts w:ascii="Arial" w:hAnsi="Arial"/>
        </w:rPr>
        <w:t>, and</w:t>
      </w:r>
      <w:r>
        <w:rPr>
          <w:rFonts w:ascii="Arial" w:hAnsi="Arial"/>
        </w:rPr>
        <w:t xml:space="preserve"> I think somebody said this</w:t>
      </w:r>
      <w:r w:rsidR="00263FC0">
        <w:rPr>
          <w:rFonts w:ascii="Arial" w:hAnsi="Arial"/>
        </w:rPr>
        <w:t>,</w:t>
      </w:r>
      <w:r>
        <w:rPr>
          <w:rFonts w:ascii="Arial" w:hAnsi="Arial"/>
        </w:rPr>
        <w:t xml:space="preserve"> asking experts to weigh in is actually not a good way to prioritize because it actually enhances existing priorities, because this is what the experts </w:t>
      </w:r>
      <w:r w:rsidR="00263FC0">
        <w:rPr>
          <w:rFonts w:ascii="Arial" w:hAnsi="Arial"/>
        </w:rPr>
        <w:t xml:space="preserve">are </w:t>
      </w:r>
      <w:r>
        <w:rPr>
          <w:rFonts w:ascii="Arial" w:hAnsi="Arial"/>
        </w:rPr>
        <w:t>actually focused on</w:t>
      </w:r>
      <w:r w:rsidR="004A297B">
        <w:rPr>
          <w:rFonts w:ascii="Arial" w:hAnsi="Arial"/>
        </w:rPr>
        <w:t>.</w:t>
      </w:r>
      <w:r>
        <w:rPr>
          <w:rFonts w:ascii="Arial" w:hAnsi="Arial"/>
        </w:rPr>
        <w:t xml:space="preserve"> </w:t>
      </w:r>
      <w:r w:rsidR="004A297B">
        <w:rPr>
          <w:rFonts w:ascii="Arial" w:hAnsi="Arial"/>
        </w:rPr>
        <w:t>T</w:t>
      </w:r>
      <w:r>
        <w:rPr>
          <w:rFonts w:ascii="Arial" w:hAnsi="Arial"/>
        </w:rPr>
        <w:t>he neglected diseases</w:t>
      </w:r>
      <w:r w:rsidR="00263FC0">
        <w:rPr>
          <w:rFonts w:ascii="Arial" w:hAnsi="Arial"/>
        </w:rPr>
        <w:t>,</w:t>
      </w:r>
      <w:r w:rsidR="004A297B">
        <w:rPr>
          <w:rFonts w:ascii="Arial" w:hAnsi="Arial"/>
        </w:rPr>
        <w:t xml:space="preserve"> m</w:t>
      </w:r>
      <w:r>
        <w:rPr>
          <w:rFonts w:ascii="Arial" w:hAnsi="Arial"/>
        </w:rPr>
        <w:t xml:space="preserve">ost of them didn't make the top 10. </w:t>
      </w:r>
    </w:p>
    <w:p w14:paraId="7D62138C" w14:textId="77777777" w:rsidR="00C74CBB" w:rsidRDefault="00C74CBB" w:rsidP="008516AC">
      <w:pPr>
        <w:spacing w:after="0"/>
        <w:jc w:val="both"/>
        <w:rPr>
          <w:rFonts w:ascii="Arial" w:hAnsi="Arial"/>
        </w:rPr>
      </w:pPr>
    </w:p>
    <w:p w14:paraId="50F55BFD" w14:textId="75CEB9FD" w:rsidR="006A5EC7" w:rsidRDefault="00FD4E37" w:rsidP="008516AC">
      <w:pPr>
        <w:spacing w:after="0"/>
        <w:jc w:val="both"/>
      </w:pPr>
      <w:r>
        <w:rPr>
          <w:rFonts w:ascii="Arial" w:hAnsi="Arial"/>
        </w:rPr>
        <w:t>And then on reservoirs, actually, what I had to say is related to this</w:t>
      </w:r>
      <w:r w:rsidR="00263FC0">
        <w:rPr>
          <w:rFonts w:ascii="Arial" w:hAnsi="Arial"/>
        </w:rPr>
        <w:t>, it’s</w:t>
      </w:r>
      <w:r>
        <w:rPr>
          <w:rFonts w:ascii="Arial" w:hAnsi="Arial"/>
        </w:rPr>
        <w:t xml:space="preserve"> that the reservoirs that I can think of are actually more cross cutting across different diseases. And maybe looking at reservoirs is a good is a good thing for that precise reason. Because if we don't support cos</w:t>
      </w:r>
      <w:r w:rsidR="00263FC0">
        <w:rPr>
          <w:rFonts w:ascii="Arial" w:hAnsi="Arial"/>
        </w:rPr>
        <w:t>t cutting</w:t>
      </w:r>
      <w:r>
        <w:rPr>
          <w:rFonts w:ascii="Arial" w:hAnsi="Arial"/>
        </w:rPr>
        <w:t xml:space="preserve"> things that are </w:t>
      </w:r>
      <w:r w:rsidR="00263FC0">
        <w:rPr>
          <w:rFonts w:ascii="Arial" w:hAnsi="Arial"/>
        </w:rPr>
        <w:t>likely to unveil hidden</w:t>
      </w:r>
      <w:r>
        <w:rPr>
          <w:rFonts w:ascii="Arial" w:hAnsi="Arial"/>
        </w:rPr>
        <w:t xml:space="preserve"> threats, we're less likely to know what the true priorities actually are. Thank you.</w:t>
      </w:r>
    </w:p>
    <w:p w14:paraId="6FD6E268" w14:textId="77777777" w:rsidR="006A5EC7" w:rsidRDefault="006A5EC7" w:rsidP="008516AC">
      <w:pPr>
        <w:spacing w:after="0"/>
        <w:jc w:val="both"/>
      </w:pPr>
    </w:p>
    <w:p w14:paraId="21B8A665" w14:textId="4FA7182A" w:rsidR="006A5EC7" w:rsidRDefault="006D5C1F" w:rsidP="008516AC">
      <w:pPr>
        <w:spacing w:after="0"/>
        <w:jc w:val="both"/>
      </w:pPr>
      <w:r>
        <w:rPr>
          <w:rFonts w:ascii="Arial" w:hAnsi="Arial"/>
          <w:b/>
        </w:rPr>
        <w:t xml:space="preserve">Addis Facilitator </w:t>
      </w:r>
      <w:r w:rsidR="00CF0EA4">
        <w:rPr>
          <w:rFonts w:ascii="Arial" w:hAnsi="Arial"/>
          <w:b/>
        </w:rPr>
        <w:t>1</w:t>
      </w:r>
    </w:p>
    <w:p w14:paraId="43D438D9" w14:textId="62335845" w:rsidR="006A5EC7" w:rsidRDefault="00FD4E37" w:rsidP="008516AC">
      <w:pPr>
        <w:spacing w:after="0"/>
        <w:jc w:val="both"/>
      </w:pPr>
      <w:r>
        <w:rPr>
          <w:rFonts w:ascii="Arial" w:hAnsi="Arial"/>
        </w:rPr>
        <w:t>Thank you. Those are really i</w:t>
      </w:r>
      <w:r w:rsidR="00263FC0">
        <w:rPr>
          <w:rFonts w:ascii="Arial" w:hAnsi="Arial"/>
        </w:rPr>
        <w:t>mportant and helpful comments, a</w:t>
      </w:r>
      <w:r>
        <w:rPr>
          <w:rFonts w:ascii="Arial" w:hAnsi="Arial"/>
        </w:rPr>
        <w:t xml:space="preserve">nd I completely agree around the potential and thinking about reservoirs for that to be cross cutting. </w:t>
      </w:r>
      <w:r w:rsidR="00263FC0">
        <w:rPr>
          <w:rFonts w:ascii="Arial" w:hAnsi="Arial"/>
        </w:rPr>
        <w:t>A</w:t>
      </w:r>
      <w:r>
        <w:rPr>
          <w:rFonts w:ascii="Arial" w:hAnsi="Arial"/>
        </w:rPr>
        <w:t>lso just to say that within that framework of reservoirs, we touched very, very briefly on the potential for human populations, animal populations</w:t>
      </w:r>
      <w:r w:rsidR="00263FC0">
        <w:rPr>
          <w:rFonts w:ascii="Arial" w:hAnsi="Arial"/>
        </w:rPr>
        <w:t xml:space="preserve"> [</w:t>
      </w:r>
      <w:r w:rsidR="00263FC0" w:rsidRPr="00DB3A44">
        <w:rPr>
          <w:rFonts w:ascii="Arial" w:hAnsi="Arial"/>
          <w:i/>
        </w:rPr>
        <w:t>to be reservoirs</w:t>
      </w:r>
      <w:r w:rsidR="00263FC0">
        <w:rPr>
          <w:rFonts w:ascii="Arial" w:hAnsi="Arial"/>
        </w:rPr>
        <w:t>]</w:t>
      </w:r>
      <w:r>
        <w:rPr>
          <w:rFonts w:ascii="Arial" w:hAnsi="Arial"/>
        </w:rPr>
        <w:t xml:space="preserve">, but also not to forget environmental reservoirs as </w:t>
      </w:r>
      <w:r w:rsidR="00263FC0">
        <w:rPr>
          <w:rFonts w:ascii="Arial" w:hAnsi="Arial"/>
        </w:rPr>
        <w:t>well. I think we need to move on.</w:t>
      </w:r>
    </w:p>
    <w:p w14:paraId="3F95B399" w14:textId="77777777" w:rsidR="006A5EC7" w:rsidRDefault="006A5EC7" w:rsidP="008516AC">
      <w:pPr>
        <w:spacing w:after="0"/>
        <w:jc w:val="both"/>
      </w:pPr>
    </w:p>
    <w:p w14:paraId="6D17DB75" w14:textId="392A9391" w:rsidR="006A5EC7" w:rsidRDefault="006D5C1F" w:rsidP="008516AC">
      <w:pPr>
        <w:spacing w:after="0"/>
        <w:jc w:val="both"/>
      </w:pPr>
      <w:r>
        <w:rPr>
          <w:rFonts w:ascii="Arial" w:hAnsi="Arial"/>
          <w:b/>
        </w:rPr>
        <w:t xml:space="preserve">Addis Facilitator </w:t>
      </w:r>
      <w:r w:rsidR="00CF0EA4">
        <w:rPr>
          <w:rFonts w:ascii="Arial" w:hAnsi="Arial"/>
          <w:b/>
        </w:rPr>
        <w:t>2</w:t>
      </w:r>
    </w:p>
    <w:p w14:paraId="474B0067" w14:textId="56031F95" w:rsidR="006A5EC7" w:rsidRDefault="00FD4E37" w:rsidP="008516AC">
      <w:pPr>
        <w:spacing w:after="0"/>
        <w:jc w:val="both"/>
      </w:pPr>
      <w:r>
        <w:rPr>
          <w:rFonts w:ascii="Arial" w:hAnsi="Arial"/>
        </w:rPr>
        <w:t>So we also know that there could be missing priorities</w:t>
      </w:r>
      <w:r w:rsidR="00263FC0">
        <w:rPr>
          <w:rFonts w:ascii="Arial" w:hAnsi="Arial"/>
        </w:rPr>
        <w:t xml:space="preserve"> [</w:t>
      </w:r>
      <w:r w:rsidR="00263FC0" w:rsidRPr="00DB3A44">
        <w:rPr>
          <w:rFonts w:ascii="Arial" w:hAnsi="Arial"/>
          <w:i/>
        </w:rPr>
        <w:t>from those that were presented at the workshop</w:t>
      </w:r>
      <w:r w:rsidR="00263FC0">
        <w:rPr>
          <w:rFonts w:ascii="Arial" w:hAnsi="Arial"/>
        </w:rPr>
        <w:t>]</w:t>
      </w:r>
      <w:r w:rsidR="008257F3">
        <w:rPr>
          <w:rFonts w:ascii="Arial" w:hAnsi="Arial"/>
        </w:rPr>
        <w:t>, a</w:t>
      </w:r>
      <w:r>
        <w:rPr>
          <w:rFonts w:ascii="Arial" w:hAnsi="Arial"/>
        </w:rPr>
        <w:t>nd you hav</w:t>
      </w:r>
      <w:r w:rsidR="00263FC0">
        <w:rPr>
          <w:rFonts w:ascii="Arial" w:hAnsi="Arial"/>
        </w:rPr>
        <w:t>e been trying to allude to that</w:t>
      </w:r>
      <w:r>
        <w:rPr>
          <w:rFonts w:ascii="Arial" w:hAnsi="Arial"/>
        </w:rPr>
        <w:t xml:space="preserve">. </w:t>
      </w:r>
      <w:r w:rsidR="008257F3">
        <w:rPr>
          <w:rFonts w:ascii="Arial" w:hAnsi="Arial"/>
        </w:rPr>
        <w:t>We</w:t>
      </w:r>
      <w:r>
        <w:rPr>
          <w:rFonts w:ascii="Arial" w:hAnsi="Arial"/>
        </w:rPr>
        <w:t xml:space="preserve"> want to</w:t>
      </w:r>
      <w:r w:rsidR="008257F3">
        <w:rPr>
          <w:rFonts w:ascii="Arial" w:hAnsi="Arial"/>
        </w:rPr>
        <w:t xml:space="preserve"> hear more about other diseases</w:t>
      </w:r>
      <w:r>
        <w:rPr>
          <w:rFonts w:ascii="Arial" w:hAnsi="Arial"/>
        </w:rPr>
        <w:t xml:space="preserve"> not prioritize</w:t>
      </w:r>
      <w:r w:rsidR="004A297B">
        <w:rPr>
          <w:rFonts w:ascii="Arial" w:hAnsi="Arial"/>
        </w:rPr>
        <w:t>d</w:t>
      </w:r>
      <w:r>
        <w:rPr>
          <w:rFonts w:ascii="Arial" w:hAnsi="Arial"/>
        </w:rPr>
        <w:t xml:space="preserve">. </w:t>
      </w:r>
      <w:r w:rsidR="008257F3">
        <w:rPr>
          <w:rFonts w:ascii="Arial" w:hAnsi="Arial"/>
        </w:rPr>
        <w:t xml:space="preserve">We want to </w:t>
      </w:r>
      <w:r>
        <w:rPr>
          <w:rFonts w:ascii="Arial" w:hAnsi="Arial"/>
        </w:rPr>
        <w:t>discuss the d</w:t>
      </w:r>
      <w:r w:rsidR="004A297B">
        <w:rPr>
          <w:rFonts w:ascii="Arial" w:hAnsi="Arial"/>
        </w:rPr>
        <w:t>iseases that</w:t>
      </w:r>
      <w:r w:rsidR="008257F3">
        <w:rPr>
          <w:rFonts w:ascii="Arial" w:hAnsi="Arial"/>
        </w:rPr>
        <w:t xml:space="preserve"> came out as lower priorities in</w:t>
      </w:r>
      <w:r>
        <w:rPr>
          <w:rFonts w:ascii="Arial" w:hAnsi="Arial"/>
        </w:rPr>
        <w:t xml:space="preserve"> the survey, you'll see that we have listed </w:t>
      </w:r>
      <w:r w:rsidR="008257F3">
        <w:rPr>
          <w:rFonts w:ascii="Arial" w:hAnsi="Arial"/>
        </w:rPr>
        <w:t xml:space="preserve">some </w:t>
      </w:r>
      <w:r>
        <w:rPr>
          <w:rFonts w:ascii="Arial" w:hAnsi="Arial"/>
        </w:rPr>
        <w:t>here</w:t>
      </w:r>
      <w:r w:rsidR="008257F3">
        <w:rPr>
          <w:rFonts w:ascii="Arial" w:hAnsi="Arial"/>
        </w:rPr>
        <w:t xml:space="preserve"> [</w:t>
      </w:r>
      <w:r w:rsidR="008257F3" w:rsidRPr="00DB3A44">
        <w:rPr>
          <w:rFonts w:ascii="Arial" w:hAnsi="Arial"/>
          <w:i/>
        </w:rPr>
        <w:t>on a slide</w:t>
      </w:r>
      <w:r w:rsidR="008257F3">
        <w:rPr>
          <w:rFonts w:ascii="Arial" w:hAnsi="Arial"/>
        </w:rPr>
        <w:t>]</w:t>
      </w:r>
      <w:r>
        <w:rPr>
          <w:rFonts w:ascii="Arial" w:hAnsi="Arial"/>
        </w:rPr>
        <w:t xml:space="preserve">. </w:t>
      </w:r>
      <w:r w:rsidR="008257F3">
        <w:rPr>
          <w:rFonts w:ascii="Arial" w:hAnsi="Arial"/>
        </w:rPr>
        <w:t>We</w:t>
      </w:r>
      <w:r>
        <w:rPr>
          <w:rFonts w:ascii="Arial" w:hAnsi="Arial"/>
        </w:rPr>
        <w:t xml:space="preserve"> have showed you the top 10 </w:t>
      </w:r>
      <w:r w:rsidR="008257F3">
        <w:rPr>
          <w:rFonts w:ascii="Arial" w:hAnsi="Arial"/>
        </w:rPr>
        <w:t>[</w:t>
      </w:r>
      <w:r w:rsidR="008257F3" w:rsidRPr="00DB3A44">
        <w:rPr>
          <w:rFonts w:ascii="Arial" w:hAnsi="Arial"/>
          <w:i/>
        </w:rPr>
        <w:t>highest ranked diseases</w:t>
      </w:r>
      <w:r w:rsidR="008257F3">
        <w:rPr>
          <w:rFonts w:ascii="Arial" w:hAnsi="Arial"/>
        </w:rPr>
        <w:t>] a</w:t>
      </w:r>
      <w:r>
        <w:rPr>
          <w:rFonts w:ascii="Arial" w:hAnsi="Arial"/>
        </w:rPr>
        <w:t xml:space="preserve">nd you have </w:t>
      </w:r>
      <w:r w:rsidR="008257F3">
        <w:rPr>
          <w:rFonts w:ascii="Arial" w:hAnsi="Arial"/>
        </w:rPr>
        <w:t>shared your</w:t>
      </w:r>
      <w:r>
        <w:rPr>
          <w:rFonts w:ascii="Arial" w:hAnsi="Arial"/>
        </w:rPr>
        <w:t xml:space="preserve"> </w:t>
      </w:r>
      <w:r w:rsidR="008257F3">
        <w:rPr>
          <w:rFonts w:ascii="Arial" w:hAnsi="Arial"/>
        </w:rPr>
        <w:t>thoughts</w:t>
      </w:r>
      <w:r>
        <w:rPr>
          <w:rFonts w:ascii="Arial" w:hAnsi="Arial"/>
        </w:rPr>
        <w:t xml:space="preserve"> very well. For example, s</w:t>
      </w:r>
      <w:r w:rsidR="004A297B">
        <w:rPr>
          <w:rFonts w:ascii="Arial" w:hAnsi="Arial"/>
        </w:rPr>
        <w:t>chisto</w:t>
      </w:r>
      <w:r w:rsidR="008257F3">
        <w:rPr>
          <w:rFonts w:ascii="Arial" w:hAnsi="Arial"/>
        </w:rPr>
        <w:t>so</w:t>
      </w:r>
      <w:r w:rsidR="004A297B">
        <w:rPr>
          <w:rFonts w:ascii="Arial" w:hAnsi="Arial"/>
        </w:rPr>
        <w:t>m</w:t>
      </w:r>
      <w:r w:rsidR="008257F3">
        <w:rPr>
          <w:rFonts w:ascii="Arial" w:hAnsi="Arial"/>
        </w:rPr>
        <w:t>iasis, i</w:t>
      </w:r>
      <w:r>
        <w:rPr>
          <w:rFonts w:ascii="Arial" w:hAnsi="Arial"/>
        </w:rPr>
        <w:t xml:space="preserve">t </w:t>
      </w:r>
      <w:r w:rsidR="008257F3">
        <w:rPr>
          <w:rFonts w:ascii="Arial" w:hAnsi="Arial"/>
        </w:rPr>
        <w:t>ranked</w:t>
      </w:r>
      <w:r>
        <w:rPr>
          <w:rFonts w:ascii="Arial" w:hAnsi="Arial"/>
        </w:rPr>
        <w:t xml:space="preserve"> 11th </w:t>
      </w:r>
      <w:r w:rsidR="008257F3">
        <w:rPr>
          <w:rFonts w:ascii="Arial" w:hAnsi="Arial"/>
        </w:rPr>
        <w:t>in the findings</w:t>
      </w:r>
      <w:r>
        <w:rPr>
          <w:rFonts w:ascii="Arial" w:hAnsi="Arial"/>
        </w:rPr>
        <w:t>, there's t</w:t>
      </w:r>
      <w:r w:rsidR="004A297B">
        <w:rPr>
          <w:rFonts w:ascii="Arial" w:hAnsi="Arial"/>
        </w:rPr>
        <w:t>yph</w:t>
      </w:r>
      <w:r>
        <w:rPr>
          <w:rFonts w:ascii="Arial" w:hAnsi="Arial"/>
        </w:rPr>
        <w:t>o</w:t>
      </w:r>
      <w:r w:rsidR="004A297B">
        <w:rPr>
          <w:rFonts w:ascii="Arial" w:hAnsi="Arial"/>
        </w:rPr>
        <w:t>i</w:t>
      </w:r>
      <w:r>
        <w:rPr>
          <w:rFonts w:ascii="Arial" w:hAnsi="Arial"/>
        </w:rPr>
        <w:t>d</w:t>
      </w:r>
      <w:r w:rsidR="00C74CBB">
        <w:rPr>
          <w:rFonts w:ascii="Arial" w:hAnsi="Arial"/>
        </w:rPr>
        <w:t>,</w:t>
      </w:r>
      <w:r>
        <w:rPr>
          <w:rFonts w:ascii="Arial" w:hAnsi="Arial"/>
        </w:rPr>
        <w:t xml:space="preserve"> there's v</w:t>
      </w:r>
      <w:r w:rsidR="004A297B">
        <w:rPr>
          <w:rFonts w:ascii="Arial" w:hAnsi="Arial"/>
        </w:rPr>
        <w:t xml:space="preserve">iral hemorrhagic </w:t>
      </w:r>
      <w:r>
        <w:rPr>
          <w:rFonts w:ascii="Arial" w:hAnsi="Arial"/>
        </w:rPr>
        <w:t>feve</w:t>
      </w:r>
      <w:r w:rsidR="008257F3">
        <w:rPr>
          <w:rFonts w:ascii="Arial" w:hAnsi="Arial"/>
        </w:rPr>
        <w:t>rs</w:t>
      </w:r>
      <w:r>
        <w:rPr>
          <w:rFonts w:ascii="Arial" w:hAnsi="Arial"/>
        </w:rPr>
        <w:t>, there's M</w:t>
      </w:r>
      <w:r w:rsidR="004A297B">
        <w:rPr>
          <w:rFonts w:ascii="Arial" w:hAnsi="Arial"/>
        </w:rPr>
        <w:t>pox</w:t>
      </w:r>
      <w:r w:rsidR="008257F3">
        <w:rPr>
          <w:rFonts w:ascii="Arial" w:hAnsi="Arial"/>
        </w:rPr>
        <w:t xml:space="preserve">, </w:t>
      </w:r>
      <w:r>
        <w:rPr>
          <w:rFonts w:ascii="Arial" w:hAnsi="Arial"/>
        </w:rPr>
        <w:t>the</w:t>
      </w:r>
      <w:r w:rsidR="008257F3">
        <w:rPr>
          <w:rFonts w:ascii="Arial" w:hAnsi="Arial"/>
        </w:rPr>
        <w:t>re’s</w:t>
      </w:r>
      <w:r>
        <w:rPr>
          <w:rFonts w:ascii="Arial" w:hAnsi="Arial"/>
        </w:rPr>
        <w:t xml:space="preserve"> sexually transmitted infections, influenza, dengue, Marburg. </w:t>
      </w:r>
      <w:r w:rsidR="008257F3">
        <w:rPr>
          <w:rFonts w:ascii="Arial" w:hAnsi="Arial"/>
        </w:rPr>
        <w:t>We</w:t>
      </w:r>
      <w:r>
        <w:rPr>
          <w:rFonts w:ascii="Arial" w:hAnsi="Arial"/>
        </w:rPr>
        <w:t xml:space="preserve"> want to hear</w:t>
      </w:r>
      <w:r w:rsidR="008257F3">
        <w:rPr>
          <w:rFonts w:ascii="Arial" w:hAnsi="Arial"/>
        </w:rPr>
        <w:t xml:space="preserve"> about the situation in</w:t>
      </w:r>
      <w:r>
        <w:rPr>
          <w:rFonts w:ascii="Arial" w:hAnsi="Arial"/>
        </w:rPr>
        <w:t xml:space="preserve"> your context. What can</w:t>
      </w:r>
      <w:r w:rsidR="008257F3">
        <w:rPr>
          <w:rFonts w:ascii="Arial" w:hAnsi="Arial"/>
        </w:rPr>
        <w:t xml:space="preserve"> we learn from these other lower prioritized </w:t>
      </w:r>
      <w:r>
        <w:rPr>
          <w:rFonts w:ascii="Arial" w:hAnsi="Arial"/>
        </w:rPr>
        <w:t>diseases? And what could be missing?</w:t>
      </w:r>
    </w:p>
    <w:p w14:paraId="235B54A6" w14:textId="77777777" w:rsidR="006A5EC7" w:rsidRDefault="006A5EC7" w:rsidP="008516AC">
      <w:pPr>
        <w:spacing w:after="0"/>
        <w:jc w:val="both"/>
      </w:pPr>
    </w:p>
    <w:p w14:paraId="01CB26FF" w14:textId="734B5943" w:rsidR="006A5EC7" w:rsidRDefault="006D5C1F" w:rsidP="008516AC">
      <w:pPr>
        <w:spacing w:after="0"/>
        <w:jc w:val="both"/>
      </w:pPr>
      <w:r>
        <w:rPr>
          <w:rFonts w:ascii="Arial" w:hAnsi="Arial"/>
          <w:b/>
        </w:rPr>
        <w:t xml:space="preserve">Addis Facilitator </w:t>
      </w:r>
      <w:r w:rsidR="00CF0EA4">
        <w:rPr>
          <w:rFonts w:ascii="Arial" w:hAnsi="Arial"/>
          <w:b/>
        </w:rPr>
        <w:t>1</w:t>
      </w:r>
    </w:p>
    <w:p w14:paraId="69A3AB13" w14:textId="3475E3D2" w:rsidR="006A5EC7" w:rsidRDefault="00FD4E37" w:rsidP="008516AC">
      <w:pPr>
        <w:spacing w:after="0"/>
        <w:jc w:val="both"/>
      </w:pPr>
      <w:r>
        <w:rPr>
          <w:rFonts w:ascii="Arial" w:hAnsi="Arial"/>
        </w:rPr>
        <w:t xml:space="preserve">Okay, on these questions, have a little bit of time to look at those </w:t>
      </w:r>
      <w:r w:rsidR="008257F3">
        <w:rPr>
          <w:rFonts w:ascii="Arial" w:hAnsi="Arial"/>
        </w:rPr>
        <w:t>[</w:t>
      </w:r>
      <w:r w:rsidR="008257F3" w:rsidRPr="00DB3A44">
        <w:rPr>
          <w:rFonts w:ascii="Arial" w:hAnsi="Arial"/>
          <w:i/>
        </w:rPr>
        <w:t>example lower-prioritized diseases shared on a slide in the workshop</w:t>
      </w:r>
      <w:r w:rsidR="008257F3">
        <w:rPr>
          <w:rFonts w:ascii="Arial" w:hAnsi="Arial"/>
        </w:rPr>
        <w:t xml:space="preserve">], </w:t>
      </w:r>
      <w:r>
        <w:rPr>
          <w:rFonts w:ascii="Arial" w:hAnsi="Arial"/>
        </w:rPr>
        <w:t>some of them have already come up in the previous discussion. I would like to start with an o</w:t>
      </w:r>
      <w:r w:rsidR="008257F3">
        <w:rPr>
          <w:rFonts w:ascii="Arial" w:hAnsi="Arial"/>
        </w:rPr>
        <w:t>nline question if there is one?</w:t>
      </w:r>
    </w:p>
    <w:p w14:paraId="454FE39A" w14:textId="26CB8213" w:rsidR="006A5EC7" w:rsidRDefault="006A5EC7" w:rsidP="008516AC">
      <w:pPr>
        <w:spacing w:after="0"/>
        <w:jc w:val="both"/>
      </w:pPr>
    </w:p>
    <w:p w14:paraId="24DB6862" w14:textId="42CAF2B5" w:rsidR="006A5EC7" w:rsidRDefault="00D21574" w:rsidP="008516AC">
      <w:pPr>
        <w:spacing w:after="0"/>
        <w:jc w:val="both"/>
      </w:pPr>
      <w:r>
        <w:rPr>
          <w:rFonts w:ascii="Arial" w:hAnsi="Arial"/>
          <w:b/>
        </w:rPr>
        <w:t>Addis 83</w:t>
      </w:r>
    </w:p>
    <w:p w14:paraId="10403E7D" w14:textId="3CBF828D" w:rsidR="006A5EC7" w:rsidRPr="008257F3" w:rsidRDefault="008257F3" w:rsidP="008516AC">
      <w:pPr>
        <w:spacing w:after="0"/>
        <w:jc w:val="both"/>
        <w:rPr>
          <w:rFonts w:ascii="Arial" w:hAnsi="Arial"/>
        </w:rPr>
      </w:pPr>
      <w:r>
        <w:rPr>
          <w:rFonts w:ascii="Arial" w:hAnsi="Arial"/>
        </w:rPr>
        <w:t xml:space="preserve">Actually, I just put my comment </w:t>
      </w:r>
      <w:r w:rsidR="00FD4E37">
        <w:rPr>
          <w:rFonts w:ascii="Arial" w:hAnsi="Arial"/>
        </w:rPr>
        <w:t xml:space="preserve">in the chat that one should consider perhaps showing more than </w:t>
      </w:r>
      <w:r w:rsidR="004A297B">
        <w:rPr>
          <w:rFonts w:ascii="Arial" w:hAnsi="Arial"/>
        </w:rPr>
        <w:t xml:space="preserve">ten of these diseases or </w:t>
      </w:r>
      <w:r w:rsidR="00FD4E37">
        <w:rPr>
          <w:rFonts w:ascii="Arial" w:hAnsi="Arial"/>
        </w:rPr>
        <w:t>priorities, to get a better representation and dis</w:t>
      </w:r>
      <w:r>
        <w:rPr>
          <w:rFonts w:ascii="Arial" w:hAnsi="Arial"/>
        </w:rPr>
        <w:t xml:space="preserve">tribution across pathogens, and also more support. </w:t>
      </w:r>
      <w:r w:rsidR="00FD4E37">
        <w:rPr>
          <w:rFonts w:ascii="Arial" w:hAnsi="Arial"/>
        </w:rPr>
        <w:t xml:space="preserve">And, of course, a lot of these relate very much to, to the experience of the participants, and their work. I guess if </w:t>
      </w:r>
      <w:r w:rsidR="004A297B">
        <w:rPr>
          <w:rFonts w:ascii="Arial" w:hAnsi="Arial"/>
        </w:rPr>
        <w:t>schisto</w:t>
      </w:r>
      <w:r>
        <w:rPr>
          <w:rFonts w:ascii="Arial" w:hAnsi="Arial"/>
        </w:rPr>
        <w:t>so</w:t>
      </w:r>
      <w:r w:rsidR="004A297B">
        <w:rPr>
          <w:rFonts w:ascii="Arial" w:hAnsi="Arial"/>
        </w:rPr>
        <w:t>miasis</w:t>
      </w:r>
      <w:r w:rsidR="00FD4E37">
        <w:rPr>
          <w:rFonts w:ascii="Arial" w:hAnsi="Arial"/>
        </w:rPr>
        <w:t xml:space="preserve"> </w:t>
      </w:r>
      <w:r>
        <w:rPr>
          <w:rFonts w:ascii="Arial" w:hAnsi="Arial"/>
        </w:rPr>
        <w:t>ranked 11</w:t>
      </w:r>
      <w:r w:rsidRPr="008257F3">
        <w:rPr>
          <w:rFonts w:ascii="Arial" w:hAnsi="Arial"/>
          <w:vertAlign w:val="superscript"/>
        </w:rPr>
        <w:t>th</w:t>
      </w:r>
      <w:r w:rsidR="00FD4E37">
        <w:rPr>
          <w:rFonts w:ascii="Arial" w:hAnsi="Arial"/>
        </w:rPr>
        <w:t>, then neglected tropical diseases were also probably high</w:t>
      </w:r>
      <w:r>
        <w:rPr>
          <w:rFonts w:ascii="Arial" w:hAnsi="Arial"/>
        </w:rPr>
        <w:t>,</w:t>
      </w:r>
      <w:r w:rsidR="00FD4E37">
        <w:rPr>
          <w:rFonts w:ascii="Arial" w:hAnsi="Arial"/>
        </w:rPr>
        <w:t xml:space="preserve"> but not </w:t>
      </w:r>
      <w:r>
        <w:rPr>
          <w:rFonts w:ascii="Arial" w:hAnsi="Arial"/>
        </w:rPr>
        <w:t>high enough to be shown</w:t>
      </w:r>
      <w:r w:rsidR="00D21574">
        <w:rPr>
          <w:rFonts w:ascii="Arial" w:hAnsi="Arial"/>
        </w:rPr>
        <w:t xml:space="preserve">. That </w:t>
      </w:r>
      <w:r w:rsidR="00FD4E37">
        <w:rPr>
          <w:rFonts w:ascii="Arial" w:hAnsi="Arial"/>
        </w:rPr>
        <w:t>was almost a lot of problems</w:t>
      </w:r>
      <w:r w:rsidR="00D21574">
        <w:rPr>
          <w:rFonts w:ascii="Arial" w:hAnsi="Arial"/>
        </w:rPr>
        <w:t>,</w:t>
      </w:r>
      <w:r w:rsidR="00FD4E37">
        <w:rPr>
          <w:rFonts w:ascii="Arial" w:hAnsi="Arial"/>
        </w:rPr>
        <w:t xml:space="preserve"> over</w:t>
      </w:r>
    </w:p>
    <w:p w14:paraId="37466A99" w14:textId="6874BE9F" w:rsidR="006A5EC7" w:rsidRDefault="006A5EC7" w:rsidP="008516AC">
      <w:pPr>
        <w:spacing w:after="0"/>
        <w:jc w:val="both"/>
      </w:pPr>
    </w:p>
    <w:p w14:paraId="2374374A" w14:textId="455978EE" w:rsidR="006A5EC7" w:rsidRDefault="00D21574" w:rsidP="008516AC">
      <w:pPr>
        <w:spacing w:after="0"/>
        <w:jc w:val="both"/>
      </w:pPr>
      <w:r>
        <w:rPr>
          <w:rFonts w:ascii="Arial" w:hAnsi="Arial"/>
          <w:b/>
        </w:rPr>
        <w:t>TGHN</w:t>
      </w:r>
      <w:r w:rsidR="006D5C1F">
        <w:rPr>
          <w:rFonts w:ascii="Arial" w:hAnsi="Arial"/>
          <w:b/>
        </w:rPr>
        <w:t xml:space="preserve"> Representative 1</w:t>
      </w:r>
    </w:p>
    <w:p w14:paraId="3C79E534" w14:textId="2B61DB8F" w:rsidR="006A5EC7" w:rsidRPr="00D21574" w:rsidRDefault="00FD4E37" w:rsidP="008516AC">
      <w:pPr>
        <w:spacing w:after="0"/>
        <w:jc w:val="both"/>
        <w:rPr>
          <w:rFonts w:ascii="Arial" w:hAnsi="Arial"/>
        </w:rPr>
      </w:pPr>
      <w:r>
        <w:rPr>
          <w:rFonts w:ascii="Arial" w:hAnsi="Arial"/>
        </w:rPr>
        <w:t>Hi, everyone really great to be listening to you all, sorry, I'm not with you. I'm really enjoying having the exper</w:t>
      </w:r>
      <w:r w:rsidR="00D21574">
        <w:rPr>
          <w:rFonts w:ascii="Arial" w:hAnsi="Arial"/>
        </w:rPr>
        <w:t>ience we had in India and Rio, and now here. J</w:t>
      </w:r>
      <w:r>
        <w:rPr>
          <w:rFonts w:ascii="Arial" w:hAnsi="Arial"/>
        </w:rPr>
        <w:t xml:space="preserve">ust a piece on the methodology really, and just to </w:t>
      </w:r>
      <w:r>
        <w:rPr>
          <w:rFonts w:ascii="Arial" w:hAnsi="Arial"/>
        </w:rPr>
        <w:lastRenderedPageBreak/>
        <w:t>encourage your participation. Obviously, what you're seeing on the screen is the views</w:t>
      </w:r>
      <w:r w:rsidR="00D21574">
        <w:rPr>
          <w:rFonts w:ascii="Arial" w:hAnsi="Arial"/>
        </w:rPr>
        <w:t xml:space="preserve"> from the participants in the survey, and it</w:t>
      </w:r>
      <w:r>
        <w:rPr>
          <w:rFonts w:ascii="Arial" w:hAnsi="Arial"/>
        </w:rPr>
        <w:t xml:space="preserve"> really </w:t>
      </w:r>
      <w:r w:rsidR="00D21574">
        <w:rPr>
          <w:rFonts w:ascii="Arial" w:hAnsi="Arial"/>
        </w:rPr>
        <w:t xml:space="preserve">is a </w:t>
      </w:r>
      <w:r>
        <w:rPr>
          <w:rFonts w:ascii="Arial" w:hAnsi="Arial"/>
        </w:rPr>
        <w:t>sort of</w:t>
      </w:r>
      <w:r w:rsidR="00D21574">
        <w:rPr>
          <w:rFonts w:ascii="Arial" w:hAnsi="Arial"/>
        </w:rPr>
        <w:t xml:space="preserve"> prompt and a highlight for you. W</w:t>
      </w:r>
      <w:r>
        <w:rPr>
          <w:rFonts w:ascii="Arial" w:hAnsi="Arial"/>
        </w:rPr>
        <w:t xml:space="preserve">hat would be really excellent is to, because we can add a lot we </w:t>
      </w:r>
      <w:r w:rsidR="00D21574">
        <w:rPr>
          <w:rFonts w:ascii="Arial" w:hAnsi="Arial"/>
        </w:rPr>
        <w:t>can keep analyzing the survey, a</w:t>
      </w:r>
      <w:r>
        <w:rPr>
          <w:rFonts w:ascii="Arial" w:hAnsi="Arial"/>
        </w:rPr>
        <w:t>nd we'll certainly look into where the respondents came from and reflect o</w:t>
      </w:r>
      <w:r w:rsidR="00D21574">
        <w:rPr>
          <w:rFonts w:ascii="Arial" w:hAnsi="Arial"/>
        </w:rPr>
        <w:t>n the types of response we had, b</w:t>
      </w:r>
      <w:r>
        <w:rPr>
          <w:rFonts w:ascii="Arial" w:hAnsi="Arial"/>
        </w:rPr>
        <w:t>ut we had this incredible o</w:t>
      </w:r>
      <w:r w:rsidR="00D21574">
        <w:rPr>
          <w:rFonts w:ascii="Arial" w:hAnsi="Arial"/>
        </w:rPr>
        <w:t>pportunity with you here today in the room, a</w:t>
      </w:r>
      <w:r>
        <w:rPr>
          <w:rFonts w:ascii="Arial" w:hAnsi="Arial"/>
        </w:rPr>
        <w:t>nd it looks beautiful, b</w:t>
      </w:r>
      <w:r w:rsidR="00D21574">
        <w:rPr>
          <w:rFonts w:ascii="Arial" w:hAnsi="Arial"/>
        </w:rPr>
        <w:t>y the way, and from us online, to hear your view.</w:t>
      </w:r>
      <w:r>
        <w:rPr>
          <w:rFonts w:ascii="Arial" w:hAnsi="Arial"/>
        </w:rPr>
        <w:t xml:space="preserve"> I've heard a couple of people apologiz</w:t>
      </w:r>
      <w:r w:rsidR="00D21574">
        <w:rPr>
          <w:rFonts w:ascii="Arial" w:hAnsi="Arial"/>
        </w:rPr>
        <w:t>e, [</w:t>
      </w:r>
      <w:r w:rsidR="00D21574" w:rsidRPr="00DB3A44">
        <w:rPr>
          <w:rFonts w:ascii="Arial" w:hAnsi="Arial"/>
          <w:i/>
        </w:rPr>
        <w:t>for example, saying</w:t>
      </w:r>
      <w:r w:rsidR="00D21574">
        <w:rPr>
          <w:rFonts w:ascii="Arial" w:hAnsi="Arial"/>
        </w:rPr>
        <w:t xml:space="preserve">] </w:t>
      </w:r>
      <w:r>
        <w:rPr>
          <w:rFonts w:ascii="Arial" w:hAnsi="Arial"/>
        </w:rPr>
        <w:t xml:space="preserve">I'm speaking </w:t>
      </w:r>
      <w:r w:rsidR="00D21574">
        <w:rPr>
          <w:rFonts w:ascii="Arial" w:hAnsi="Arial"/>
        </w:rPr>
        <w:t>about</w:t>
      </w:r>
      <w:r>
        <w:rPr>
          <w:rFonts w:ascii="Arial" w:hAnsi="Arial"/>
        </w:rPr>
        <w:t xml:space="preserve"> this because I'm from a T</w:t>
      </w:r>
      <w:r w:rsidR="00425D4E">
        <w:rPr>
          <w:rFonts w:ascii="Arial" w:hAnsi="Arial"/>
        </w:rPr>
        <w:t>B</w:t>
      </w:r>
      <w:r>
        <w:rPr>
          <w:rFonts w:ascii="Arial" w:hAnsi="Arial"/>
        </w:rPr>
        <w:t xml:space="preserve"> person or </w:t>
      </w:r>
      <w:r w:rsidR="00D21574">
        <w:rPr>
          <w:rFonts w:ascii="Arial" w:hAnsi="Arial"/>
        </w:rPr>
        <w:t>[</w:t>
      </w:r>
      <w:r w:rsidR="00D21574" w:rsidRPr="00DB3A44">
        <w:rPr>
          <w:rFonts w:ascii="Arial" w:hAnsi="Arial"/>
          <w:i/>
        </w:rPr>
        <w:t>because</w:t>
      </w:r>
      <w:r w:rsidR="00D21574">
        <w:rPr>
          <w:rFonts w:ascii="Arial" w:hAnsi="Arial"/>
        </w:rPr>
        <w:t xml:space="preserve">] </w:t>
      </w:r>
      <w:r>
        <w:rPr>
          <w:rFonts w:ascii="Arial" w:hAnsi="Arial"/>
        </w:rPr>
        <w:t xml:space="preserve">I work on this </w:t>
      </w:r>
      <w:r w:rsidR="00D21574">
        <w:rPr>
          <w:rFonts w:ascii="Arial" w:hAnsi="Arial"/>
        </w:rPr>
        <w:t xml:space="preserve">disease. That is the very point, </w:t>
      </w:r>
      <w:r>
        <w:rPr>
          <w:rFonts w:ascii="Arial" w:hAnsi="Arial"/>
        </w:rPr>
        <w:t>your positionality is the exact reason why we need you in the room. So if possible, it'd be really great to sort of switch from digging into the survey responses, but hear from you</w:t>
      </w:r>
      <w:r w:rsidR="00D21574">
        <w:rPr>
          <w:rFonts w:ascii="Arial" w:hAnsi="Arial"/>
        </w:rPr>
        <w:t>. W</w:t>
      </w:r>
      <w:r>
        <w:rPr>
          <w:rFonts w:ascii="Arial" w:hAnsi="Arial"/>
        </w:rPr>
        <w:t xml:space="preserve">hich diseases </w:t>
      </w:r>
      <w:r w:rsidR="00D21574">
        <w:rPr>
          <w:rFonts w:ascii="Arial" w:hAnsi="Arial"/>
        </w:rPr>
        <w:t xml:space="preserve">are </w:t>
      </w:r>
      <w:r>
        <w:rPr>
          <w:rFonts w:ascii="Arial" w:hAnsi="Arial"/>
        </w:rPr>
        <w:t>your priority</w:t>
      </w:r>
      <w:r w:rsidR="00D21574">
        <w:rPr>
          <w:rFonts w:ascii="Arial" w:hAnsi="Arial"/>
        </w:rPr>
        <w:t>? W</w:t>
      </w:r>
      <w:r>
        <w:rPr>
          <w:rFonts w:ascii="Arial" w:hAnsi="Arial"/>
        </w:rPr>
        <w:t>hich are the neglected ones that yo</w:t>
      </w:r>
      <w:r w:rsidR="00D21574">
        <w:rPr>
          <w:rFonts w:ascii="Arial" w:hAnsi="Arial"/>
        </w:rPr>
        <w:t>u think should have been higher?</w:t>
      </w:r>
      <w:r>
        <w:rPr>
          <w:rFonts w:ascii="Arial" w:hAnsi="Arial"/>
        </w:rPr>
        <w:t xml:space="preserve"> We had a few comments earlier about plague and A</w:t>
      </w:r>
      <w:r w:rsidR="00425D4E">
        <w:rPr>
          <w:rFonts w:ascii="Arial" w:hAnsi="Arial"/>
        </w:rPr>
        <w:t>MR</w:t>
      </w:r>
      <w:r w:rsidR="00D21574">
        <w:rPr>
          <w:rFonts w:ascii="Arial" w:hAnsi="Arial"/>
        </w:rPr>
        <w:t>, s</w:t>
      </w:r>
      <w:r>
        <w:rPr>
          <w:rFonts w:ascii="Arial" w:hAnsi="Arial"/>
        </w:rPr>
        <w:t>o give us the c</w:t>
      </w:r>
      <w:r w:rsidR="00D21574">
        <w:rPr>
          <w:rFonts w:ascii="Arial" w:hAnsi="Arial"/>
        </w:rPr>
        <w:t>ontext and explain that to us, b</w:t>
      </w:r>
      <w:r>
        <w:rPr>
          <w:rFonts w:ascii="Arial" w:hAnsi="Arial"/>
        </w:rPr>
        <w:t xml:space="preserve">ecause we have such a rich opportunity to hear from you all today. </w:t>
      </w:r>
      <w:r w:rsidR="00D21574">
        <w:rPr>
          <w:rFonts w:ascii="Arial" w:hAnsi="Arial"/>
        </w:rPr>
        <w:t>O</w:t>
      </w:r>
      <w:r>
        <w:rPr>
          <w:rFonts w:ascii="Arial" w:hAnsi="Arial"/>
        </w:rPr>
        <w:t>f course, all the points you make about the survey responses are absolutely correct and valid and all that wil</w:t>
      </w:r>
      <w:r w:rsidR="00D21574">
        <w:rPr>
          <w:rFonts w:ascii="Arial" w:hAnsi="Arial"/>
        </w:rPr>
        <w:t>l be unpacked in the analysis, b</w:t>
      </w:r>
      <w:r>
        <w:rPr>
          <w:rFonts w:ascii="Arial" w:hAnsi="Arial"/>
        </w:rPr>
        <w:t xml:space="preserve">ut really, let's use today to hear your own perspective your contexts and your experiences. </w:t>
      </w:r>
      <w:r w:rsidR="00425D4E">
        <w:rPr>
          <w:rFonts w:ascii="Arial" w:hAnsi="Arial"/>
        </w:rPr>
        <w:t>That will be</w:t>
      </w:r>
      <w:r>
        <w:rPr>
          <w:rFonts w:ascii="Arial" w:hAnsi="Arial"/>
        </w:rPr>
        <w:t xml:space="preserve"> fantastic. Thanks very much. And I'm enjoying listening in. </w:t>
      </w:r>
    </w:p>
    <w:p w14:paraId="2B5AD522" w14:textId="77777777" w:rsidR="006A5EC7" w:rsidRDefault="006A5EC7" w:rsidP="008516AC">
      <w:pPr>
        <w:spacing w:after="0"/>
        <w:jc w:val="both"/>
      </w:pPr>
    </w:p>
    <w:p w14:paraId="56AF39A4" w14:textId="55497013" w:rsidR="006A5EC7" w:rsidRDefault="006D5C1F" w:rsidP="008516AC">
      <w:pPr>
        <w:spacing w:after="0"/>
        <w:jc w:val="both"/>
      </w:pPr>
      <w:r>
        <w:rPr>
          <w:rFonts w:ascii="Arial" w:hAnsi="Arial"/>
          <w:b/>
        </w:rPr>
        <w:t xml:space="preserve">Addis Facilitator </w:t>
      </w:r>
      <w:r w:rsidR="00CF0EA4">
        <w:rPr>
          <w:rFonts w:ascii="Arial" w:hAnsi="Arial"/>
          <w:b/>
        </w:rPr>
        <w:t>1</w:t>
      </w:r>
      <w:r w:rsidR="00D21574">
        <w:rPr>
          <w:rFonts w:ascii="Arial" w:hAnsi="Arial"/>
          <w:b/>
        </w:rPr>
        <w:t xml:space="preserve"> </w:t>
      </w:r>
    </w:p>
    <w:p w14:paraId="1B431C93" w14:textId="72C98A4D" w:rsidR="006A5EC7" w:rsidRDefault="00FD4E37" w:rsidP="008516AC">
      <w:pPr>
        <w:spacing w:after="0"/>
        <w:jc w:val="both"/>
      </w:pPr>
      <w:r>
        <w:rPr>
          <w:rFonts w:ascii="Arial" w:hAnsi="Arial"/>
        </w:rPr>
        <w:t xml:space="preserve">Thanks, </w:t>
      </w:r>
      <w:r w:rsidR="00425D4E" w:rsidRPr="00F6063B">
        <w:rPr>
          <w:rFonts w:ascii="Arial" w:hAnsi="Arial"/>
        </w:rPr>
        <w:t>TGHN</w:t>
      </w:r>
      <w:r>
        <w:rPr>
          <w:rFonts w:ascii="Arial" w:hAnsi="Arial"/>
        </w:rPr>
        <w:t>, for the c</w:t>
      </w:r>
      <w:r w:rsidR="00D21574">
        <w:rPr>
          <w:rFonts w:ascii="Arial" w:hAnsi="Arial"/>
        </w:rPr>
        <w:t>omments and the guidance there.</w:t>
      </w:r>
    </w:p>
    <w:p w14:paraId="78ABFEA1" w14:textId="77777777" w:rsidR="006A5EC7" w:rsidRDefault="006A5EC7" w:rsidP="008516AC">
      <w:pPr>
        <w:spacing w:after="0"/>
        <w:jc w:val="both"/>
      </w:pPr>
    </w:p>
    <w:p w14:paraId="79544E69" w14:textId="57DFFA00" w:rsidR="006A5EC7" w:rsidRDefault="00D21574" w:rsidP="008516AC">
      <w:pPr>
        <w:spacing w:after="0"/>
        <w:jc w:val="both"/>
      </w:pPr>
      <w:r>
        <w:rPr>
          <w:rFonts w:ascii="Arial" w:hAnsi="Arial"/>
          <w:b/>
        </w:rPr>
        <w:t>Addis 45</w:t>
      </w:r>
    </w:p>
    <w:p w14:paraId="0F17C16C" w14:textId="36490F42" w:rsidR="00F70C79" w:rsidRDefault="00FD4E37" w:rsidP="008516AC">
      <w:pPr>
        <w:spacing w:after="0"/>
        <w:jc w:val="both"/>
        <w:rPr>
          <w:rFonts w:ascii="Arial" w:hAnsi="Arial"/>
        </w:rPr>
      </w:pPr>
      <w:r>
        <w:rPr>
          <w:rFonts w:ascii="Arial" w:hAnsi="Arial"/>
        </w:rPr>
        <w:t xml:space="preserve">Thank you. </w:t>
      </w:r>
      <w:r w:rsidR="00D21574">
        <w:rPr>
          <w:rFonts w:ascii="Arial" w:hAnsi="Arial"/>
        </w:rPr>
        <w:t>There wa</w:t>
      </w:r>
      <w:r w:rsidR="00F70C79">
        <w:rPr>
          <w:rFonts w:ascii="Arial" w:hAnsi="Arial"/>
        </w:rPr>
        <w:t>s a</w:t>
      </w:r>
      <w:r>
        <w:rPr>
          <w:rFonts w:ascii="Arial" w:hAnsi="Arial"/>
        </w:rPr>
        <w:t xml:space="preserve"> colleague who talked about neglected tropical diseases which are captured here </w:t>
      </w:r>
      <w:r w:rsidR="00D21574">
        <w:rPr>
          <w:rFonts w:ascii="Arial" w:hAnsi="Arial"/>
        </w:rPr>
        <w:t xml:space="preserve">as </w:t>
      </w:r>
      <w:r>
        <w:rPr>
          <w:rFonts w:ascii="Arial" w:hAnsi="Arial"/>
        </w:rPr>
        <w:t xml:space="preserve">not prioritized. </w:t>
      </w:r>
      <w:r w:rsidR="00425D4E">
        <w:rPr>
          <w:rFonts w:ascii="Arial" w:hAnsi="Arial"/>
        </w:rPr>
        <w:t xml:space="preserve">Some are </w:t>
      </w:r>
      <w:r>
        <w:rPr>
          <w:rFonts w:ascii="Arial" w:hAnsi="Arial"/>
        </w:rPr>
        <w:t>capture</w:t>
      </w:r>
      <w:r w:rsidR="00425D4E">
        <w:rPr>
          <w:rFonts w:ascii="Arial" w:hAnsi="Arial"/>
        </w:rPr>
        <w:t>d</w:t>
      </w:r>
      <w:r>
        <w:rPr>
          <w:rFonts w:ascii="Arial" w:hAnsi="Arial"/>
        </w:rPr>
        <w:t>, I think we can only see like th</w:t>
      </w:r>
      <w:r w:rsidR="00D21574">
        <w:rPr>
          <w:rFonts w:ascii="Arial" w:hAnsi="Arial"/>
        </w:rPr>
        <w:t>ree or four captured here. M</w:t>
      </w:r>
      <w:r>
        <w:rPr>
          <w:rFonts w:ascii="Arial" w:hAnsi="Arial"/>
        </w:rPr>
        <w:t xml:space="preserve">ost of the neglected tropical diseases </w:t>
      </w:r>
      <w:r w:rsidR="00D21574">
        <w:rPr>
          <w:rFonts w:ascii="Arial" w:hAnsi="Arial"/>
        </w:rPr>
        <w:t xml:space="preserve">are </w:t>
      </w:r>
      <w:r>
        <w:rPr>
          <w:rFonts w:ascii="Arial" w:hAnsi="Arial"/>
        </w:rPr>
        <w:t>actually affecting most of us in Africa. An exa</w:t>
      </w:r>
      <w:r w:rsidR="00D21574">
        <w:rPr>
          <w:rFonts w:ascii="Arial" w:hAnsi="Arial"/>
        </w:rPr>
        <w:t>mple will be leishmaniasis. I</w:t>
      </w:r>
      <w:r>
        <w:rPr>
          <w:rFonts w:ascii="Arial" w:hAnsi="Arial"/>
        </w:rPr>
        <w:t>f</w:t>
      </w:r>
      <w:r w:rsidR="00D21574">
        <w:rPr>
          <w:rFonts w:ascii="Arial" w:hAnsi="Arial"/>
        </w:rPr>
        <w:t xml:space="preserve"> you look for a disease </w:t>
      </w:r>
      <w:r>
        <w:rPr>
          <w:rFonts w:ascii="Arial" w:hAnsi="Arial"/>
        </w:rPr>
        <w:t xml:space="preserve">like leishmaniasis from Ethiopia, to Kenya, and you are seeing it even going to other areas, </w:t>
      </w:r>
      <w:r w:rsidR="00D21574">
        <w:rPr>
          <w:rFonts w:ascii="Arial" w:hAnsi="Arial"/>
        </w:rPr>
        <w:t>where it was</w:t>
      </w:r>
      <w:r>
        <w:rPr>
          <w:rFonts w:ascii="Arial" w:hAnsi="Arial"/>
        </w:rPr>
        <w:t xml:space="preserve"> not previously shown to be there. So that will be one of the areas of discussion, why it's not part of the prioritized</w:t>
      </w:r>
      <w:r w:rsidR="00D21574">
        <w:rPr>
          <w:rFonts w:ascii="Arial" w:hAnsi="Arial"/>
        </w:rPr>
        <w:t xml:space="preserve"> diseases</w:t>
      </w:r>
      <w:r>
        <w:rPr>
          <w:rFonts w:ascii="Arial" w:hAnsi="Arial"/>
        </w:rPr>
        <w:t xml:space="preserve">. I would push </w:t>
      </w:r>
      <w:r w:rsidR="00D21574">
        <w:rPr>
          <w:rFonts w:ascii="Arial" w:hAnsi="Arial"/>
        </w:rPr>
        <w:t xml:space="preserve">the discussion further </w:t>
      </w:r>
      <w:r>
        <w:rPr>
          <w:rFonts w:ascii="Arial" w:hAnsi="Arial"/>
        </w:rPr>
        <w:t xml:space="preserve">to ask, is </w:t>
      </w:r>
      <w:r w:rsidR="00D21574">
        <w:rPr>
          <w:rFonts w:ascii="Arial" w:hAnsi="Arial"/>
        </w:rPr>
        <w:t>[</w:t>
      </w:r>
      <w:r w:rsidR="00D21574" w:rsidRPr="00DB3A44">
        <w:rPr>
          <w:rFonts w:ascii="Arial" w:hAnsi="Arial"/>
          <w:i/>
        </w:rPr>
        <w:t>the low prioritization</w:t>
      </w:r>
      <w:r w:rsidR="00D21574">
        <w:rPr>
          <w:rFonts w:ascii="Arial" w:hAnsi="Arial"/>
        </w:rPr>
        <w:t>]</w:t>
      </w:r>
      <w:r>
        <w:rPr>
          <w:rFonts w:ascii="Arial" w:hAnsi="Arial"/>
        </w:rPr>
        <w:t xml:space="preserve"> based on lack of proper diagnostics? Or is it based on lack of proper surveillance </w:t>
      </w:r>
      <w:r w:rsidR="00425D4E">
        <w:rPr>
          <w:rFonts w:ascii="Arial" w:hAnsi="Arial"/>
        </w:rPr>
        <w:t>or</w:t>
      </w:r>
      <w:r>
        <w:rPr>
          <w:rFonts w:ascii="Arial" w:hAnsi="Arial"/>
        </w:rPr>
        <w:t xml:space="preserve"> clinicians not able to be determine them? Because most of those diseases overlap in their </w:t>
      </w:r>
      <w:r w:rsidR="00D21574">
        <w:rPr>
          <w:rFonts w:ascii="Arial" w:hAnsi="Arial"/>
        </w:rPr>
        <w:t>clinical presentation.</w:t>
      </w:r>
      <w:r>
        <w:rPr>
          <w:rFonts w:ascii="Arial" w:hAnsi="Arial"/>
        </w:rPr>
        <w:t xml:space="preserve"> Would </w:t>
      </w:r>
      <w:r w:rsidR="00D21574">
        <w:rPr>
          <w:rFonts w:ascii="Arial" w:hAnsi="Arial"/>
        </w:rPr>
        <w:t>[</w:t>
      </w:r>
      <w:r w:rsidR="00D21574" w:rsidRPr="00DB3A44">
        <w:rPr>
          <w:rFonts w:ascii="Arial" w:hAnsi="Arial"/>
          <w:i/>
        </w:rPr>
        <w:t>the low prioritization</w:t>
      </w:r>
      <w:r w:rsidR="00D21574">
        <w:rPr>
          <w:rFonts w:ascii="Arial" w:hAnsi="Arial"/>
        </w:rPr>
        <w:t xml:space="preserve">] </w:t>
      </w:r>
      <w:r>
        <w:rPr>
          <w:rFonts w:ascii="Arial" w:hAnsi="Arial"/>
        </w:rPr>
        <w:t xml:space="preserve">be the effect of that? </w:t>
      </w:r>
    </w:p>
    <w:p w14:paraId="22CE1E57" w14:textId="77777777" w:rsidR="00F70C79" w:rsidRDefault="00F70C79" w:rsidP="008516AC">
      <w:pPr>
        <w:spacing w:after="0"/>
        <w:jc w:val="both"/>
        <w:rPr>
          <w:rFonts w:ascii="Arial" w:hAnsi="Arial"/>
        </w:rPr>
      </w:pPr>
    </w:p>
    <w:p w14:paraId="32510FF3" w14:textId="34D4975E" w:rsidR="006A5EC7" w:rsidRDefault="00FD4E37" w:rsidP="008516AC">
      <w:pPr>
        <w:spacing w:after="0"/>
        <w:jc w:val="both"/>
      </w:pPr>
      <w:r>
        <w:rPr>
          <w:rFonts w:ascii="Arial" w:hAnsi="Arial"/>
        </w:rPr>
        <w:t xml:space="preserve">The other point, I would like to </w:t>
      </w:r>
      <w:r w:rsidR="004802F2">
        <w:rPr>
          <w:rFonts w:ascii="Arial" w:hAnsi="Arial"/>
        </w:rPr>
        <w:t xml:space="preserve">raise is </w:t>
      </w:r>
      <w:r>
        <w:rPr>
          <w:rFonts w:ascii="Arial" w:hAnsi="Arial"/>
        </w:rPr>
        <w:t xml:space="preserve">syndromic respiratory infections, which have been not been captured in Africa a lot. We are seeing </w:t>
      </w:r>
      <w:r w:rsidR="004802F2">
        <w:rPr>
          <w:rFonts w:ascii="Arial" w:hAnsi="Arial"/>
        </w:rPr>
        <w:t>many of</w:t>
      </w:r>
      <w:r>
        <w:rPr>
          <w:rFonts w:ascii="Arial" w:hAnsi="Arial"/>
        </w:rPr>
        <w:t xml:space="preserve"> us coughing, and maybe people are </w:t>
      </w:r>
      <w:r w:rsidR="004802F2">
        <w:rPr>
          <w:rFonts w:ascii="Arial" w:hAnsi="Arial"/>
        </w:rPr>
        <w:t>attributing</w:t>
      </w:r>
      <w:r>
        <w:rPr>
          <w:rFonts w:ascii="Arial" w:hAnsi="Arial"/>
        </w:rPr>
        <w:t xml:space="preserve"> it to COVID. But if you look at current data, current data is showing that RSV and other diseases </w:t>
      </w:r>
      <w:r w:rsidR="00F70C79">
        <w:rPr>
          <w:rFonts w:ascii="Arial" w:hAnsi="Arial"/>
        </w:rPr>
        <w:t xml:space="preserve">are </w:t>
      </w:r>
      <w:r>
        <w:rPr>
          <w:rFonts w:ascii="Arial" w:hAnsi="Arial"/>
        </w:rPr>
        <w:t xml:space="preserve">actually </w:t>
      </w:r>
      <w:r w:rsidR="004802F2">
        <w:rPr>
          <w:rFonts w:ascii="Arial" w:hAnsi="Arial"/>
        </w:rPr>
        <w:t>increasing</w:t>
      </w:r>
      <w:r>
        <w:rPr>
          <w:rFonts w:ascii="Arial" w:hAnsi="Arial"/>
        </w:rPr>
        <w:t xml:space="preserve"> clearly in Africa, especially </w:t>
      </w:r>
      <w:r w:rsidR="004802F2">
        <w:rPr>
          <w:rFonts w:ascii="Arial" w:hAnsi="Arial"/>
        </w:rPr>
        <w:t xml:space="preserve">Kenya, so that will be the other area </w:t>
      </w:r>
      <w:r>
        <w:rPr>
          <w:rFonts w:ascii="Arial" w:hAnsi="Arial"/>
        </w:rPr>
        <w:t>of interest</w:t>
      </w:r>
      <w:r w:rsidR="004802F2">
        <w:rPr>
          <w:rFonts w:ascii="Arial" w:hAnsi="Arial"/>
        </w:rPr>
        <w:t>. T</w:t>
      </w:r>
      <w:r>
        <w:rPr>
          <w:rFonts w:ascii="Arial" w:hAnsi="Arial"/>
        </w:rPr>
        <w:t>hen</w:t>
      </w:r>
      <w:r w:rsidR="004802F2">
        <w:rPr>
          <w:rFonts w:ascii="Arial" w:hAnsi="Arial"/>
        </w:rPr>
        <w:t>,</w:t>
      </w:r>
      <w:r>
        <w:rPr>
          <w:rFonts w:ascii="Arial" w:hAnsi="Arial"/>
        </w:rPr>
        <w:t xml:space="preserve"> to overall arboviruses</w:t>
      </w:r>
      <w:r w:rsidR="00F70C79">
        <w:rPr>
          <w:rFonts w:ascii="Arial" w:hAnsi="Arial"/>
        </w:rPr>
        <w:t>.</w:t>
      </w:r>
      <w:r>
        <w:rPr>
          <w:rFonts w:ascii="Arial" w:hAnsi="Arial"/>
        </w:rPr>
        <w:t xml:space="preserve"> </w:t>
      </w:r>
      <w:r w:rsidR="00F70C79">
        <w:rPr>
          <w:rFonts w:ascii="Arial" w:hAnsi="Arial"/>
        </w:rPr>
        <w:t>W</w:t>
      </w:r>
      <w:r>
        <w:rPr>
          <w:rFonts w:ascii="Arial" w:hAnsi="Arial"/>
        </w:rPr>
        <w:t>e only have dengue and maybe Chikungunya being shown he</w:t>
      </w:r>
      <w:r w:rsidR="004802F2">
        <w:rPr>
          <w:rFonts w:ascii="Arial" w:hAnsi="Arial"/>
        </w:rPr>
        <w:t>re. But we have Crimean Congo, a</w:t>
      </w:r>
      <w:r>
        <w:rPr>
          <w:rFonts w:ascii="Arial" w:hAnsi="Arial"/>
        </w:rPr>
        <w:t xml:space="preserve">nd we have other diseases like </w:t>
      </w:r>
      <w:r w:rsidR="00425D4E">
        <w:rPr>
          <w:rFonts w:ascii="Arial" w:hAnsi="Arial"/>
        </w:rPr>
        <w:t>O</w:t>
      </w:r>
      <w:r w:rsidR="004802F2">
        <w:rPr>
          <w:rFonts w:ascii="Arial" w:hAnsi="Arial"/>
        </w:rPr>
        <w:t xml:space="preserve">’nyong </w:t>
      </w:r>
      <w:r w:rsidR="00425D4E">
        <w:rPr>
          <w:rFonts w:ascii="Arial" w:hAnsi="Arial"/>
        </w:rPr>
        <w:t>nyong</w:t>
      </w:r>
      <w:r>
        <w:rPr>
          <w:rFonts w:ascii="Arial" w:hAnsi="Arial"/>
        </w:rPr>
        <w:t xml:space="preserve"> that actually mimics chikungunya. </w:t>
      </w:r>
      <w:r w:rsidR="00425D4E">
        <w:rPr>
          <w:rFonts w:ascii="Arial" w:hAnsi="Arial"/>
        </w:rPr>
        <w:t>W</w:t>
      </w:r>
      <w:r>
        <w:rPr>
          <w:rFonts w:ascii="Arial" w:hAnsi="Arial"/>
        </w:rPr>
        <w:t>hy are they not prior</w:t>
      </w:r>
      <w:r w:rsidR="004802F2">
        <w:rPr>
          <w:rFonts w:ascii="Arial" w:hAnsi="Arial"/>
        </w:rPr>
        <w:t>itized? That would be my point.</w:t>
      </w:r>
    </w:p>
    <w:p w14:paraId="6ADDB637" w14:textId="77777777" w:rsidR="006A5EC7" w:rsidRDefault="006A5EC7" w:rsidP="008516AC">
      <w:pPr>
        <w:spacing w:after="0"/>
        <w:jc w:val="both"/>
      </w:pPr>
    </w:p>
    <w:p w14:paraId="56A44D1F" w14:textId="3C16E003" w:rsidR="006A5EC7" w:rsidRDefault="006D5C1F" w:rsidP="008516AC">
      <w:pPr>
        <w:spacing w:after="0"/>
        <w:jc w:val="both"/>
      </w:pPr>
      <w:r>
        <w:rPr>
          <w:rFonts w:ascii="Arial" w:hAnsi="Arial"/>
          <w:b/>
        </w:rPr>
        <w:t xml:space="preserve">Addis Facilitator </w:t>
      </w:r>
      <w:r w:rsidR="00CF0EA4">
        <w:rPr>
          <w:rFonts w:ascii="Arial" w:hAnsi="Arial"/>
          <w:b/>
        </w:rPr>
        <w:t>1</w:t>
      </w:r>
    </w:p>
    <w:p w14:paraId="782F82E3" w14:textId="51C23425" w:rsidR="006A5EC7" w:rsidRDefault="00FD4E37" w:rsidP="008516AC">
      <w:pPr>
        <w:spacing w:after="0"/>
        <w:jc w:val="both"/>
      </w:pPr>
      <w:r>
        <w:rPr>
          <w:rFonts w:ascii="Arial" w:hAnsi="Arial"/>
        </w:rPr>
        <w:t>Thank you very much. And you picked up on some of those important gaps and questions that we might think about addressing</w:t>
      </w:r>
      <w:r w:rsidR="004802F2">
        <w:rPr>
          <w:rFonts w:ascii="Arial" w:hAnsi="Arial"/>
        </w:rPr>
        <w:t>, and why they're not appearing.</w:t>
      </w:r>
    </w:p>
    <w:p w14:paraId="51BD3C7E" w14:textId="77777777" w:rsidR="006A5EC7" w:rsidRDefault="006A5EC7" w:rsidP="008516AC">
      <w:pPr>
        <w:spacing w:after="0"/>
        <w:jc w:val="both"/>
      </w:pPr>
    </w:p>
    <w:p w14:paraId="63C69BB1" w14:textId="73D3501A" w:rsidR="006A5EC7" w:rsidRDefault="006D5C1F" w:rsidP="008516AC">
      <w:pPr>
        <w:spacing w:after="0"/>
        <w:jc w:val="both"/>
      </w:pPr>
      <w:r>
        <w:rPr>
          <w:rFonts w:ascii="Arial" w:hAnsi="Arial"/>
          <w:b/>
        </w:rPr>
        <w:t xml:space="preserve">Addis Facilitator </w:t>
      </w:r>
      <w:r w:rsidR="00CF0EA4">
        <w:rPr>
          <w:rFonts w:ascii="Arial" w:hAnsi="Arial"/>
          <w:b/>
        </w:rPr>
        <w:t>2</w:t>
      </w:r>
      <w:r w:rsidR="00FD4E37">
        <w:rPr>
          <w:rFonts w:ascii="Arial" w:hAnsi="Arial"/>
          <w:b/>
        </w:rPr>
        <w:t xml:space="preserve">  </w:t>
      </w:r>
    </w:p>
    <w:p w14:paraId="554FC10C" w14:textId="2D9F0E5A" w:rsidR="006A5EC7" w:rsidRDefault="004802F2" w:rsidP="008516AC">
      <w:pPr>
        <w:spacing w:after="0"/>
        <w:jc w:val="both"/>
      </w:pPr>
      <w:r>
        <w:rPr>
          <w:rFonts w:ascii="Arial" w:hAnsi="Arial"/>
        </w:rPr>
        <w:lastRenderedPageBreak/>
        <w:t>J</w:t>
      </w:r>
      <w:r w:rsidR="00FD4E37">
        <w:rPr>
          <w:rFonts w:ascii="Arial" w:hAnsi="Arial"/>
        </w:rPr>
        <w:t xml:space="preserve">ust adding that </w:t>
      </w:r>
      <w:r>
        <w:rPr>
          <w:rFonts w:ascii="Arial" w:hAnsi="Arial"/>
        </w:rPr>
        <w:t>when you give us your context, a</w:t>
      </w:r>
      <w:r w:rsidR="00FD4E37">
        <w:rPr>
          <w:rFonts w:ascii="Arial" w:hAnsi="Arial"/>
        </w:rPr>
        <w:t>lso, please tell us what yo</w:t>
      </w:r>
      <w:r>
        <w:rPr>
          <w:rFonts w:ascii="Arial" w:hAnsi="Arial"/>
        </w:rPr>
        <w:t>u think why that is happening, a</w:t>
      </w:r>
      <w:r w:rsidR="00FD4E37">
        <w:rPr>
          <w:rFonts w:ascii="Arial" w:hAnsi="Arial"/>
        </w:rPr>
        <w:t>nd also the members in the room can also contribute to it.</w:t>
      </w:r>
    </w:p>
    <w:p w14:paraId="6FADCAD7" w14:textId="77777777" w:rsidR="006A5EC7" w:rsidRDefault="006A5EC7" w:rsidP="008516AC">
      <w:pPr>
        <w:spacing w:after="0"/>
        <w:jc w:val="both"/>
      </w:pPr>
    </w:p>
    <w:p w14:paraId="794B8001" w14:textId="2DF20214" w:rsidR="006A5EC7" w:rsidRDefault="004802F2" w:rsidP="008516AC">
      <w:pPr>
        <w:spacing w:after="0"/>
        <w:jc w:val="both"/>
      </w:pPr>
      <w:r>
        <w:rPr>
          <w:rFonts w:ascii="Arial" w:hAnsi="Arial"/>
          <w:b/>
        </w:rPr>
        <w:t xml:space="preserve">Addis 09 </w:t>
      </w:r>
    </w:p>
    <w:p w14:paraId="607AA7C3" w14:textId="1EEF124A" w:rsidR="006A5EC7" w:rsidRDefault="004802F2" w:rsidP="008516AC">
      <w:pPr>
        <w:spacing w:after="0"/>
        <w:jc w:val="both"/>
      </w:pPr>
      <w:r>
        <w:rPr>
          <w:rFonts w:ascii="Arial" w:hAnsi="Arial"/>
        </w:rPr>
        <w:t>Hi</w:t>
      </w:r>
      <w:r w:rsidR="00DB3A44">
        <w:rPr>
          <w:rFonts w:ascii="Arial" w:hAnsi="Arial"/>
        </w:rPr>
        <w:t xml:space="preserve">. </w:t>
      </w:r>
      <w:r w:rsidR="00FD4E37">
        <w:rPr>
          <w:rFonts w:ascii="Arial" w:hAnsi="Arial"/>
        </w:rPr>
        <w:t>I'm surprised there's no diar</w:t>
      </w:r>
      <w:r w:rsidR="00425D4E">
        <w:rPr>
          <w:rFonts w:ascii="Arial" w:hAnsi="Arial"/>
        </w:rPr>
        <w:t>rhoea</w:t>
      </w:r>
      <w:r>
        <w:rPr>
          <w:rFonts w:ascii="Arial" w:hAnsi="Arial"/>
        </w:rPr>
        <w:t>l</w:t>
      </w:r>
      <w:r w:rsidR="00425D4E">
        <w:rPr>
          <w:rFonts w:ascii="Arial" w:hAnsi="Arial"/>
        </w:rPr>
        <w:t>s</w:t>
      </w:r>
      <w:r w:rsidR="00FD4E37">
        <w:rPr>
          <w:rFonts w:ascii="Arial" w:hAnsi="Arial"/>
        </w:rPr>
        <w:t xml:space="preserve"> aside from cholera up here. So </w:t>
      </w:r>
      <w:r w:rsidR="008516AC">
        <w:rPr>
          <w:rFonts w:ascii="Arial" w:hAnsi="Arial"/>
        </w:rPr>
        <w:t>r</w:t>
      </w:r>
      <w:r w:rsidR="00FD4E37">
        <w:rPr>
          <w:rFonts w:ascii="Arial" w:hAnsi="Arial"/>
        </w:rPr>
        <w:t>ota</w:t>
      </w:r>
      <w:r>
        <w:rPr>
          <w:rFonts w:ascii="Arial" w:hAnsi="Arial"/>
        </w:rPr>
        <w:t>virus</w:t>
      </w:r>
      <w:r w:rsidR="004670AD">
        <w:rPr>
          <w:rFonts w:ascii="Arial" w:hAnsi="Arial"/>
        </w:rPr>
        <w:t>,</w:t>
      </w:r>
      <w:r w:rsidR="008516AC">
        <w:rPr>
          <w:rFonts w:ascii="Arial" w:hAnsi="Arial"/>
        </w:rPr>
        <w:t xml:space="preserve"> n</w:t>
      </w:r>
      <w:r w:rsidR="00FD4E37">
        <w:rPr>
          <w:rFonts w:ascii="Arial" w:hAnsi="Arial"/>
        </w:rPr>
        <w:t>oro</w:t>
      </w:r>
      <w:r>
        <w:rPr>
          <w:rFonts w:ascii="Arial" w:hAnsi="Arial"/>
        </w:rPr>
        <w:t>virus</w:t>
      </w:r>
      <w:r w:rsidR="008516AC">
        <w:rPr>
          <w:rFonts w:ascii="Arial" w:hAnsi="Arial"/>
        </w:rPr>
        <w:t>, s</w:t>
      </w:r>
      <w:r w:rsidR="00FD4E37">
        <w:rPr>
          <w:rFonts w:ascii="Arial" w:hAnsi="Arial"/>
        </w:rPr>
        <w:t>higella. It's still one of the biggest killers of children in Africa, vaccines underperform in low income countries,</w:t>
      </w:r>
      <w:r>
        <w:rPr>
          <w:rFonts w:ascii="Arial" w:hAnsi="Arial"/>
        </w:rPr>
        <w:t xml:space="preserve"> it's still a massive problem, s</w:t>
      </w:r>
      <w:r w:rsidR="00FD4E37">
        <w:rPr>
          <w:rFonts w:ascii="Arial" w:hAnsi="Arial"/>
        </w:rPr>
        <w:t xml:space="preserve">o even to </w:t>
      </w:r>
      <w:r>
        <w:rPr>
          <w:rFonts w:ascii="Arial" w:hAnsi="Arial"/>
        </w:rPr>
        <w:t xml:space="preserve">not </w:t>
      </w:r>
      <w:r w:rsidR="00FD4E37">
        <w:rPr>
          <w:rFonts w:ascii="Arial" w:hAnsi="Arial"/>
        </w:rPr>
        <w:t xml:space="preserve">see it </w:t>
      </w:r>
      <w:r>
        <w:rPr>
          <w:rFonts w:ascii="Arial" w:hAnsi="Arial"/>
        </w:rPr>
        <w:t xml:space="preserve">on </w:t>
      </w:r>
      <w:r w:rsidR="00FD4E37">
        <w:rPr>
          <w:rFonts w:ascii="Arial" w:hAnsi="Arial"/>
        </w:rPr>
        <w:t>the second slide</w:t>
      </w:r>
      <w:r>
        <w:rPr>
          <w:rFonts w:ascii="Arial" w:hAnsi="Arial"/>
        </w:rPr>
        <w:t xml:space="preserve"> [</w:t>
      </w:r>
      <w:r w:rsidRPr="00DB3A44">
        <w:rPr>
          <w:rFonts w:ascii="Arial" w:hAnsi="Arial"/>
          <w:i/>
        </w:rPr>
        <w:t>of low-prioritized diseases</w:t>
      </w:r>
      <w:r>
        <w:rPr>
          <w:rFonts w:ascii="Arial" w:hAnsi="Arial"/>
        </w:rPr>
        <w:t>]</w:t>
      </w:r>
      <w:r w:rsidR="00FD4E37">
        <w:rPr>
          <w:rFonts w:ascii="Arial" w:hAnsi="Arial"/>
        </w:rPr>
        <w:t xml:space="preserve"> is surprising.</w:t>
      </w:r>
    </w:p>
    <w:p w14:paraId="5C82D85A" w14:textId="77777777" w:rsidR="006A5EC7" w:rsidRDefault="006A5EC7" w:rsidP="008516AC">
      <w:pPr>
        <w:spacing w:after="0"/>
        <w:jc w:val="both"/>
      </w:pPr>
    </w:p>
    <w:p w14:paraId="22B2DFD8" w14:textId="4D0CFAB4" w:rsidR="006A5EC7" w:rsidRDefault="006D5C1F" w:rsidP="008516AC">
      <w:pPr>
        <w:spacing w:after="0"/>
        <w:jc w:val="both"/>
      </w:pPr>
      <w:r>
        <w:rPr>
          <w:rFonts w:ascii="Arial" w:hAnsi="Arial"/>
          <w:b/>
        </w:rPr>
        <w:t xml:space="preserve">Addis Facilitator </w:t>
      </w:r>
      <w:r w:rsidR="00CF0EA4">
        <w:rPr>
          <w:rFonts w:ascii="Arial" w:hAnsi="Arial"/>
          <w:b/>
        </w:rPr>
        <w:t>1</w:t>
      </w:r>
    </w:p>
    <w:p w14:paraId="43423191" w14:textId="72B461AF" w:rsidR="006A5EC7" w:rsidRDefault="00FD4E37" w:rsidP="008516AC">
      <w:pPr>
        <w:spacing w:after="0"/>
        <w:jc w:val="both"/>
      </w:pPr>
      <w:r>
        <w:rPr>
          <w:rFonts w:ascii="Arial" w:hAnsi="Arial"/>
        </w:rPr>
        <w:t>I</w:t>
      </w:r>
      <w:r w:rsidR="00F368A8">
        <w:rPr>
          <w:rFonts w:ascii="Arial" w:hAnsi="Arial"/>
        </w:rPr>
        <w:t xml:space="preserve"> am</w:t>
      </w:r>
      <w:r>
        <w:rPr>
          <w:rFonts w:ascii="Arial" w:hAnsi="Arial"/>
        </w:rPr>
        <w:t xml:space="preserve"> really pleased that you made that point. For me, certainly, I noticed </w:t>
      </w:r>
      <w:r w:rsidR="004802F2">
        <w:rPr>
          <w:rFonts w:ascii="Arial" w:hAnsi="Arial"/>
        </w:rPr>
        <w:t>the enteric pathogens, the</w:t>
      </w:r>
      <w:r>
        <w:rPr>
          <w:rFonts w:ascii="Arial" w:hAnsi="Arial"/>
        </w:rPr>
        <w:t xml:space="preserve"> </w:t>
      </w:r>
      <w:r w:rsidR="00425D4E">
        <w:rPr>
          <w:rFonts w:ascii="Arial" w:hAnsi="Arial"/>
        </w:rPr>
        <w:t>enteric</w:t>
      </w:r>
      <w:r w:rsidR="004802F2">
        <w:rPr>
          <w:rFonts w:ascii="Arial" w:hAnsi="Arial"/>
        </w:rPr>
        <w:t xml:space="preserve"> syndromes [</w:t>
      </w:r>
      <w:r w:rsidR="004802F2" w:rsidRPr="00DB3A44">
        <w:rPr>
          <w:rFonts w:ascii="Arial" w:hAnsi="Arial"/>
          <w:i/>
        </w:rPr>
        <w:t>were missing</w:t>
      </w:r>
      <w:r w:rsidR="004802F2">
        <w:rPr>
          <w:rFonts w:ascii="Arial" w:hAnsi="Arial"/>
        </w:rPr>
        <w:t>].</w:t>
      </w:r>
    </w:p>
    <w:p w14:paraId="5D74682F" w14:textId="77777777" w:rsidR="006A5EC7" w:rsidRDefault="006A5EC7" w:rsidP="008516AC">
      <w:pPr>
        <w:spacing w:after="0"/>
        <w:jc w:val="both"/>
      </w:pPr>
    </w:p>
    <w:p w14:paraId="55CDAB1D" w14:textId="3552A82F" w:rsidR="006A5EC7" w:rsidRDefault="004802F2" w:rsidP="008516AC">
      <w:pPr>
        <w:spacing w:after="0"/>
        <w:jc w:val="both"/>
      </w:pPr>
      <w:r>
        <w:rPr>
          <w:rFonts w:ascii="Arial" w:hAnsi="Arial"/>
          <w:b/>
        </w:rPr>
        <w:t xml:space="preserve">Addis 09 </w:t>
      </w:r>
    </w:p>
    <w:p w14:paraId="4E2A61C8" w14:textId="5DDC5253" w:rsidR="006A5EC7" w:rsidRDefault="004802F2" w:rsidP="008516AC">
      <w:pPr>
        <w:spacing w:after="0"/>
        <w:jc w:val="both"/>
      </w:pPr>
      <w:r>
        <w:rPr>
          <w:rFonts w:ascii="Arial" w:hAnsi="Arial"/>
        </w:rPr>
        <w:t>To put it in context, r</w:t>
      </w:r>
      <w:r w:rsidR="00F368A8">
        <w:rPr>
          <w:rFonts w:ascii="Arial" w:hAnsi="Arial"/>
        </w:rPr>
        <w:t>ecent work from Malawi shows that 60% of children at six weeks old before they've had any of their vac</w:t>
      </w:r>
      <w:r>
        <w:rPr>
          <w:rFonts w:ascii="Arial" w:hAnsi="Arial"/>
        </w:rPr>
        <w:t>cines</w:t>
      </w:r>
      <w:r w:rsidR="00F368A8">
        <w:rPr>
          <w:rFonts w:ascii="Arial" w:hAnsi="Arial"/>
        </w:rPr>
        <w:t xml:space="preserve"> besides BCG, are already infected with an enteric pathogen. They might not be symptomatic, they might not have clinical infection, but they have that patho</w:t>
      </w:r>
      <w:r>
        <w:rPr>
          <w:rFonts w:ascii="Arial" w:hAnsi="Arial"/>
        </w:rPr>
        <w:t>gen circulating in their body, a</w:t>
      </w:r>
      <w:r w:rsidR="00F368A8">
        <w:rPr>
          <w:rFonts w:ascii="Arial" w:hAnsi="Arial"/>
        </w:rPr>
        <w:t xml:space="preserve">nd that is leading to immune dysregulation. </w:t>
      </w:r>
      <w:r>
        <w:rPr>
          <w:rFonts w:ascii="Arial" w:hAnsi="Arial"/>
        </w:rPr>
        <w:t>So</w:t>
      </w:r>
      <w:r w:rsidR="00F368A8">
        <w:rPr>
          <w:rFonts w:ascii="Arial" w:hAnsi="Arial"/>
        </w:rPr>
        <w:t xml:space="preserve"> it is actually a really big problem. And you don't always see it at the clinical level. So again, it's about surveillance. I think this </w:t>
      </w:r>
      <w:r>
        <w:rPr>
          <w:rFonts w:ascii="Arial" w:hAnsi="Arial"/>
        </w:rPr>
        <w:t>[</w:t>
      </w:r>
      <w:r w:rsidRPr="00DB3A44">
        <w:rPr>
          <w:rFonts w:ascii="Arial" w:hAnsi="Arial"/>
          <w:i/>
        </w:rPr>
        <w:t>question concerning</w:t>
      </w:r>
      <w:r>
        <w:rPr>
          <w:rFonts w:ascii="Arial" w:hAnsi="Arial"/>
        </w:rPr>
        <w:t>] what are these reservoirs,</w:t>
      </w:r>
      <w:r w:rsidR="00F368A8">
        <w:rPr>
          <w:rFonts w:ascii="Arial" w:hAnsi="Arial"/>
        </w:rPr>
        <w:t xml:space="preserve"> I think, in the enteric</w:t>
      </w:r>
      <w:r>
        <w:rPr>
          <w:rFonts w:ascii="Arial" w:hAnsi="Arial"/>
        </w:rPr>
        <w:t xml:space="preserve"> [</w:t>
      </w:r>
      <w:r w:rsidRPr="00DB3A44">
        <w:rPr>
          <w:rFonts w:ascii="Arial" w:hAnsi="Arial"/>
          <w:i/>
        </w:rPr>
        <w:t>disease context</w:t>
      </w:r>
      <w:r>
        <w:rPr>
          <w:rFonts w:ascii="Arial" w:hAnsi="Arial"/>
        </w:rPr>
        <w:t>]</w:t>
      </w:r>
      <w:r w:rsidR="00F368A8">
        <w:rPr>
          <w:rFonts w:ascii="Arial" w:hAnsi="Arial"/>
        </w:rPr>
        <w:t xml:space="preserve">, to put it in context </w:t>
      </w:r>
      <w:r>
        <w:rPr>
          <w:rFonts w:ascii="Arial" w:hAnsi="Arial"/>
        </w:rPr>
        <w:t>in a low income country,</w:t>
      </w:r>
      <w:r w:rsidR="00F368A8">
        <w:rPr>
          <w:rFonts w:ascii="Arial" w:hAnsi="Arial"/>
        </w:rPr>
        <w:t xml:space="preserve"> those are coming from the environment, they're coming from animals, and they're coming from humans, so you're getting them from every reservoir.</w:t>
      </w:r>
    </w:p>
    <w:p w14:paraId="41A17456" w14:textId="65CF4E37" w:rsidR="006D5C1F" w:rsidRDefault="006D5C1F" w:rsidP="008516AC">
      <w:pPr>
        <w:spacing w:after="0"/>
        <w:jc w:val="both"/>
        <w:rPr>
          <w:rFonts w:ascii="Arial" w:hAnsi="Arial"/>
          <w:b/>
        </w:rPr>
      </w:pPr>
    </w:p>
    <w:p w14:paraId="0B6BE441" w14:textId="6D5F3E18" w:rsidR="006D5C1F" w:rsidRDefault="006D5C1F" w:rsidP="008516AC">
      <w:pPr>
        <w:spacing w:after="0"/>
        <w:jc w:val="both"/>
      </w:pPr>
      <w:r>
        <w:rPr>
          <w:rFonts w:ascii="Arial" w:hAnsi="Arial"/>
          <w:b/>
        </w:rPr>
        <w:t xml:space="preserve">Addis Facilitator </w:t>
      </w:r>
      <w:r w:rsidR="00CF0EA4">
        <w:rPr>
          <w:rFonts w:ascii="Arial" w:hAnsi="Arial"/>
          <w:b/>
        </w:rPr>
        <w:t>1</w:t>
      </w:r>
    </w:p>
    <w:p w14:paraId="50FC6EE1" w14:textId="7BEE98E1" w:rsidR="006A5EC7" w:rsidRDefault="00FD4E37" w:rsidP="008516AC">
      <w:pPr>
        <w:spacing w:after="0"/>
        <w:jc w:val="both"/>
      </w:pPr>
      <w:r>
        <w:rPr>
          <w:rFonts w:ascii="Arial" w:hAnsi="Arial"/>
        </w:rPr>
        <w:t>Thanks, and you picked up many issues around why we're not seeing it that I</w:t>
      </w:r>
      <w:r w:rsidR="004802F2">
        <w:rPr>
          <w:rFonts w:ascii="Arial" w:hAnsi="Arial"/>
        </w:rPr>
        <w:t xml:space="preserve"> think we'll probably come up with</w:t>
      </w:r>
      <w:r>
        <w:rPr>
          <w:rFonts w:ascii="Arial" w:hAnsi="Arial"/>
        </w:rPr>
        <w:t xml:space="preserve"> others. Does anyone else have any thoughts about why the enteric pathogens and the diarrh</w:t>
      </w:r>
      <w:r w:rsidR="004802F2">
        <w:rPr>
          <w:rFonts w:ascii="Arial" w:hAnsi="Arial"/>
        </w:rPr>
        <w:t>o</w:t>
      </w:r>
      <w:r>
        <w:rPr>
          <w:rFonts w:ascii="Arial" w:hAnsi="Arial"/>
        </w:rPr>
        <w:t xml:space="preserve">eal diseases are not featuring in the top 10 </w:t>
      </w:r>
      <w:r w:rsidR="00F368A8">
        <w:rPr>
          <w:rFonts w:ascii="Arial" w:hAnsi="Arial"/>
        </w:rPr>
        <w:t>o</w:t>
      </w:r>
      <w:r>
        <w:rPr>
          <w:rFonts w:ascii="Arial" w:hAnsi="Arial"/>
        </w:rPr>
        <w:t>ther than cholera?</w:t>
      </w:r>
    </w:p>
    <w:p w14:paraId="7F369BE1" w14:textId="77777777" w:rsidR="006A5EC7" w:rsidRDefault="006A5EC7" w:rsidP="008516AC">
      <w:pPr>
        <w:spacing w:after="0"/>
        <w:jc w:val="both"/>
      </w:pPr>
    </w:p>
    <w:p w14:paraId="6D070763" w14:textId="7C4365A3" w:rsidR="006A5EC7" w:rsidRDefault="004802F2" w:rsidP="008516AC">
      <w:pPr>
        <w:spacing w:after="0"/>
        <w:jc w:val="both"/>
      </w:pPr>
      <w:r>
        <w:rPr>
          <w:rFonts w:ascii="Arial" w:hAnsi="Arial"/>
          <w:b/>
        </w:rPr>
        <w:t>Addis 51</w:t>
      </w:r>
    </w:p>
    <w:p w14:paraId="76D22D25" w14:textId="74364715" w:rsidR="00F368A8" w:rsidRDefault="00FD4E37" w:rsidP="008516AC">
      <w:pPr>
        <w:spacing w:after="0"/>
        <w:jc w:val="both"/>
        <w:rPr>
          <w:rFonts w:ascii="Arial" w:hAnsi="Arial"/>
        </w:rPr>
      </w:pPr>
      <w:r>
        <w:rPr>
          <w:rFonts w:ascii="Arial" w:hAnsi="Arial"/>
        </w:rPr>
        <w:t>Thank you so much.</w:t>
      </w:r>
      <w:r w:rsidR="00BA4ABE">
        <w:rPr>
          <w:rFonts w:ascii="Arial" w:hAnsi="Arial"/>
        </w:rPr>
        <w:t xml:space="preserve"> I</w:t>
      </w:r>
      <w:r>
        <w:rPr>
          <w:rFonts w:ascii="Arial" w:hAnsi="Arial"/>
        </w:rPr>
        <w:t xml:space="preserve">n Uganda, we are currently working on modifying the vaccination of children and in that research, we are looking at the diseases that these children </w:t>
      </w:r>
      <w:r w:rsidR="00BA4ABE">
        <w:rPr>
          <w:rFonts w:ascii="Arial" w:hAnsi="Arial"/>
        </w:rPr>
        <w:t>are actually suffering from.</w:t>
      </w:r>
      <w:r>
        <w:rPr>
          <w:rFonts w:ascii="Arial" w:hAnsi="Arial"/>
        </w:rPr>
        <w:t xml:space="preserve"> Well, I don't know whether I'm allowed </w:t>
      </w:r>
      <w:r w:rsidR="00BA4ABE">
        <w:rPr>
          <w:rFonts w:ascii="Arial" w:hAnsi="Arial"/>
        </w:rPr>
        <w:t>to talk about that statistics</w:t>
      </w:r>
      <w:r>
        <w:rPr>
          <w:rFonts w:ascii="Arial" w:hAnsi="Arial"/>
        </w:rPr>
        <w:t>, but</w:t>
      </w:r>
      <w:r w:rsidR="00BA4ABE">
        <w:rPr>
          <w:rFonts w:ascii="Arial" w:hAnsi="Arial"/>
        </w:rPr>
        <w:t xml:space="preserve"> to give</w:t>
      </w:r>
      <w:r>
        <w:rPr>
          <w:rFonts w:ascii="Arial" w:hAnsi="Arial"/>
        </w:rPr>
        <w:t xml:space="preserve"> you a picture, out of 10 children that come in with</w:t>
      </w:r>
      <w:r w:rsidR="00BA4ABE">
        <w:rPr>
          <w:rFonts w:ascii="Arial" w:hAnsi="Arial"/>
        </w:rPr>
        <w:t xml:space="preserve"> an infection, 8</w:t>
      </w:r>
      <w:r>
        <w:rPr>
          <w:rFonts w:ascii="Arial" w:hAnsi="Arial"/>
        </w:rPr>
        <w:t xml:space="preserve"> are coming in with diarrh</w:t>
      </w:r>
      <w:r w:rsidR="00BA4ABE">
        <w:rPr>
          <w:rFonts w:ascii="Arial" w:hAnsi="Arial"/>
        </w:rPr>
        <w:t>o</w:t>
      </w:r>
      <w:r>
        <w:rPr>
          <w:rFonts w:ascii="Arial" w:hAnsi="Arial"/>
        </w:rPr>
        <w:t xml:space="preserve">ea, flu, </w:t>
      </w:r>
      <w:r w:rsidR="00BA4ABE">
        <w:rPr>
          <w:rFonts w:ascii="Arial" w:hAnsi="Arial"/>
        </w:rPr>
        <w:t xml:space="preserve">and </w:t>
      </w:r>
      <w:r>
        <w:rPr>
          <w:rFonts w:ascii="Arial" w:hAnsi="Arial"/>
        </w:rPr>
        <w:t xml:space="preserve">common cold. </w:t>
      </w:r>
      <w:r w:rsidR="00BA4ABE">
        <w:rPr>
          <w:rFonts w:ascii="Arial" w:hAnsi="Arial"/>
        </w:rPr>
        <w:t>W</w:t>
      </w:r>
      <w:r>
        <w:rPr>
          <w:rFonts w:ascii="Arial" w:hAnsi="Arial"/>
        </w:rPr>
        <w:t xml:space="preserve">e basically manage it </w:t>
      </w:r>
      <w:r w:rsidR="00BA4ABE">
        <w:rPr>
          <w:rFonts w:ascii="Arial" w:hAnsi="Arial"/>
        </w:rPr>
        <w:t xml:space="preserve">asymptomatically with oral rehydration salts, </w:t>
      </w:r>
      <w:r>
        <w:rPr>
          <w:rFonts w:ascii="Arial" w:hAnsi="Arial"/>
        </w:rPr>
        <w:t xml:space="preserve">and zinc. So, we basically believe this is </w:t>
      </w:r>
      <w:r w:rsidR="00425D4E">
        <w:rPr>
          <w:rFonts w:ascii="Arial" w:hAnsi="Arial"/>
        </w:rPr>
        <w:t>stomach</w:t>
      </w:r>
      <w:r w:rsidR="00BA4ABE">
        <w:rPr>
          <w:rFonts w:ascii="Arial" w:hAnsi="Arial"/>
        </w:rPr>
        <w:t xml:space="preserve"> flu, a</w:t>
      </w:r>
      <w:r>
        <w:rPr>
          <w:rFonts w:ascii="Arial" w:hAnsi="Arial"/>
        </w:rPr>
        <w:t>nd not much of a more v</w:t>
      </w:r>
      <w:r w:rsidR="00133462">
        <w:rPr>
          <w:rFonts w:ascii="Arial" w:hAnsi="Arial"/>
        </w:rPr>
        <w:t>irulent</w:t>
      </w:r>
      <w:r w:rsidR="00BA4ABE">
        <w:rPr>
          <w:rFonts w:ascii="Arial" w:hAnsi="Arial"/>
        </w:rPr>
        <w:t xml:space="preserve"> virus.</w:t>
      </w:r>
    </w:p>
    <w:p w14:paraId="37024AE2" w14:textId="77777777" w:rsidR="00F368A8" w:rsidRDefault="00F368A8" w:rsidP="008516AC">
      <w:pPr>
        <w:spacing w:after="0"/>
        <w:jc w:val="both"/>
        <w:rPr>
          <w:rFonts w:ascii="Arial" w:hAnsi="Arial"/>
        </w:rPr>
      </w:pPr>
    </w:p>
    <w:p w14:paraId="41B35C86" w14:textId="07BA5595" w:rsidR="006A5EC7" w:rsidRDefault="00F368A8" w:rsidP="008516AC">
      <w:pPr>
        <w:spacing w:after="0"/>
        <w:jc w:val="both"/>
      </w:pPr>
      <w:r>
        <w:rPr>
          <w:rFonts w:ascii="Arial" w:hAnsi="Arial"/>
        </w:rPr>
        <w:t>However, I would say that the understanding of the common people of the diseases that are affecting their children is different. The common mother, in Uganda in a rural setting, they are t</w:t>
      </w:r>
      <w:r w:rsidR="00133462">
        <w:rPr>
          <w:rFonts w:ascii="Arial" w:hAnsi="Arial"/>
        </w:rPr>
        <w:t>erming</w:t>
      </w:r>
      <w:r>
        <w:rPr>
          <w:rFonts w:ascii="Arial" w:hAnsi="Arial"/>
        </w:rPr>
        <w:t xml:space="preserve"> this as a common word called </w:t>
      </w:r>
      <w:r w:rsidR="00581B8B" w:rsidRPr="00581B8B">
        <w:rPr>
          <w:rFonts w:ascii="Arial" w:hAnsi="Arial"/>
        </w:rPr>
        <w:t>ekikub</w:t>
      </w:r>
      <w:r w:rsidR="008516AC">
        <w:rPr>
          <w:rFonts w:ascii="Arial" w:hAnsi="Arial"/>
        </w:rPr>
        <w:t>u</w:t>
      </w:r>
      <w:r w:rsidR="00581B8B" w:rsidRPr="00581B8B">
        <w:rPr>
          <w:rFonts w:ascii="Arial" w:hAnsi="Arial"/>
        </w:rPr>
        <w:t>u</w:t>
      </w:r>
      <w:r w:rsidR="00133462" w:rsidRPr="00581B8B">
        <w:rPr>
          <w:rFonts w:ascii="Arial" w:hAnsi="Arial"/>
        </w:rPr>
        <w:t>ko</w:t>
      </w:r>
      <w:r w:rsidR="00BA4ABE">
        <w:rPr>
          <w:rFonts w:ascii="Arial" w:hAnsi="Arial"/>
        </w:rPr>
        <w:t>, [</w:t>
      </w:r>
      <w:r w:rsidR="00BA4ABE" w:rsidRPr="00DB3A44">
        <w:rPr>
          <w:rFonts w:ascii="Arial" w:hAnsi="Arial"/>
          <w:i/>
        </w:rPr>
        <w:t>which means</w:t>
      </w:r>
      <w:r w:rsidR="00BA4ABE">
        <w:rPr>
          <w:rFonts w:ascii="Arial" w:hAnsi="Arial"/>
        </w:rPr>
        <w:t xml:space="preserve">] </w:t>
      </w:r>
      <w:r>
        <w:rPr>
          <w:rFonts w:ascii="Arial" w:hAnsi="Arial"/>
        </w:rPr>
        <w:t>persistent diarr</w:t>
      </w:r>
      <w:r w:rsidR="008516AC">
        <w:rPr>
          <w:rFonts w:ascii="Arial" w:hAnsi="Arial"/>
        </w:rPr>
        <w:t>ho</w:t>
      </w:r>
      <w:r>
        <w:rPr>
          <w:rFonts w:ascii="Arial" w:hAnsi="Arial"/>
        </w:rPr>
        <w:t xml:space="preserve">ea, that is not responding to any treatment. Indeed, we have realized that, despite giving them a lot of </w:t>
      </w:r>
      <w:r w:rsidR="00976C61">
        <w:rPr>
          <w:rFonts w:ascii="Arial" w:hAnsi="Arial"/>
        </w:rPr>
        <w:t>oral rehydration salts</w:t>
      </w:r>
      <w:r>
        <w:rPr>
          <w:rFonts w:ascii="Arial" w:hAnsi="Arial"/>
        </w:rPr>
        <w:t>, some</w:t>
      </w:r>
      <w:r w:rsidR="00976C61">
        <w:rPr>
          <w:rFonts w:ascii="Arial" w:hAnsi="Arial"/>
        </w:rPr>
        <w:t>times they don't respond until you find other remedies. B</w:t>
      </w:r>
      <w:r>
        <w:rPr>
          <w:rFonts w:ascii="Arial" w:hAnsi="Arial"/>
        </w:rPr>
        <w:t xml:space="preserve">asically, </w:t>
      </w:r>
      <w:r w:rsidR="00976C61">
        <w:rPr>
          <w:rFonts w:ascii="Arial" w:hAnsi="Arial"/>
        </w:rPr>
        <w:t>I would say</w:t>
      </w:r>
      <w:r>
        <w:rPr>
          <w:rFonts w:ascii="Arial" w:hAnsi="Arial"/>
        </w:rPr>
        <w:t xml:space="preserve"> the understanding of the c</w:t>
      </w:r>
      <w:r w:rsidR="00976C61">
        <w:rPr>
          <w:rFonts w:ascii="Arial" w:hAnsi="Arial"/>
        </w:rPr>
        <w:t>ommon people, for these viruses</w:t>
      </w:r>
      <w:r>
        <w:rPr>
          <w:rFonts w:ascii="Arial" w:hAnsi="Arial"/>
        </w:rPr>
        <w:t xml:space="preserve"> or these diseases</w:t>
      </w:r>
      <w:r w:rsidR="00976C61">
        <w:rPr>
          <w:rFonts w:ascii="Arial" w:hAnsi="Arial"/>
        </w:rPr>
        <w:t>,</w:t>
      </w:r>
      <w:r>
        <w:rPr>
          <w:rFonts w:ascii="Arial" w:hAnsi="Arial"/>
        </w:rPr>
        <w:t xml:space="preserve"> determine the health seeking behavior.</w:t>
      </w:r>
    </w:p>
    <w:p w14:paraId="18F14864" w14:textId="77777777" w:rsidR="006A5EC7" w:rsidRDefault="006A5EC7" w:rsidP="008516AC">
      <w:pPr>
        <w:spacing w:after="0"/>
        <w:jc w:val="both"/>
      </w:pPr>
    </w:p>
    <w:p w14:paraId="27D95233" w14:textId="77777777" w:rsidR="00272963" w:rsidRDefault="00272963" w:rsidP="008516AC">
      <w:pPr>
        <w:spacing w:after="0"/>
        <w:jc w:val="both"/>
        <w:rPr>
          <w:rFonts w:ascii="Arial" w:hAnsi="Arial"/>
          <w:b/>
        </w:rPr>
      </w:pPr>
    </w:p>
    <w:p w14:paraId="0BDC35FB" w14:textId="77777777" w:rsidR="00272963" w:rsidRDefault="00272963" w:rsidP="008516AC">
      <w:pPr>
        <w:spacing w:after="0"/>
        <w:jc w:val="both"/>
        <w:rPr>
          <w:rFonts w:ascii="Arial" w:hAnsi="Arial"/>
          <w:b/>
        </w:rPr>
      </w:pPr>
    </w:p>
    <w:p w14:paraId="7B72D148" w14:textId="346E7070" w:rsidR="006A5EC7" w:rsidRDefault="006D5C1F" w:rsidP="008516AC">
      <w:pPr>
        <w:spacing w:after="0"/>
        <w:jc w:val="both"/>
      </w:pPr>
      <w:r>
        <w:rPr>
          <w:rFonts w:ascii="Arial" w:hAnsi="Arial"/>
          <w:b/>
        </w:rPr>
        <w:lastRenderedPageBreak/>
        <w:t xml:space="preserve">Addis Facilitator </w:t>
      </w:r>
      <w:r w:rsidR="00CF0EA4">
        <w:rPr>
          <w:rFonts w:ascii="Arial" w:hAnsi="Arial"/>
          <w:b/>
        </w:rPr>
        <w:t>1</w:t>
      </w:r>
    </w:p>
    <w:p w14:paraId="7ED3B6C1" w14:textId="17AE53B7" w:rsidR="006A5EC7" w:rsidRDefault="00FD4E37" w:rsidP="008516AC">
      <w:pPr>
        <w:spacing w:after="0"/>
        <w:jc w:val="both"/>
      </w:pPr>
      <w:r>
        <w:rPr>
          <w:rFonts w:ascii="Arial" w:hAnsi="Arial"/>
        </w:rPr>
        <w:t>Thanks very much. I think that that was a very important final point as well, in terms of why these diseases are maybe not featuring on a prioritization that</w:t>
      </w:r>
      <w:r w:rsidR="00976C61">
        <w:rPr>
          <w:rFonts w:ascii="Arial" w:hAnsi="Arial"/>
        </w:rPr>
        <w:t xml:space="preserve"> was</w:t>
      </w:r>
      <w:r>
        <w:rPr>
          <w:rFonts w:ascii="Arial" w:hAnsi="Arial"/>
        </w:rPr>
        <w:t xml:space="preserve"> set largely</w:t>
      </w:r>
      <w:r w:rsidR="00976C61">
        <w:rPr>
          <w:rFonts w:ascii="Arial" w:hAnsi="Arial"/>
        </w:rPr>
        <w:t xml:space="preserve"> by the representation, we saw </w:t>
      </w:r>
      <w:r>
        <w:rPr>
          <w:rFonts w:ascii="Arial" w:hAnsi="Arial"/>
        </w:rPr>
        <w:t>academics very heavily dominated</w:t>
      </w:r>
      <w:r w:rsidR="00976C61">
        <w:rPr>
          <w:rFonts w:ascii="Arial" w:hAnsi="Arial"/>
        </w:rPr>
        <w:t>,</w:t>
      </w:r>
      <w:r>
        <w:rPr>
          <w:rFonts w:ascii="Arial" w:hAnsi="Arial"/>
        </w:rPr>
        <w:t xml:space="preserve"> laboratory science </w:t>
      </w:r>
      <w:r w:rsidR="00976C61">
        <w:rPr>
          <w:rFonts w:ascii="Arial" w:hAnsi="Arial"/>
        </w:rPr>
        <w:t>heavily dominated, and s</w:t>
      </w:r>
      <w:r>
        <w:rPr>
          <w:rFonts w:ascii="Arial" w:hAnsi="Arial"/>
        </w:rPr>
        <w:t>o the voice from the community is really important. I'm going to switch online now and see, I think we have some comments and questions there. Thank you.</w:t>
      </w:r>
    </w:p>
    <w:p w14:paraId="4FFF03F3" w14:textId="15E9FB4A" w:rsidR="006A5EC7" w:rsidRDefault="006A5EC7" w:rsidP="008516AC">
      <w:pPr>
        <w:spacing w:after="0"/>
        <w:jc w:val="both"/>
      </w:pPr>
    </w:p>
    <w:p w14:paraId="05475593" w14:textId="0C7CA50A" w:rsidR="006A5EC7" w:rsidRDefault="00FD4E37" w:rsidP="008516AC">
      <w:pPr>
        <w:spacing w:after="0"/>
        <w:jc w:val="both"/>
      </w:pPr>
      <w:r>
        <w:rPr>
          <w:rFonts w:ascii="Arial" w:hAnsi="Arial"/>
          <w:b/>
        </w:rPr>
        <w:t xml:space="preserve">Addis </w:t>
      </w:r>
      <w:r w:rsidR="00976C61">
        <w:rPr>
          <w:rFonts w:ascii="Arial" w:hAnsi="Arial"/>
          <w:b/>
        </w:rPr>
        <w:t>90</w:t>
      </w:r>
    </w:p>
    <w:p w14:paraId="020C40DD" w14:textId="75E4E28C" w:rsidR="00F368A8" w:rsidRDefault="00FD4E37" w:rsidP="008516AC">
      <w:pPr>
        <w:spacing w:after="0"/>
        <w:jc w:val="both"/>
        <w:rPr>
          <w:rFonts w:ascii="Arial" w:hAnsi="Arial"/>
        </w:rPr>
      </w:pPr>
      <w:r>
        <w:rPr>
          <w:rFonts w:ascii="Arial" w:hAnsi="Arial"/>
        </w:rPr>
        <w:t>We have several institutes all over Africa. I'm just going to comment on what feedback we</w:t>
      </w:r>
      <w:r w:rsidR="00976C61">
        <w:rPr>
          <w:rFonts w:ascii="Arial" w:hAnsi="Arial"/>
        </w:rPr>
        <w:t>’ve</w:t>
      </w:r>
      <w:r>
        <w:rPr>
          <w:rFonts w:ascii="Arial" w:hAnsi="Arial"/>
        </w:rPr>
        <w:t xml:space="preserve"> had from them on different diseases. So AMR is a growing concern for us, but it's been marked v</w:t>
      </w:r>
      <w:r w:rsidR="00976C61">
        <w:rPr>
          <w:rFonts w:ascii="Arial" w:hAnsi="Arial"/>
        </w:rPr>
        <w:t>ery often as a silent concern, b</w:t>
      </w:r>
      <w:r>
        <w:rPr>
          <w:rFonts w:ascii="Arial" w:hAnsi="Arial"/>
        </w:rPr>
        <w:t>ecause very often it's not labeled as such, because when people go to hospitals, they have secondary infections, which</w:t>
      </w:r>
      <w:r w:rsidR="00976C61">
        <w:rPr>
          <w:rFonts w:ascii="Arial" w:hAnsi="Arial"/>
        </w:rPr>
        <w:t>,</w:t>
      </w:r>
      <w:r>
        <w:rPr>
          <w:rFonts w:ascii="Arial" w:hAnsi="Arial"/>
        </w:rPr>
        <w:t xml:space="preserve"> well AMR </w:t>
      </w:r>
      <w:r w:rsidR="002157C0">
        <w:rPr>
          <w:rFonts w:ascii="Arial" w:hAnsi="Arial"/>
        </w:rPr>
        <w:t xml:space="preserve">might be a secondary infection, </w:t>
      </w:r>
      <w:r>
        <w:rPr>
          <w:rFonts w:ascii="Arial" w:hAnsi="Arial"/>
        </w:rPr>
        <w:t>and they have a primary infections whic</w:t>
      </w:r>
      <w:r w:rsidR="002157C0">
        <w:rPr>
          <w:rFonts w:ascii="Arial" w:hAnsi="Arial"/>
        </w:rPr>
        <w:t>h they were going to die from, a</w:t>
      </w:r>
      <w:r>
        <w:rPr>
          <w:rFonts w:ascii="Arial" w:hAnsi="Arial"/>
        </w:rPr>
        <w:t>nd AMR is not labeled as such. So that's a problem we see by reporting A</w:t>
      </w:r>
      <w:r w:rsidR="00133462">
        <w:rPr>
          <w:rFonts w:ascii="Arial" w:hAnsi="Arial"/>
        </w:rPr>
        <w:t>MR</w:t>
      </w:r>
      <w:r>
        <w:rPr>
          <w:rFonts w:ascii="Arial" w:hAnsi="Arial"/>
        </w:rPr>
        <w:t xml:space="preserve">. </w:t>
      </w:r>
    </w:p>
    <w:p w14:paraId="2FD2AA95" w14:textId="77777777" w:rsidR="00F368A8" w:rsidRDefault="00F368A8" w:rsidP="008516AC">
      <w:pPr>
        <w:spacing w:after="0"/>
        <w:jc w:val="both"/>
        <w:rPr>
          <w:rFonts w:ascii="Arial" w:hAnsi="Arial"/>
        </w:rPr>
      </w:pPr>
    </w:p>
    <w:p w14:paraId="18ADB8FC" w14:textId="2EECA756" w:rsidR="00F368A8" w:rsidRDefault="00FD4E37" w:rsidP="008516AC">
      <w:pPr>
        <w:spacing w:after="0"/>
        <w:jc w:val="both"/>
        <w:rPr>
          <w:rFonts w:ascii="Arial" w:hAnsi="Arial"/>
        </w:rPr>
      </w:pPr>
      <w:r>
        <w:rPr>
          <w:rFonts w:ascii="Arial" w:hAnsi="Arial"/>
        </w:rPr>
        <w:t xml:space="preserve">Hepatitis is something which has been investigated in our network already </w:t>
      </w:r>
      <w:r w:rsidR="002157C0">
        <w:rPr>
          <w:rFonts w:ascii="Arial" w:hAnsi="Arial"/>
        </w:rPr>
        <w:t xml:space="preserve">for a </w:t>
      </w:r>
      <w:r>
        <w:rPr>
          <w:rFonts w:ascii="Arial" w:hAnsi="Arial"/>
        </w:rPr>
        <w:t xml:space="preserve">long time in Africa. </w:t>
      </w:r>
      <w:r w:rsidR="002157C0">
        <w:rPr>
          <w:rFonts w:ascii="Arial" w:hAnsi="Arial"/>
        </w:rPr>
        <w:t>I</w:t>
      </w:r>
      <w:r>
        <w:rPr>
          <w:rFonts w:ascii="Arial" w:hAnsi="Arial"/>
        </w:rPr>
        <w:t>t has not been that important because</w:t>
      </w:r>
      <w:r w:rsidR="002157C0">
        <w:rPr>
          <w:rFonts w:ascii="Arial" w:hAnsi="Arial"/>
        </w:rPr>
        <w:t>,</w:t>
      </w:r>
      <w:r>
        <w:rPr>
          <w:rFonts w:ascii="Arial" w:hAnsi="Arial"/>
        </w:rPr>
        <w:t xml:space="preserve"> well, it is important, but it's </w:t>
      </w:r>
      <w:r w:rsidR="002157C0">
        <w:rPr>
          <w:rFonts w:ascii="Arial" w:hAnsi="Arial"/>
        </w:rPr>
        <w:t>not looked at as it should be, b</w:t>
      </w:r>
      <w:r>
        <w:rPr>
          <w:rFonts w:ascii="Arial" w:hAnsi="Arial"/>
        </w:rPr>
        <w:t xml:space="preserve">ecause very often, people come to hospitals, they have cancer, and they </w:t>
      </w:r>
      <w:r w:rsidR="002157C0">
        <w:rPr>
          <w:rFonts w:ascii="Arial" w:hAnsi="Arial"/>
        </w:rPr>
        <w:t xml:space="preserve">are </w:t>
      </w:r>
      <w:r>
        <w:rPr>
          <w:rFonts w:ascii="Arial" w:hAnsi="Arial"/>
        </w:rPr>
        <w:t>labeled as c</w:t>
      </w:r>
      <w:r w:rsidR="002157C0">
        <w:rPr>
          <w:rFonts w:ascii="Arial" w:hAnsi="Arial"/>
        </w:rPr>
        <w:t>ancer patients, and there is not good treatment available, s</w:t>
      </w:r>
      <w:r>
        <w:rPr>
          <w:rFonts w:ascii="Arial" w:hAnsi="Arial"/>
        </w:rPr>
        <w:t xml:space="preserve">o very often it's put aside. So that's a problem for hepatitis as well. </w:t>
      </w:r>
    </w:p>
    <w:p w14:paraId="6604EB6C" w14:textId="77777777" w:rsidR="00F368A8" w:rsidRDefault="00F368A8" w:rsidP="008516AC">
      <w:pPr>
        <w:spacing w:after="0"/>
        <w:jc w:val="both"/>
        <w:rPr>
          <w:rFonts w:ascii="Arial" w:hAnsi="Arial"/>
        </w:rPr>
      </w:pPr>
    </w:p>
    <w:p w14:paraId="6F6E0192" w14:textId="77777777" w:rsidR="006D5C1F" w:rsidRDefault="00FD4E37" w:rsidP="008516AC">
      <w:pPr>
        <w:spacing w:after="0"/>
        <w:jc w:val="both"/>
        <w:rPr>
          <w:rFonts w:ascii="Arial" w:hAnsi="Arial"/>
        </w:rPr>
      </w:pPr>
      <w:r>
        <w:rPr>
          <w:rFonts w:ascii="Arial" w:hAnsi="Arial"/>
        </w:rPr>
        <w:t>COVID-19 is for the moment excessively looked at</w:t>
      </w:r>
      <w:r w:rsidR="002157C0">
        <w:rPr>
          <w:rFonts w:ascii="Arial" w:hAnsi="Arial"/>
        </w:rPr>
        <w:t>,</w:t>
      </w:r>
      <w:r>
        <w:rPr>
          <w:rFonts w:ascii="Arial" w:hAnsi="Arial"/>
        </w:rPr>
        <w:t xml:space="preserve"> so I see it high up on the agenda. I wo</w:t>
      </w:r>
      <w:r w:rsidR="002157C0">
        <w:rPr>
          <w:rFonts w:ascii="Arial" w:hAnsi="Arial"/>
        </w:rPr>
        <w:t>uld like to see what</w:t>
      </w:r>
      <w:r>
        <w:rPr>
          <w:rFonts w:ascii="Arial" w:hAnsi="Arial"/>
        </w:rPr>
        <w:t xml:space="preserve"> the real rates</w:t>
      </w:r>
      <w:r w:rsidR="002157C0">
        <w:rPr>
          <w:rFonts w:ascii="Arial" w:hAnsi="Arial"/>
        </w:rPr>
        <w:t xml:space="preserve"> are today in Africa, and what’s the scale of the</w:t>
      </w:r>
      <w:r>
        <w:rPr>
          <w:rFonts w:ascii="Arial" w:hAnsi="Arial"/>
        </w:rPr>
        <w:t xml:space="preserve"> real problem stil</w:t>
      </w:r>
      <w:r w:rsidR="002157C0">
        <w:rPr>
          <w:rFonts w:ascii="Arial" w:hAnsi="Arial"/>
        </w:rPr>
        <w:t>l going on. We look at it right?</w:t>
      </w:r>
      <w:r>
        <w:rPr>
          <w:rFonts w:ascii="Arial" w:hAnsi="Arial"/>
        </w:rPr>
        <w:t xml:space="preserve"> </w:t>
      </w:r>
      <w:r w:rsidR="002157C0">
        <w:rPr>
          <w:rFonts w:ascii="Arial" w:hAnsi="Arial"/>
        </w:rPr>
        <w:t>There’s</w:t>
      </w:r>
      <w:r>
        <w:rPr>
          <w:rFonts w:ascii="Arial" w:hAnsi="Arial"/>
        </w:rPr>
        <w:t xml:space="preserve"> been </w:t>
      </w:r>
      <w:r w:rsidR="002157C0">
        <w:rPr>
          <w:rFonts w:ascii="Arial" w:hAnsi="Arial"/>
        </w:rPr>
        <w:t>extensively money put into it</w:t>
      </w:r>
      <w:r>
        <w:rPr>
          <w:rFonts w:ascii="Arial" w:hAnsi="Arial"/>
        </w:rPr>
        <w:t xml:space="preserve">, but what's </w:t>
      </w:r>
      <w:r w:rsidR="002157C0">
        <w:rPr>
          <w:rFonts w:ascii="Arial" w:hAnsi="Arial"/>
        </w:rPr>
        <w:t>the real place of COVID-19 t</w:t>
      </w:r>
      <w:r>
        <w:rPr>
          <w:rFonts w:ascii="Arial" w:hAnsi="Arial"/>
        </w:rPr>
        <w:t>oday? Rabies is something which for us i</w:t>
      </w:r>
      <w:r w:rsidR="002157C0">
        <w:rPr>
          <w:rFonts w:ascii="Arial" w:hAnsi="Arial"/>
        </w:rPr>
        <w:t>s not looked at. There's passive surveillance, and it's clearly underreported.</w:t>
      </w:r>
    </w:p>
    <w:p w14:paraId="596397FD" w14:textId="619A16EA" w:rsidR="00F368A8" w:rsidRDefault="00FD4E37" w:rsidP="008516AC">
      <w:pPr>
        <w:spacing w:after="0"/>
        <w:jc w:val="both"/>
        <w:rPr>
          <w:rFonts w:ascii="Arial" w:hAnsi="Arial"/>
        </w:rPr>
      </w:pPr>
      <w:r>
        <w:rPr>
          <w:rFonts w:ascii="Arial" w:hAnsi="Arial"/>
        </w:rPr>
        <w:t>I'm not going to comment on the places that these diseases have to have in the different ranges, but that'</w:t>
      </w:r>
      <w:r w:rsidR="002157C0">
        <w:rPr>
          <w:rFonts w:ascii="Arial" w:hAnsi="Arial"/>
        </w:rPr>
        <w:t>s for sure, it's underreported.</w:t>
      </w:r>
    </w:p>
    <w:p w14:paraId="59DE56F7" w14:textId="77777777" w:rsidR="002157C0" w:rsidRDefault="002157C0" w:rsidP="008516AC">
      <w:pPr>
        <w:spacing w:after="0"/>
        <w:jc w:val="both"/>
        <w:rPr>
          <w:rFonts w:ascii="Arial" w:hAnsi="Arial"/>
        </w:rPr>
      </w:pPr>
    </w:p>
    <w:p w14:paraId="661907D3" w14:textId="5FD1E105" w:rsidR="00F368A8" w:rsidRDefault="00FD4E37" w:rsidP="008516AC">
      <w:pPr>
        <w:spacing w:after="0"/>
        <w:jc w:val="both"/>
        <w:rPr>
          <w:rFonts w:ascii="Arial" w:hAnsi="Arial"/>
        </w:rPr>
      </w:pPr>
      <w:r>
        <w:rPr>
          <w:rFonts w:ascii="Arial" w:hAnsi="Arial"/>
        </w:rPr>
        <w:t>And I agree with the comment which was made before on syndromic respiratory infections, there is a huge problem. It's not only influenza, it might be RS</w:t>
      </w:r>
      <w:r w:rsidR="002157C0">
        <w:rPr>
          <w:rFonts w:ascii="Arial" w:hAnsi="Arial"/>
        </w:rPr>
        <w:t xml:space="preserve">V, it might be something else, </w:t>
      </w:r>
      <w:r>
        <w:rPr>
          <w:rFonts w:ascii="Arial" w:hAnsi="Arial"/>
        </w:rPr>
        <w:t xml:space="preserve">there are reference laboratories looking at </w:t>
      </w:r>
      <w:r w:rsidR="002157C0">
        <w:rPr>
          <w:rFonts w:ascii="Arial" w:hAnsi="Arial"/>
        </w:rPr>
        <w:t>the</w:t>
      </w:r>
      <w:r>
        <w:rPr>
          <w:rFonts w:ascii="Arial" w:hAnsi="Arial"/>
        </w:rPr>
        <w:t xml:space="preserve"> different pathogens, but they treat it as o</w:t>
      </w:r>
      <w:r w:rsidR="002157C0">
        <w:rPr>
          <w:rFonts w:ascii="Arial" w:hAnsi="Arial"/>
        </w:rPr>
        <w:t>verall respiratory infections, a</w:t>
      </w:r>
      <w:r>
        <w:rPr>
          <w:rFonts w:ascii="Arial" w:hAnsi="Arial"/>
        </w:rPr>
        <w:t xml:space="preserve">nd it might be a good way to categorize these as such. </w:t>
      </w:r>
    </w:p>
    <w:p w14:paraId="7130A736" w14:textId="77777777" w:rsidR="00F368A8" w:rsidRDefault="00F368A8" w:rsidP="008516AC">
      <w:pPr>
        <w:spacing w:after="0"/>
        <w:jc w:val="both"/>
        <w:rPr>
          <w:rFonts w:ascii="Arial" w:hAnsi="Arial"/>
        </w:rPr>
      </w:pPr>
    </w:p>
    <w:p w14:paraId="1CAAA925" w14:textId="2F589DE0" w:rsidR="006A5EC7" w:rsidRDefault="002157C0" w:rsidP="008516AC">
      <w:pPr>
        <w:spacing w:after="0"/>
        <w:jc w:val="both"/>
      </w:pPr>
      <w:r>
        <w:rPr>
          <w:rFonts w:ascii="Arial" w:hAnsi="Arial"/>
        </w:rPr>
        <w:t>Going back to enteric d</w:t>
      </w:r>
      <w:r w:rsidR="00FD4E37">
        <w:rPr>
          <w:rFonts w:ascii="Arial" w:hAnsi="Arial"/>
        </w:rPr>
        <w:t>iseases, we tackle them also in in the global naming of bacterial diseases and they're very of</w:t>
      </w:r>
      <w:r>
        <w:rPr>
          <w:rFonts w:ascii="Arial" w:hAnsi="Arial"/>
        </w:rPr>
        <w:t>ten linked with AMR because of k</w:t>
      </w:r>
      <w:r w:rsidR="00FD4E37">
        <w:rPr>
          <w:rFonts w:ascii="Arial" w:hAnsi="Arial"/>
        </w:rPr>
        <w:t>lebsiel</w:t>
      </w:r>
      <w:r>
        <w:rPr>
          <w:rFonts w:ascii="Arial" w:hAnsi="Arial"/>
        </w:rPr>
        <w:t>la, salmonella, etc</w:t>
      </w:r>
      <w:r w:rsidR="008516AC">
        <w:rPr>
          <w:rFonts w:ascii="Arial" w:hAnsi="Arial"/>
        </w:rPr>
        <w:t>.</w:t>
      </w:r>
      <w:r>
        <w:rPr>
          <w:rFonts w:ascii="Arial" w:hAnsi="Arial"/>
        </w:rPr>
        <w:t>, i</w:t>
      </w:r>
      <w:r w:rsidR="00FD4E37">
        <w:rPr>
          <w:rFonts w:ascii="Arial" w:hAnsi="Arial"/>
        </w:rPr>
        <w:t>nfections. That's it. Thank you.</w:t>
      </w:r>
    </w:p>
    <w:p w14:paraId="5A27A185" w14:textId="77777777" w:rsidR="006A5EC7" w:rsidRDefault="006A5EC7" w:rsidP="008516AC">
      <w:pPr>
        <w:spacing w:after="0"/>
        <w:jc w:val="both"/>
      </w:pPr>
    </w:p>
    <w:p w14:paraId="2C08C123" w14:textId="77777777" w:rsidR="000E5245" w:rsidRDefault="000E5245" w:rsidP="008516AC">
      <w:pPr>
        <w:spacing w:after="0"/>
        <w:jc w:val="both"/>
        <w:rPr>
          <w:rFonts w:ascii="Arial" w:hAnsi="Arial"/>
          <w:b/>
        </w:rPr>
      </w:pPr>
    </w:p>
    <w:p w14:paraId="3D6C442F" w14:textId="2658CF12" w:rsidR="006A5EC7" w:rsidRDefault="006D5C1F" w:rsidP="008516AC">
      <w:pPr>
        <w:spacing w:after="0"/>
        <w:jc w:val="both"/>
      </w:pPr>
      <w:r>
        <w:rPr>
          <w:rFonts w:ascii="Arial" w:hAnsi="Arial"/>
          <w:b/>
        </w:rPr>
        <w:t xml:space="preserve">Addis Facilitator </w:t>
      </w:r>
      <w:r w:rsidR="00CF0EA4">
        <w:rPr>
          <w:rFonts w:ascii="Arial" w:hAnsi="Arial"/>
          <w:b/>
        </w:rPr>
        <w:t>1</w:t>
      </w:r>
    </w:p>
    <w:p w14:paraId="7D8082E2" w14:textId="319C411B" w:rsidR="006A5EC7" w:rsidRDefault="00FD4E37" w:rsidP="008516AC">
      <w:pPr>
        <w:spacing w:after="0"/>
        <w:jc w:val="both"/>
      </w:pPr>
      <w:r>
        <w:rPr>
          <w:rFonts w:ascii="Arial" w:hAnsi="Arial"/>
        </w:rPr>
        <w:t xml:space="preserve">Thanks very much, </w:t>
      </w:r>
      <w:r w:rsidR="00821C8F">
        <w:rPr>
          <w:rFonts w:ascii="Arial" w:hAnsi="Arial"/>
        </w:rPr>
        <w:t>Addis 90</w:t>
      </w:r>
      <w:r>
        <w:rPr>
          <w:rFonts w:ascii="Arial" w:hAnsi="Arial"/>
        </w:rPr>
        <w:t>. We'll take one more online question or comment</w:t>
      </w:r>
    </w:p>
    <w:p w14:paraId="395FF541" w14:textId="4F2C2C64" w:rsidR="006A5EC7" w:rsidRDefault="006A5EC7" w:rsidP="008516AC">
      <w:pPr>
        <w:spacing w:after="0"/>
        <w:jc w:val="both"/>
      </w:pPr>
    </w:p>
    <w:p w14:paraId="31508738" w14:textId="1026926D" w:rsidR="006A5EC7" w:rsidRDefault="006650F9" w:rsidP="008516AC">
      <w:pPr>
        <w:spacing w:after="0"/>
        <w:jc w:val="both"/>
      </w:pPr>
      <w:r>
        <w:rPr>
          <w:rFonts w:ascii="Arial" w:hAnsi="Arial"/>
          <w:b/>
        </w:rPr>
        <w:t>Addis 77</w:t>
      </w:r>
    </w:p>
    <w:p w14:paraId="78B03203" w14:textId="1F533974" w:rsidR="00E82C0D" w:rsidRDefault="00F368A8" w:rsidP="008516AC">
      <w:pPr>
        <w:spacing w:after="0"/>
        <w:jc w:val="both"/>
        <w:rPr>
          <w:rFonts w:ascii="Arial" w:hAnsi="Arial"/>
        </w:rPr>
      </w:pPr>
      <w:r>
        <w:rPr>
          <w:rFonts w:ascii="Arial" w:hAnsi="Arial"/>
        </w:rPr>
        <w:t xml:space="preserve">Thank you. </w:t>
      </w:r>
      <w:r w:rsidR="00DB3A44">
        <w:rPr>
          <w:rFonts w:ascii="Arial" w:hAnsi="Arial"/>
        </w:rPr>
        <w:t xml:space="preserve">My </w:t>
      </w:r>
      <w:r w:rsidR="006650F9">
        <w:rPr>
          <w:rFonts w:ascii="Arial" w:hAnsi="Arial"/>
        </w:rPr>
        <w:t>comment is on enteric d</w:t>
      </w:r>
      <w:r>
        <w:rPr>
          <w:rFonts w:ascii="Arial" w:hAnsi="Arial"/>
        </w:rPr>
        <w:t xml:space="preserve">iseases, I </w:t>
      </w:r>
      <w:r w:rsidR="006650F9">
        <w:rPr>
          <w:rFonts w:ascii="Arial" w:hAnsi="Arial"/>
        </w:rPr>
        <w:t>would have expected to see the enteric d</w:t>
      </w:r>
      <w:r>
        <w:rPr>
          <w:rFonts w:ascii="Arial" w:hAnsi="Arial"/>
        </w:rPr>
        <w:t xml:space="preserve">iseases </w:t>
      </w:r>
      <w:r w:rsidR="006650F9">
        <w:rPr>
          <w:rFonts w:ascii="Arial" w:hAnsi="Arial"/>
        </w:rPr>
        <w:t>higher on the list [</w:t>
      </w:r>
      <w:r w:rsidR="006650F9" w:rsidRPr="00DB3A44">
        <w:rPr>
          <w:rFonts w:ascii="Arial" w:hAnsi="Arial"/>
          <w:i/>
        </w:rPr>
        <w:t>of prioritized diseases</w:t>
      </w:r>
      <w:r w:rsidR="006650F9">
        <w:rPr>
          <w:rFonts w:ascii="Arial" w:hAnsi="Arial"/>
        </w:rPr>
        <w:t xml:space="preserve">] for Africa, also </w:t>
      </w:r>
      <w:r>
        <w:rPr>
          <w:rFonts w:ascii="Arial" w:hAnsi="Arial"/>
        </w:rPr>
        <w:t>the diarrh</w:t>
      </w:r>
      <w:r w:rsidR="008516AC">
        <w:rPr>
          <w:rFonts w:ascii="Arial" w:hAnsi="Arial"/>
        </w:rPr>
        <w:t>o</w:t>
      </w:r>
      <w:r>
        <w:rPr>
          <w:rFonts w:ascii="Arial" w:hAnsi="Arial"/>
        </w:rPr>
        <w:t>eal diseases, but there's only c</w:t>
      </w:r>
      <w:r w:rsidR="00821C8F">
        <w:rPr>
          <w:rFonts w:ascii="Arial" w:hAnsi="Arial"/>
        </w:rPr>
        <w:t>holera</w:t>
      </w:r>
      <w:r w:rsidR="006650F9">
        <w:rPr>
          <w:rFonts w:ascii="Arial" w:hAnsi="Arial"/>
        </w:rPr>
        <w:t xml:space="preserve"> on the list. M</w:t>
      </w:r>
      <w:r>
        <w:rPr>
          <w:rFonts w:ascii="Arial" w:hAnsi="Arial"/>
        </w:rPr>
        <w:t>y comment would be, I think strengthening disease surveillance systems would definitely be an approach to see what exactly are the priority diseases in a country</w:t>
      </w:r>
      <w:r w:rsidR="006650F9">
        <w:rPr>
          <w:rFonts w:ascii="Arial" w:hAnsi="Arial"/>
        </w:rPr>
        <w:t>,</w:t>
      </w:r>
      <w:r>
        <w:rPr>
          <w:rFonts w:ascii="Arial" w:hAnsi="Arial"/>
        </w:rPr>
        <w:t xml:space="preserve"> and also enhancing the diagnostic </w:t>
      </w:r>
      <w:r>
        <w:rPr>
          <w:rFonts w:ascii="Arial" w:hAnsi="Arial"/>
        </w:rPr>
        <w:lastRenderedPageBreak/>
        <w:t>systems in different</w:t>
      </w:r>
      <w:r w:rsidR="006650F9">
        <w:rPr>
          <w:rFonts w:ascii="Arial" w:hAnsi="Arial"/>
        </w:rPr>
        <w:t xml:space="preserve"> countries, more so in low and middle income countrie</w:t>
      </w:r>
      <w:r w:rsidR="00821C8F">
        <w:rPr>
          <w:rFonts w:ascii="Arial" w:hAnsi="Arial"/>
        </w:rPr>
        <w:t>s</w:t>
      </w:r>
      <w:r w:rsidR="00E82C0D">
        <w:rPr>
          <w:rFonts w:ascii="Arial" w:hAnsi="Arial"/>
        </w:rPr>
        <w:t>.</w:t>
      </w:r>
      <w:r>
        <w:rPr>
          <w:rFonts w:ascii="Arial" w:hAnsi="Arial"/>
        </w:rPr>
        <w:t xml:space="preserve"> I think there needs to be a shift towards more rapid diagnostics, like molecular diagnostics, w</w:t>
      </w:r>
      <w:r w:rsidR="006650F9">
        <w:rPr>
          <w:rFonts w:ascii="Arial" w:hAnsi="Arial"/>
        </w:rPr>
        <w:t>hole genome sequencing, so that there</w:t>
      </w:r>
      <w:r>
        <w:rPr>
          <w:rFonts w:ascii="Arial" w:hAnsi="Arial"/>
        </w:rPr>
        <w:t xml:space="preserve"> can be that rapid information coming up. </w:t>
      </w:r>
    </w:p>
    <w:p w14:paraId="13063B4E" w14:textId="77777777" w:rsidR="00E82C0D" w:rsidRDefault="00E82C0D" w:rsidP="008516AC">
      <w:pPr>
        <w:spacing w:after="0"/>
        <w:jc w:val="both"/>
        <w:rPr>
          <w:rFonts w:ascii="Arial" w:hAnsi="Arial"/>
        </w:rPr>
      </w:pPr>
    </w:p>
    <w:p w14:paraId="7960498E" w14:textId="5F99A590" w:rsidR="006A5EC7" w:rsidRDefault="006650F9" w:rsidP="008516AC">
      <w:pPr>
        <w:spacing w:after="0"/>
        <w:jc w:val="both"/>
      </w:pPr>
      <w:r>
        <w:rPr>
          <w:rFonts w:ascii="Arial" w:hAnsi="Arial"/>
        </w:rPr>
        <w:t>A</w:t>
      </w:r>
      <w:r w:rsidR="00FD4E37">
        <w:rPr>
          <w:rFonts w:ascii="Arial" w:hAnsi="Arial"/>
        </w:rPr>
        <w:t>lso just to speak on how to identify what could be an emerging risk, I think the best way to do that is to have these robust surveillance systems with these laboratory capabilities enhance</w:t>
      </w:r>
      <w:r w:rsidR="00821C8F">
        <w:rPr>
          <w:rFonts w:ascii="Arial" w:hAnsi="Arial"/>
        </w:rPr>
        <w:t>d</w:t>
      </w:r>
      <w:r w:rsidR="00FD4E37">
        <w:rPr>
          <w:rFonts w:ascii="Arial" w:hAnsi="Arial"/>
        </w:rPr>
        <w:t xml:space="preserve"> so that you can have more information readily available, and then you can have a more comprehensive or a more systematic approach to identifying disease priorities. Thank you.</w:t>
      </w:r>
    </w:p>
    <w:p w14:paraId="7DF2C119" w14:textId="77777777" w:rsidR="006A5EC7" w:rsidRDefault="006A5EC7" w:rsidP="008516AC">
      <w:pPr>
        <w:spacing w:after="0"/>
        <w:jc w:val="both"/>
      </w:pPr>
    </w:p>
    <w:p w14:paraId="64E6C74D" w14:textId="75908519" w:rsidR="006A5EC7" w:rsidRDefault="006D5C1F" w:rsidP="008516AC">
      <w:pPr>
        <w:spacing w:after="0"/>
        <w:jc w:val="both"/>
      </w:pPr>
      <w:r>
        <w:rPr>
          <w:rFonts w:ascii="Arial" w:hAnsi="Arial"/>
          <w:b/>
        </w:rPr>
        <w:t xml:space="preserve">Addis Facilitator </w:t>
      </w:r>
      <w:r w:rsidR="00CF0EA4">
        <w:rPr>
          <w:rFonts w:ascii="Arial" w:hAnsi="Arial"/>
          <w:b/>
        </w:rPr>
        <w:t>1</w:t>
      </w:r>
      <w:r w:rsidR="006650F9">
        <w:rPr>
          <w:rFonts w:ascii="Arial" w:hAnsi="Arial"/>
          <w:b/>
        </w:rPr>
        <w:t xml:space="preserve"> </w:t>
      </w:r>
    </w:p>
    <w:p w14:paraId="0478D27B" w14:textId="061F01D6" w:rsidR="006A5EC7" w:rsidRDefault="00FD4E37" w:rsidP="008516AC">
      <w:pPr>
        <w:spacing w:after="0"/>
        <w:jc w:val="both"/>
      </w:pPr>
      <w:r>
        <w:rPr>
          <w:rFonts w:ascii="Arial" w:hAnsi="Arial"/>
        </w:rPr>
        <w:t xml:space="preserve">Thanks very much, </w:t>
      </w:r>
      <w:r w:rsidR="00E82C0D">
        <w:rPr>
          <w:rFonts w:ascii="Arial" w:hAnsi="Arial"/>
        </w:rPr>
        <w:t>Addis 77</w:t>
      </w:r>
      <w:r>
        <w:rPr>
          <w:rFonts w:ascii="Arial" w:hAnsi="Arial"/>
        </w:rPr>
        <w:t>, and making some really important points about surveillance and data that have been pick</w:t>
      </w:r>
      <w:r w:rsidR="006650F9">
        <w:rPr>
          <w:rFonts w:ascii="Arial" w:hAnsi="Arial"/>
        </w:rPr>
        <w:t>ed up. Previously, just to add</w:t>
      </w:r>
      <w:r>
        <w:rPr>
          <w:rFonts w:ascii="Arial" w:hAnsi="Arial"/>
        </w:rPr>
        <w:t xml:space="preserve"> my own perspective on working on undifferentiated fever in East Africa</w:t>
      </w:r>
      <w:r w:rsidR="00E82C0D">
        <w:rPr>
          <w:rFonts w:ascii="Arial" w:hAnsi="Arial"/>
        </w:rPr>
        <w:t>. A</w:t>
      </w:r>
      <w:r>
        <w:rPr>
          <w:rFonts w:ascii="Arial" w:hAnsi="Arial"/>
        </w:rPr>
        <w:t>gain, once e</w:t>
      </w:r>
      <w:r w:rsidR="00821C8F">
        <w:rPr>
          <w:rFonts w:ascii="Arial" w:hAnsi="Arial"/>
        </w:rPr>
        <w:t>tio</w:t>
      </w:r>
      <w:r>
        <w:rPr>
          <w:rFonts w:ascii="Arial" w:hAnsi="Arial"/>
        </w:rPr>
        <w:t>logical studies and attribution studies were carried out, the disease picture looked very different from what was always assumed to be the case. And I'm sure that that applies across many of these syndromes. So I think that is a really important point that we can pick up later, I think.</w:t>
      </w:r>
    </w:p>
    <w:p w14:paraId="2A2F75AD" w14:textId="77777777" w:rsidR="006A5EC7" w:rsidRDefault="006A5EC7" w:rsidP="008516AC">
      <w:pPr>
        <w:spacing w:after="0"/>
        <w:jc w:val="both"/>
      </w:pPr>
    </w:p>
    <w:p w14:paraId="79C24224" w14:textId="23DC33D5" w:rsidR="006A5EC7" w:rsidRDefault="006650F9" w:rsidP="008516AC">
      <w:pPr>
        <w:spacing w:after="0"/>
        <w:jc w:val="both"/>
      </w:pPr>
      <w:r>
        <w:rPr>
          <w:rFonts w:ascii="Arial" w:hAnsi="Arial"/>
          <w:b/>
        </w:rPr>
        <w:t>Addis 12</w:t>
      </w:r>
    </w:p>
    <w:p w14:paraId="33DF5F88" w14:textId="2C260A66" w:rsidR="00E82C0D" w:rsidRDefault="00FD4E37" w:rsidP="008516AC">
      <w:pPr>
        <w:spacing w:after="0"/>
        <w:jc w:val="both"/>
        <w:rPr>
          <w:rFonts w:ascii="Arial" w:hAnsi="Arial"/>
        </w:rPr>
      </w:pPr>
      <w:r>
        <w:rPr>
          <w:rFonts w:ascii="Arial" w:hAnsi="Arial"/>
        </w:rPr>
        <w:t xml:space="preserve">Thank you. I think Africa has huge health challenges, and trying to </w:t>
      </w:r>
      <w:r w:rsidR="00512D43">
        <w:rPr>
          <w:rFonts w:ascii="Arial" w:hAnsi="Arial"/>
        </w:rPr>
        <w:t>prioritize at least one disease</w:t>
      </w:r>
      <w:r>
        <w:rPr>
          <w:rFonts w:ascii="Arial" w:hAnsi="Arial"/>
        </w:rPr>
        <w:t xml:space="preserve"> would be very difficult. So I would tend </w:t>
      </w:r>
      <w:r w:rsidR="00512D43">
        <w:rPr>
          <w:rFonts w:ascii="Arial" w:hAnsi="Arial"/>
        </w:rPr>
        <w:t>to group the diseases, or threat</w:t>
      </w:r>
      <w:r>
        <w:rPr>
          <w:rFonts w:ascii="Arial" w:hAnsi="Arial"/>
        </w:rPr>
        <w:t>s into different categories. The</w:t>
      </w:r>
      <w:r w:rsidR="00512D43">
        <w:rPr>
          <w:rFonts w:ascii="Arial" w:hAnsi="Arial"/>
        </w:rPr>
        <w:t xml:space="preserve"> first one that we see, the list would be the known knowns. Those are</w:t>
      </w:r>
      <w:r>
        <w:rPr>
          <w:rFonts w:ascii="Arial" w:hAnsi="Arial"/>
        </w:rPr>
        <w:t xml:space="preserve"> the disease</w:t>
      </w:r>
      <w:r w:rsidR="00512D43">
        <w:rPr>
          <w:rFonts w:ascii="Arial" w:hAnsi="Arial"/>
        </w:rPr>
        <w:t>s, for which we know a lot, w</w:t>
      </w:r>
      <w:r>
        <w:rPr>
          <w:rFonts w:ascii="Arial" w:hAnsi="Arial"/>
        </w:rPr>
        <w:t>e don't know everything, but we still need to invest on them. The second one, the one that we had in front of us</w:t>
      </w:r>
      <w:r w:rsidR="00512D43">
        <w:rPr>
          <w:rFonts w:ascii="Arial" w:hAnsi="Arial"/>
        </w:rPr>
        <w:t xml:space="preserve"> [</w:t>
      </w:r>
      <w:r w:rsidR="00512D43" w:rsidRPr="00DB3A44">
        <w:rPr>
          <w:rFonts w:ascii="Arial" w:hAnsi="Arial"/>
          <w:i/>
        </w:rPr>
        <w:t>presented as the survey findings</w:t>
      </w:r>
      <w:r w:rsidR="00512D43">
        <w:rPr>
          <w:rFonts w:ascii="Arial" w:hAnsi="Arial"/>
        </w:rPr>
        <w:t>]</w:t>
      </w:r>
      <w:r>
        <w:rPr>
          <w:rFonts w:ascii="Arial" w:hAnsi="Arial"/>
        </w:rPr>
        <w:t xml:space="preserve">, would be more the unknown knowns. </w:t>
      </w:r>
      <w:r w:rsidR="00512D43">
        <w:rPr>
          <w:rFonts w:ascii="Arial" w:hAnsi="Arial"/>
        </w:rPr>
        <w:t>W</w:t>
      </w:r>
      <w:r>
        <w:rPr>
          <w:rFonts w:ascii="Arial" w:hAnsi="Arial"/>
        </w:rPr>
        <w:t xml:space="preserve">e know those diseases, we know they exist, but we have very little understanding on their impact at public health level, within the different regions of Africa, for example. </w:t>
      </w:r>
    </w:p>
    <w:p w14:paraId="66F12544" w14:textId="77777777" w:rsidR="00E82C0D" w:rsidRDefault="00E82C0D" w:rsidP="008516AC">
      <w:pPr>
        <w:spacing w:after="0"/>
        <w:jc w:val="both"/>
        <w:rPr>
          <w:rFonts w:ascii="Arial" w:hAnsi="Arial"/>
        </w:rPr>
      </w:pPr>
    </w:p>
    <w:p w14:paraId="2C70462E" w14:textId="64BEF004" w:rsidR="006A5EC7" w:rsidRPr="00512D43" w:rsidRDefault="00FD4E37" w:rsidP="008516AC">
      <w:pPr>
        <w:spacing w:after="0"/>
        <w:jc w:val="both"/>
        <w:rPr>
          <w:rFonts w:ascii="Arial" w:hAnsi="Arial"/>
        </w:rPr>
      </w:pPr>
      <w:r>
        <w:rPr>
          <w:rFonts w:ascii="Arial" w:hAnsi="Arial"/>
        </w:rPr>
        <w:t xml:space="preserve">But of course, we should also be aware that four years ago, we didn't know anything about COVID. </w:t>
      </w:r>
      <w:r w:rsidR="00512D43">
        <w:rPr>
          <w:rFonts w:ascii="Arial" w:hAnsi="Arial"/>
        </w:rPr>
        <w:t>S</w:t>
      </w:r>
      <w:r>
        <w:rPr>
          <w:rFonts w:ascii="Arial" w:hAnsi="Arial"/>
        </w:rPr>
        <w:t>o they ar</w:t>
      </w:r>
      <w:r w:rsidR="00512D43">
        <w:rPr>
          <w:rFonts w:ascii="Arial" w:hAnsi="Arial"/>
        </w:rPr>
        <w:t>e obviously known unknowns, w</w:t>
      </w:r>
      <w:r>
        <w:rPr>
          <w:rFonts w:ascii="Arial" w:hAnsi="Arial"/>
        </w:rPr>
        <w:t>e know that there will be more disease</w:t>
      </w:r>
      <w:r w:rsidR="00512D43">
        <w:rPr>
          <w:rFonts w:ascii="Arial" w:hAnsi="Arial"/>
        </w:rPr>
        <w:t>s</w:t>
      </w:r>
      <w:r>
        <w:rPr>
          <w:rFonts w:ascii="Arial" w:hAnsi="Arial"/>
        </w:rPr>
        <w:t xml:space="preserve"> that we don't know today that will emerge. So mysel</w:t>
      </w:r>
      <w:r w:rsidR="00512D43">
        <w:rPr>
          <w:rFonts w:ascii="Arial" w:hAnsi="Arial"/>
        </w:rPr>
        <w:t>f, I'm struggling to say where the prioritization should be. It’s a</w:t>
      </w:r>
      <w:r>
        <w:rPr>
          <w:rFonts w:ascii="Arial" w:hAnsi="Arial"/>
        </w:rPr>
        <w:t xml:space="preserve"> huge challenge. Having </w:t>
      </w:r>
      <w:r w:rsidR="00512D43">
        <w:rPr>
          <w:rFonts w:ascii="Arial" w:hAnsi="Arial"/>
        </w:rPr>
        <w:t>an African health research agenda</w:t>
      </w:r>
      <w:r>
        <w:rPr>
          <w:rFonts w:ascii="Arial" w:hAnsi="Arial"/>
        </w:rPr>
        <w:t xml:space="preserve"> could help. I don't know if it's feasible at the cont</w:t>
      </w:r>
      <w:r w:rsidR="00F2516D">
        <w:rPr>
          <w:rFonts w:ascii="Arial" w:hAnsi="Arial"/>
        </w:rPr>
        <w:t xml:space="preserve">inental level, but </w:t>
      </w:r>
      <w:r>
        <w:rPr>
          <w:rFonts w:ascii="Arial" w:hAnsi="Arial"/>
        </w:rPr>
        <w:t>maybe look</w:t>
      </w:r>
      <w:r w:rsidR="00F2516D">
        <w:rPr>
          <w:rFonts w:ascii="Arial" w:hAnsi="Arial"/>
        </w:rPr>
        <w:t>ing at those different groups, m</w:t>
      </w:r>
      <w:r>
        <w:rPr>
          <w:rFonts w:ascii="Arial" w:hAnsi="Arial"/>
        </w:rPr>
        <w:t>aybe there are others as well</w:t>
      </w:r>
      <w:r w:rsidR="00F2516D">
        <w:rPr>
          <w:rFonts w:ascii="Arial" w:hAnsi="Arial"/>
        </w:rPr>
        <w:t>, could help navigate</w:t>
      </w:r>
      <w:r>
        <w:rPr>
          <w:rFonts w:ascii="Arial" w:hAnsi="Arial"/>
        </w:rPr>
        <w:t xml:space="preserve"> that complexity. Thank you.</w:t>
      </w:r>
    </w:p>
    <w:p w14:paraId="6A412A26" w14:textId="77777777" w:rsidR="006A5EC7" w:rsidRDefault="006A5EC7" w:rsidP="008516AC">
      <w:pPr>
        <w:spacing w:after="0"/>
        <w:jc w:val="both"/>
      </w:pPr>
    </w:p>
    <w:p w14:paraId="60FAF308" w14:textId="17383F3B" w:rsidR="006A5EC7" w:rsidRDefault="006D5C1F" w:rsidP="008516AC">
      <w:pPr>
        <w:spacing w:after="0"/>
        <w:jc w:val="both"/>
      </w:pPr>
      <w:r>
        <w:rPr>
          <w:rFonts w:ascii="Arial" w:hAnsi="Arial"/>
          <w:b/>
        </w:rPr>
        <w:t xml:space="preserve">Addis Facilitator </w:t>
      </w:r>
      <w:r w:rsidR="00CF0EA4">
        <w:rPr>
          <w:rFonts w:ascii="Arial" w:hAnsi="Arial"/>
          <w:b/>
        </w:rPr>
        <w:t>1</w:t>
      </w:r>
    </w:p>
    <w:p w14:paraId="3EEE3BDE" w14:textId="14BD8A47" w:rsidR="006A5EC7" w:rsidRDefault="00FD4E37" w:rsidP="008516AC">
      <w:pPr>
        <w:spacing w:after="0"/>
        <w:jc w:val="both"/>
      </w:pPr>
      <w:r>
        <w:rPr>
          <w:rFonts w:ascii="Arial" w:hAnsi="Arial"/>
        </w:rPr>
        <w:t>I'd like to hear from s</w:t>
      </w:r>
      <w:r w:rsidR="00F2516D">
        <w:rPr>
          <w:rFonts w:ascii="Arial" w:hAnsi="Arial"/>
        </w:rPr>
        <w:t>omeone who hasn't yet spoken.</w:t>
      </w:r>
    </w:p>
    <w:p w14:paraId="6DDE846E" w14:textId="77777777" w:rsidR="000E5245" w:rsidRDefault="000E5245" w:rsidP="008516AC">
      <w:pPr>
        <w:spacing w:after="0"/>
        <w:jc w:val="both"/>
        <w:rPr>
          <w:rFonts w:ascii="Arial" w:hAnsi="Arial"/>
          <w:b/>
        </w:rPr>
      </w:pPr>
    </w:p>
    <w:p w14:paraId="547B7D01" w14:textId="0E690481" w:rsidR="006A5EC7" w:rsidRDefault="00F2516D" w:rsidP="008516AC">
      <w:pPr>
        <w:spacing w:after="0"/>
        <w:jc w:val="both"/>
      </w:pPr>
      <w:r>
        <w:rPr>
          <w:rFonts w:ascii="Arial" w:hAnsi="Arial"/>
          <w:b/>
        </w:rPr>
        <w:t>Addis 140</w:t>
      </w:r>
    </w:p>
    <w:p w14:paraId="1F81C58C" w14:textId="0E87AE8C" w:rsidR="00E82C0D" w:rsidRDefault="00F2516D" w:rsidP="008516AC">
      <w:pPr>
        <w:spacing w:after="0"/>
        <w:jc w:val="both"/>
        <w:rPr>
          <w:rFonts w:ascii="Arial" w:hAnsi="Arial"/>
        </w:rPr>
      </w:pPr>
      <w:r>
        <w:rPr>
          <w:rFonts w:ascii="Arial" w:hAnsi="Arial"/>
        </w:rPr>
        <w:t xml:space="preserve">Thank you very much. </w:t>
      </w:r>
      <w:r w:rsidR="00E82C0D">
        <w:rPr>
          <w:rFonts w:ascii="Arial" w:hAnsi="Arial"/>
        </w:rPr>
        <w:t>So my comment is actually an input. I d</w:t>
      </w:r>
      <w:r>
        <w:rPr>
          <w:rFonts w:ascii="Arial" w:hAnsi="Arial"/>
        </w:rPr>
        <w:t>on't see yellow fever, which is</w:t>
      </w:r>
      <w:r w:rsidR="00E82C0D">
        <w:rPr>
          <w:rFonts w:ascii="Arial" w:hAnsi="Arial"/>
        </w:rPr>
        <w:t xml:space="preserve"> </w:t>
      </w:r>
      <w:r>
        <w:rPr>
          <w:rFonts w:ascii="Arial" w:hAnsi="Arial"/>
        </w:rPr>
        <w:t xml:space="preserve">a </w:t>
      </w:r>
      <w:r w:rsidR="00E82C0D">
        <w:rPr>
          <w:rFonts w:ascii="Arial" w:hAnsi="Arial"/>
        </w:rPr>
        <w:t xml:space="preserve">problem in Africa. </w:t>
      </w:r>
      <w:r>
        <w:rPr>
          <w:rFonts w:ascii="Arial" w:hAnsi="Arial"/>
        </w:rPr>
        <w:t>W</w:t>
      </w:r>
      <w:r w:rsidR="00E82C0D">
        <w:rPr>
          <w:rFonts w:ascii="Arial" w:hAnsi="Arial"/>
        </w:rPr>
        <w:t xml:space="preserve">e have a whole high risk region stretching </w:t>
      </w:r>
      <w:r>
        <w:rPr>
          <w:rFonts w:ascii="Arial" w:hAnsi="Arial"/>
        </w:rPr>
        <w:t xml:space="preserve">across </w:t>
      </w:r>
      <w:r w:rsidR="00E82C0D">
        <w:rPr>
          <w:rFonts w:ascii="Arial" w:hAnsi="Arial"/>
        </w:rPr>
        <w:t xml:space="preserve">West Africa, Central </w:t>
      </w:r>
      <w:r w:rsidR="00596A25">
        <w:rPr>
          <w:rFonts w:ascii="Arial" w:hAnsi="Arial"/>
        </w:rPr>
        <w:t>and</w:t>
      </w:r>
      <w:r>
        <w:rPr>
          <w:rFonts w:ascii="Arial" w:hAnsi="Arial"/>
        </w:rPr>
        <w:t xml:space="preserve"> Eastern Africa, s</w:t>
      </w:r>
      <w:r w:rsidR="00E82C0D">
        <w:rPr>
          <w:rFonts w:ascii="Arial" w:hAnsi="Arial"/>
        </w:rPr>
        <w:t xml:space="preserve">o I guess yellow fever is a very important disease to look at. </w:t>
      </w:r>
      <w:r>
        <w:rPr>
          <w:rFonts w:ascii="Arial" w:hAnsi="Arial"/>
        </w:rPr>
        <w:t>W</w:t>
      </w:r>
      <w:r w:rsidR="00E82C0D">
        <w:rPr>
          <w:rFonts w:ascii="Arial" w:hAnsi="Arial"/>
        </w:rPr>
        <w:t>e know that in t</w:t>
      </w:r>
      <w:r>
        <w:rPr>
          <w:rFonts w:ascii="Arial" w:hAnsi="Arial"/>
        </w:rPr>
        <w:t xml:space="preserve">he last two years, there were </w:t>
      </w:r>
      <w:r w:rsidR="00E82C0D">
        <w:rPr>
          <w:rFonts w:ascii="Arial" w:hAnsi="Arial"/>
        </w:rPr>
        <w:t xml:space="preserve">multiple countries that reported yellow fever in Africa. </w:t>
      </w:r>
    </w:p>
    <w:p w14:paraId="0097C8B7" w14:textId="77777777" w:rsidR="00E82C0D" w:rsidRDefault="00E82C0D" w:rsidP="008516AC">
      <w:pPr>
        <w:spacing w:after="0"/>
        <w:jc w:val="both"/>
        <w:rPr>
          <w:rFonts w:ascii="Arial" w:hAnsi="Arial"/>
        </w:rPr>
      </w:pPr>
    </w:p>
    <w:p w14:paraId="20776289" w14:textId="3683EEB0" w:rsidR="006A5EC7" w:rsidRPr="005E64D9" w:rsidRDefault="00FD4E37" w:rsidP="008516AC">
      <w:pPr>
        <w:spacing w:after="0"/>
        <w:jc w:val="both"/>
        <w:rPr>
          <w:rFonts w:ascii="Arial" w:hAnsi="Arial"/>
        </w:rPr>
      </w:pPr>
      <w:r>
        <w:rPr>
          <w:rFonts w:ascii="Arial" w:hAnsi="Arial"/>
        </w:rPr>
        <w:t xml:space="preserve">But then again, I wanted to </w:t>
      </w:r>
      <w:r w:rsidR="00F2516D">
        <w:rPr>
          <w:rFonts w:ascii="Arial" w:hAnsi="Arial"/>
        </w:rPr>
        <w:t>back up what [</w:t>
      </w:r>
      <w:r w:rsidR="00F2516D" w:rsidRPr="00DB3A44">
        <w:rPr>
          <w:rFonts w:ascii="Arial" w:hAnsi="Arial"/>
          <w:i/>
        </w:rPr>
        <w:t>another participant</w:t>
      </w:r>
      <w:r w:rsidR="00F2516D">
        <w:rPr>
          <w:rFonts w:ascii="Arial" w:hAnsi="Arial"/>
        </w:rPr>
        <w:t xml:space="preserve">] </w:t>
      </w:r>
      <w:r>
        <w:rPr>
          <w:rFonts w:ascii="Arial" w:hAnsi="Arial"/>
        </w:rPr>
        <w:t>said</w:t>
      </w:r>
      <w:r w:rsidR="00F2516D">
        <w:rPr>
          <w:rFonts w:ascii="Arial" w:hAnsi="Arial"/>
        </w:rPr>
        <w:t xml:space="preserve"> -</w:t>
      </w:r>
      <w:r>
        <w:rPr>
          <w:rFonts w:ascii="Arial" w:hAnsi="Arial"/>
        </w:rPr>
        <w:t xml:space="preserve"> that we can use different methodologies apart from just getting insight</w:t>
      </w:r>
      <w:r w:rsidR="00F2516D">
        <w:rPr>
          <w:rFonts w:ascii="Arial" w:hAnsi="Arial"/>
        </w:rPr>
        <w:t>s from</w:t>
      </w:r>
      <w:r>
        <w:rPr>
          <w:rFonts w:ascii="Arial" w:hAnsi="Arial"/>
        </w:rPr>
        <w:t xml:space="preserve"> scientist</w:t>
      </w:r>
      <w:r w:rsidR="00F2516D">
        <w:rPr>
          <w:rFonts w:ascii="Arial" w:hAnsi="Arial"/>
        </w:rPr>
        <w:t>s</w:t>
      </w:r>
      <w:r>
        <w:rPr>
          <w:rFonts w:ascii="Arial" w:hAnsi="Arial"/>
        </w:rPr>
        <w:t>. We can have literature review</w:t>
      </w:r>
      <w:r w:rsidR="00F2516D">
        <w:rPr>
          <w:rFonts w:ascii="Arial" w:hAnsi="Arial"/>
        </w:rPr>
        <w:t>s, and</w:t>
      </w:r>
      <w:r>
        <w:rPr>
          <w:rFonts w:ascii="Arial" w:hAnsi="Arial"/>
        </w:rPr>
        <w:t xml:space="preserve"> also </w:t>
      </w:r>
      <w:r w:rsidR="00F2516D">
        <w:rPr>
          <w:rFonts w:ascii="Arial" w:hAnsi="Arial"/>
        </w:rPr>
        <w:t>[</w:t>
      </w:r>
      <w:r w:rsidR="00F2516D" w:rsidRPr="00DB3A44">
        <w:rPr>
          <w:rFonts w:ascii="Arial" w:hAnsi="Arial"/>
          <w:i/>
        </w:rPr>
        <w:t>look at</w:t>
      </w:r>
      <w:r w:rsidR="00F2516D">
        <w:rPr>
          <w:rFonts w:ascii="Arial" w:hAnsi="Arial"/>
        </w:rPr>
        <w:t xml:space="preserve">] </w:t>
      </w:r>
      <w:r>
        <w:rPr>
          <w:rFonts w:ascii="Arial" w:hAnsi="Arial"/>
        </w:rPr>
        <w:t>what other institutions have done around this pri</w:t>
      </w:r>
      <w:r w:rsidR="00596A25">
        <w:rPr>
          <w:rFonts w:ascii="Arial" w:hAnsi="Arial"/>
        </w:rPr>
        <w:t>oritization</w:t>
      </w:r>
      <w:r>
        <w:rPr>
          <w:rFonts w:ascii="Arial" w:hAnsi="Arial"/>
        </w:rPr>
        <w:t xml:space="preserve"> of diseases</w:t>
      </w:r>
      <w:r w:rsidR="00E82C0D">
        <w:rPr>
          <w:rFonts w:ascii="Arial" w:hAnsi="Arial"/>
        </w:rPr>
        <w:t>.</w:t>
      </w:r>
      <w:r>
        <w:rPr>
          <w:rFonts w:ascii="Arial" w:hAnsi="Arial"/>
        </w:rPr>
        <w:t xml:space="preserve"> </w:t>
      </w:r>
      <w:r w:rsidR="00F2516D">
        <w:rPr>
          <w:rFonts w:ascii="Arial" w:hAnsi="Arial"/>
        </w:rPr>
        <w:t>[</w:t>
      </w:r>
      <w:r w:rsidR="00F2516D" w:rsidRPr="00DB3A44">
        <w:rPr>
          <w:rFonts w:ascii="Arial" w:hAnsi="Arial"/>
          <w:i/>
        </w:rPr>
        <w:t xml:space="preserve">Detailed description of </w:t>
      </w:r>
      <w:r w:rsidR="00F2516D" w:rsidRPr="00DB3A44">
        <w:rPr>
          <w:rFonts w:ascii="Arial" w:hAnsi="Arial"/>
          <w:i/>
        </w:rPr>
        <w:lastRenderedPageBreak/>
        <w:t xml:space="preserve">organization’s </w:t>
      </w:r>
      <w:r w:rsidR="005E64D9" w:rsidRPr="00DB3A44">
        <w:rPr>
          <w:rFonts w:ascii="Arial" w:hAnsi="Arial"/>
          <w:i/>
        </w:rPr>
        <w:t xml:space="preserve">recent </w:t>
      </w:r>
      <w:r w:rsidR="00F2516D" w:rsidRPr="00DB3A44">
        <w:rPr>
          <w:rFonts w:ascii="Arial" w:hAnsi="Arial"/>
          <w:i/>
        </w:rPr>
        <w:t>priority setting activities redacted</w:t>
      </w:r>
      <w:r w:rsidR="005E64D9">
        <w:rPr>
          <w:rFonts w:ascii="Arial" w:hAnsi="Arial"/>
        </w:rPr>
        <w:t>]. We have a report that ranks diseases</w:t>
      </w:r>
      <w:r>
        <w:rPr>
          <w:rFonts w:ascii="Arial" w:hAnsi="Arial"/>
        </w:rPr>
        <w:t>, and maybe I would say that it was biased towards the ep</w:t>
      </w:r>
      <w:r w:rsidR="005E64D9">
        <w:rPr>
          <w:rFonts w:ascii="Arial" w:hAnsi="Arial"/>
        </w:rPr>
        <w:t xml:space="preserve">idemic potential diseases, but </w:t>
      </w:r>
      <w:r>
        <w:rPr>
          <w:rFonts w:ascii="Arial" w:hAnsi="Arial"/>
        </w:rPr>
        <w:t>this is something also can be looked at, as we are discussing and consolidating the priority diseases in Africa. Thank you.</w:t>
      </w:r>
    </w:p>
    <w:p w14:paraId="1F0BED13" w14:textId="77777777" w:rsidR="006A5EC7" w:rsidRDefault="006A5EC7" w:rsidP="008516AC">
      <w:pPr>
        <w:spacing w:after="0"/>
        <w:jc w:val="both"/>
      </w:pPr>
    </w:p>
    <w:p w14:paraId="2792BA6F" w14:textId="5976C29E" w:rsidR="006A5EC7" w:rsidRDefault="006D5C1F" w:rsidP="008516AC">
      <w:pPr>
        <w:spacing w:after="0"/>
        <w:jc w:val="both"/>
      </w:pPr>
      <w:r>
        <w:rPr>
          <w:rFonts w:ascii="Arial" w:hAnsi="Arial"/>
          <w:b/>
        </w:rPr>
        <w:t xml:space="preserve">Addis Facilitator </w:t>
      </w:r>
      <w:r w:rsidR="00CF0EA4">
        <w:rPr>
          <w:rFonts w:ascii="Arial" w:hAnsi="Arial"/>
          <w:b/>
        </w:rPr>
        <w:t>1</w:t>
      </w:r>
      <w:r w:rsidR="005E64D9">
        <w:rPr>
          <w:rFonts w:ascii="Arial" w:hAnsi="Arial"/>
          <w:b/>
        </w:rPr>
        <w:t xml:space="preserve"> </w:t>
      </w:r>
    </w:p>
    <w:p w14:paraId="43070792" w14:textId="5EFC672E" w:rsidR="006A5EC7" w:rsidRDefault="00FD4E37" w:rsidP="008516AC">
      <w:pPr>
        <w:spacing w:after="0"/>
        <w:jc w:val="both"/>
      </w:pPr>
      <w:r>
        <w:rPr>
          <w:rFonts w:ascii="Arial" w:hAnsi="Arial"/>
        </w:rPr>
        <w:t xml:space="preserve">Thank you very much </w:t>
      </w:r>
      <w:r w:rsidR="005E64D9">
        <w:rPr>
          <w:rFonts w:ascii="Arial" w:hAnsi="Arial"/>
        </w:rPr>
        <w:t xml:space="preserve">Addis </w:t>
      </w:r>
      <w:r>
        <w:rPr>
          <w:rFonts w:ascii="Arial" w:hAnsi="Arial"/>
        </w:rPr>
        <w:t xml:space="preserve">140. </w:t>
      </w:r>
      <w:r w:rsidR="005E64D9">
        <w:rPr>
          <w:rFonts w:ascii="Arial" w:hAnsi="Arial"/>
        </w:rPr>
        <w:t>W</w:t>
      </w:r>
      <w:r>
        <w:rPr>
          <w:rFonts w:ascii="Arial" w:hAnsi="Arial"/>
        </w:rPr>
        <w:t xml:space="preserve">e'll take one comment </w:t>
      </w:r>
      <w:r w:rsidR="005E64D9">
        <w:rPr>
          <w:rFonts w:ascii="Arial" w:hAnsi="Arial"/>
        </w:rPr>
        <w:t>in the room</w:t>
      </w:r>
      <w:r>
        <w:rPr>
          <w:rFonts w:ascii="Arial" w:hAnsi="Arial"/>
        </w:rPr>
        <w:t>, and then I'll go online.</w:t>
      </w:r>
    </w:p>
    <w:p w14:paraId="7FBA3E4F" w14:textId="77777777" w:rsidR="006A5EC7" w:rsidRDefault="006A5EC7" w:rsidP="008516AC">
      <w:pPr>
        <w:spacing w:after="0"/>
        <w:jc w:val="both"/>
      </w:pPr>
    </w:p>
    <w:p w14:paraId="26F54779" w14:textId="49347EAA" w:rsidR="006A5EC7" w:rsidRDefault="005E64D9" w:rsidP="008516AC">
      <w:pPr>
        <w:spacing w:after="0"/>
        <w:jc w:val="both"/>
      </w:pPr>
      <w:r>
        <w:rPr>
          <w:rFonts w:ascii="Arial" w:hAnsi="Arial"/>
          <w:b/>
        </w:rPr>
        <w:t>Addis 130</w:t>
      </w:r>
    </w:p>
    <w:p w14:paraId="396C1906" w14:textId="3FAF07BD" w:rsidR="00E82C0D" w:rsidRDefault="00FD4E37" w:rsidP="008516AC">
      <w:pPr>
        <w:spacing w:after="0"/>
        <w:jc w:val="both"/>
        <w:rPr>
          <w:rFonts w:ascii="Arial" w:hAnsi="Arial"/>
        </w:rPr>
      </w:pPr>
      <w:r>
        <w:rPr>
          <w:rFonts w:ascii="Arial" w:hAnsi="Arial"/>
        </w:rPr>
        <w:t>Thank you.</w:t>
      </w:r>
      <w:r w:rsidR="00DB3A44">
        <w:rPr>
          <w:rFonts w:ascii="Arial" w:hAnsi="Arial"/>
        </w:rPr>
        <w:t xml:space="preserve"> </w:t>
      </w:r>
      <w:r>
        <w:rPr>
          <w:rFonts w:ascii="Arial" w:hAnsi="Arial"/>
        </w:rPr>
        <w:t>My comment is not too different from the previous speak</w:t>
      </w:r>
      <w:r w:rsidR="005E64D9">
        <w:rPr>
          <w:rFonts w:ascii="Arial" w:hAnsi="Arial"/>
        </w:rPr>
        <w:t>er</w:t>
      </w:r>
      <w:r>
        <w:rPr>
          <w:rFonts w:ascii="Arial" w:hAnsi="Arial"/>
        </w:rPr>
        <w:t xml:space="preserve">. I don't know which </w:t>
      </w:r>
      <w:r w:rsidR="005E64D9">
        <w:rPr>
          <w:rFonts w:ascii="Arial" w:hAnsi="Arial"/>
        </w:rPr>
        <w:t>methodology was applied here, but I'd like to suggest for the</w:t>
      </w:r>
      <w:r>
        <w:rPr>
          <w:rFonts w:ascii="Arial" w:hAnsi="Arial"/>
        </w:rPr>
        <w:t xml:space="preserve"> team to look for zoonotic diseases prioriti</w:t>
      </w:r>
      <w:r w:rsidR="00596A25">
        <w:rPr>
          <w:rFonts w:ascii="Arial" w:hAnsi="Arial"/>
        </w:rPr>
        <w:t>es</w:t>
      </w:r>
      <w:r w:rsidR="005E64D9">
        <w:rPr>
          <w:rFonts w:ascii="Arial" w:hAnsi="Arial"/>
        </w:rPr>
        <w:t xml:space="preserve"> i</w:t>
      </w:r>
      <w:r>
        <w:rPr>
          <w:rFonts w:ascii="Arial" w:hAnsi="Arial"/>
        </w:rPr>
        <w:t xml:space="preserve">n Africa. For example, I look at the top 10 list of </w:t>
      </w:r>
      <w:r w:rsidR="005E64D9">
        <w:rPr>
          <w:rFonts w:ascii="Arial" w:hAnsi="Arial"/>
        </w:rPr>
        <w:t>highest-prioritized</w:t>
      </w:r>
      <w:r>
        <w:rPr>
          <w:rFonts w:ascii="Arial" w:hAnsi="Arial"/>
        </w:rPr>
        <w:t xml:space="preserve"> disease</w:t>
      </w:r>
      <w:r w:rsidR="005E64D9">
        <w:rPr>
          <w:rFonts w:ascii="Arial" w:hAnsi="Arial"/>
        </w:rPr>
        <w:t>s</w:t>
      </w:r>
      <w:r>
        <w:rPr>
          <w:rFonts w:ascii="Arial" w:hAnsi="Arial"/>
        </w:rPr>
        <w:t>, I did not see rabies. So if w</w:t>
      </w:r>
      <w:r w:rsidR="005E64D9">
        <w:rPr>
          <w:rFonts w:ascii="Arial" w:hAnsi="Arial"/>
        </w:rPr>
        <w:t>e look at the report [</w:t>
      </w:r>
      <w:r w:rsidR="005E64D9" w:rsidRPr="005E64D9">
        <w:rPr>
          <w:rFonts w:ascii="Arial" w:hAnsi="Arial"/>
          <w:i/>
        </w:rPr>
        <w:t>note: this is reference to an external report not connected to this study</w:t>
      </w:r>
      <w:r w:rsidR="005E64D9">
        <w:rPr>
          <w:rFonts w:ascii="Arial" w:hAnsi="Arial"/>
        </w:rPr>
        <w:t>]</w:t>
      </w:r>
      <w:r>
        <w:rPr>
          <w:rFonts w:ascii="Arial" w:hAnsi="Arial"/>
        </w:rPr>
        <w:t xml:space="preserve"> among the different African countries, t</w:t>
      </w:r>
      <w:r w:rsidR="005E64D9">
        <w:rPr>
          <w:rFonts w:ascii="Arial" w:hAnsi="Arial"/>
        </w:rPr>
        <w:t>hose that have already developed a</w:t>
      </w:r>
      <w:r>
        <w:rPr>
          <w:rFonts w:ascii="Arial" w:hAnsi="Arial"/>
        </w:rPr>
        <w:t xml:space="preserve"> One Health </w:t>
      </w:r>
      <w:r w:rsidR="005E64D9">
        <w:rPr>
          <w:rFonts w:ascii="Arial" w:hAnsi="Arial"/>
        </w:rPr>
        <w:t>zoonotic</w:t>
      </w:r>
      <w:r>
        <w:rPr>
          <w:rFonts w:ascii="Arial" w:hAnsi="Arial"/>
        </w:rPr>
        <w:t xml:space="preserve"> disease pr</w:t>
      </w:r>
      <w:r w:rsidR="00596A25">
        <w:rPr>
          <w:rFonts w:ascii="Arial" w:hAnsi="Arial"/>
        </w:rPr>
        <w:t>ioritization</w:t>
      </w:r>
      <w:r w:rsidR="005E64D9">
        <w:rPr>
          <w:rFonts w:ascii="Arial" w:hAnsi="Arial"/>
        </w:rPr>
        <w:t xml:space="preserve">, we will see that </w:t>
      </w:r>
      <w:r>
        <w:rPr>
          <w:rFonts w:ascii="Arial" w:hAnsi="Arial"/>
        </w:rPr>
        <w:t>rabies</w:t>
      </w:r>
      <w:r w:rsidR="005E64D9">
        <w:rPr>
          <w:rFonts w:ascii="Arial" w:hAnsi="Arial"/>
        </w:rPr>
        <w:t xml:space="preserve"> is</w:t>
      </w:r>
      <w:r>
        <w:rPr>
          <w:rFonts w:ascii="Arial" w:hAnsi="Arial"/>
        </w:rPr>
        <w:t xml:space="preserve"> </w:t>
      </w:r>
      <w:r w:rsidR="005E64D9">
        <w:rPr>
          <w:rFonts w:ascii="Arial" w:hAnsi="Arial"/>
        </w:rPr>
        <w:t>amongst</w:t>
      </w:r>
      <w:r>
        <w:rPr>
          <w:rFonts w:ascii="Arial" w:hAnsi="Arial"/>
        </w:rPr>
        <w:t xml:space="preserve"> the top three disease</w:t>
      </w:r>
      <w:r w:rsidR="005E64D9">
        <w:rPr>
          <w:rFonts w:ascii="Arial" w:hAnsi="Arial"/>
        </w:rPr>
        <w:t>s</w:t>
      </w:r>
      <w:r>
        <w:rPr>
          <w:rFonts w:ascii="Arial" w:hAnsi="Arial"/>
        </w:rPr>
        <w:t xml:space="preserve">, so we can </w:t>
      </w:r>
      <w:r w:rsidR="005E64D9">
        <w:rPr>
          <w:rFonts w:ascii="Arial" w:hAnsi="Arial"/>
        </w:rPr>
        <w:t>look at</w:t>
      </w:r>
      <w:r>
        <w:rPr>
          <w:rFonts w:ascii="Arial" w:hAnsi="Arial"/>
        </w:rPr>
        <w:t xml:space="preserve"> th</w:t>
      </w:r>
      <w:r w:rsidR="00E82C0D">
        <w:rPr>
          <w:rFonts w:ascii="Arial" w:hAnsi="Arial"/>
        </w:rPr>
        <w:t>ose</w:t>
      </w:r>
      <w:r w:rsidR="005E64D9">
        <w:rPr>
          <w:rFonts w:ascii="Arial" w:hAnsi="Arial"/>
        </w:rPr>
        <w:t xml:space="preserve"> reports and </w:t>
      </w:r>
      <w:r>
        <w:rPr>
          <w:rFonts w:ascii="Arial" w:hAnsi="Arial"/>
        </w:rPr>
        <w:t>consider those disease</w:t>
      </w:r>
      <w:r w:rsidR="005E64D9">
        <w:rPr>
          <w:rFonts w:ascii="Arial" w:hAnsi="Arial"/>
        </w:rPr>
        <w:t>s</w:t>
      </w:r>
      <w:r w:rsidR="00E82C0D">
        <w:rPr>
          <w:rFonts w:ascii="Arial" w:hAnsi="Arial"/>
        </w:rPr>
        <w:t>.</w:t>
      </w:r>
    </w:p>
    <w:p w14:paraId="66E5FC91" w14:textId="77777777" w:rsidR="005E64D9" w:rsidRDefault="005E64D9" w:rsidP="008516AC">
      <w:pPr>
        <w:spacing w:after="0"/>
        <w:jc w:val="both"/>
        <w:rPr>
          <w:rFonts w:ascii="Arial" w:hAnsi="Arial"/>
        </w:rPr>
      </w:pPr>
    </w:p>
    <w:p w14:paraId="2AC3C0A7" w14:textId="2711F560" w:rsidR="006A5EC7" w:rsidRDefault="005E64D9" w:rsidP="008516AC">
      <w:pPr>
        <w:spacing w:after="0"/>
        <w:jc w:val="both"/>
      </w:pPr>
      <w:r>
        <w:rPr>
          <w:rFonts w:ascii="Arial" w:hAnsi="Arial"/>
        </w:rPr>
        <w:t>I will not go specifically into</w:t>
      </w:r>
      <w:r w:rsidR="00FD4E37">
        <w:rPr>
          <w:rFonts w:ascii="Arial" w:hAnsi="Arial"/>
        </w:rPr>
        <w:t xml:space="preserve"> </w:t>
      </w:r>
      <w:r w:rsidR="00596A25">
        <w:rPr>
          <w:rFonts w:ascii="Arial" w:hAnsi="Arial"/>
        </w:rPr>
        <w:t>arbo</w:t>
      </w:r>
      <w:r w:rsidR="00FD4E37">
        <w:rPr>
          <w:rFonts w:ascii="Arial" w:hAnsi="Arial"/>
        </w:rPr>
        <w:t>virus</w:t>
      </w:r>
      <w:r>
        <w:rPr>
          <w:rFonts w:ascii="Arial" w:hAnsi="Arial"/>
        </w:rPr>
        <w:t xml:space="preserve">es, but if we see the same list that’s </w:t>
      </w:r>
      <w:r w:rsidR="00FD4E37">
        <w:rPr>
          <w:rFonts w:ascii="Arial" w:hAnsi="Arial"/>
        </w:rPr>
        <w:t xml:space="preserve">already </w:t>
      </w:r>
      <w:r>
        <w:rPr>
          <w:rFonts w:ascii="Arial" w:hAnsi="Arial"/>
        </w:rPr>
        <w:t xml:space="preserve">been </w:t>
      </w:r>
      <w:r w:rsidR="00FD4E37">
        <w:rPr>
          <w:rFonts w:ascii="Arial" w:hAnsi="Arial"/>
        </w:rPr>
        <w:t>prioritized with the different African countries</w:t>
      </w:r>
      <w:r w:rsidR="00581B8B">
        <w:rPr>
          <w:rFonts w:ascii="Arial" w:hAnsi="Arial"/>
        </w:rPr>
        <w:t xml:space="preserve"> [</w:t>
      </w:r>
      <w:r w:rsidR="00581B8B">
        <w:rPr>
          <w:rFonts w:ascii="Arial" w:hAnsi="Arial"/>
          <w:i/>
        </w:rPr>
        <w:t>note: this is in reference to the</w:t>
      </w:r>
      <w:r w:rsidR="00581B8B" w:rsidRPr="005E64D9">
        <w:rPr>
          <w:rFonts w:ascii="Arial" w:hAnsi="Arial"/>
          <w:i/>
        </w:rPr>
        <w:t xml:space="preserve"> external report </w:t>
      </w:r>
      <w:r w:rsidR="00581B8B">
        <w:rPr>
          <w:rFonts w:ascii="Arial" w:hAnsi="Arial"/>
          <w:i/>
        </w:rPr>
        <w:t>discussed above, not the list of priority diseases presented in this study</w:t>
      </w:r>
      <w:r w:rsidR="00581B8B">
        <w:rPr>
          <w:rFonts w:ascii="Arial" w:hAnsi="Arial"/>
        </w:rPr>
        <w:t>]</w:t>
      </w:r>
      <w:r w:rsidR="00FD4E37">
        <w:rPr>
          <w:rFonts w:ascii="Arial" w:hAnsi="Arial"/>
        </w:rPr>
        <w:t xml:space="preserve">, we see that we have there </w:t>
      </w:r>
      <w:r w:rsidR="00596A25">
        <w:rPr>
          <w:rFonts w:ascii="Arial" w:hAnsi="Arial"/>
        </w:rPr>
        <w:t>hemorrhagic</w:t>
      </w:r>
      <w:r w:rsidR="00FD4E37">
        <w:rPr>
          <w:rFonts w:ascii="Arial" w:hAnsi="Arial"/>
        </w:rPr>
        <w:t xml:space="preserve"> fevers, like </w:t>
      </w:r>
      <w:r>
        <w:rPr>
          <w:rFonts w:ascii="Arial" w:hAnsi="Arial"/>
        </w:rPr>
        <w:t>Crimean Congo Hemorrhagic Fever and Rift Valley F</w:t>
      </w:r>
      <w:r w:rsidR="00FD4E37">
        <w:rPr>
          <w:rFonts w:ascii="Arial" w:hAnsi="Arial"/>
        </w:rPr>
        <w:t>ever. So I think it's be</w:t>
      </w:r>
      <w:r w:rsidR="00581B8B">
        <w:rPr>
          <w:rFonts w:ascii="Arial" w:hAnsi="Arial"/>
        </w:rPr>
        <w:t xml:space="preserve">tter to look at </w:t>
      </w:r>
      <w:r w:rsidR="00FD4E37">
        <w:rPr>
          <w:rFonts w:ascii="Arial" w:hAnsi="Arial"/>
        </w:rPr>
        <w:t>t</w:t>
      </w:r>
      <w:r w:rsidR="00596A25">
        <w:rPr>
          <w:rFonts w:ascii="Arial" w:hAnsi="Arial"/>
        </w:rPr>
        <w:t>hat</w:t>
      </w:r>
      <w:r w:rsidR="00FD4E37">
        <w:rPr>
          <w:rFonts w:ascii="Arial" w:hAnsi="Arial"/>
        </w:rPr>
        <w:t xml:space="preserve"> list for zoonotic disease </w:t>
      </w:r>
      <w:r w:rsidR="00581B8B">
        <w:rPr>
          <w:rFonts w:ascii="Arial" w:hAnsi="Arial"/>
        </w:rPr>
        <w:t xml:space="preserve">prioritization, and we see how we can </w:t>
      </w:r>
      <w:r w:rsidR="00FD4E37">
        <w:rPr>
          <w:rFonts w:ascii="Arial" w:hAnsi="Arial"/>
        </w:rPr>
        <w:t xml:space="preserve">apply it </w:t>
      </w:r>
      <w:r w:rsidR="00581B8B">
        <w:rPr>
          <w:rFonts w:ascii="Arial" w:hAnsi="Arial"/>
        </w:rPr>
        <w:t xml:space="preserve">here. A key example is </w:t>
      </w:r>
      <w:r w:rsidR="00FD4E37">
        <w:rPr>
          <w:rFonts w:ascii="Arial" w:hAnsi="Arial"/>
        </w:rPr>
        <w:t xml:space="preserve">rabies. Rabies is not a part of the top 10 of the list that </w:t>
      </w:r>
      <w:r w:rsidR="00581B8B">
        <w:rPr>
          <w:rFonts w:ascii="Arial" w:hAnsi="Arial"/>
        </w:rPr>
        <w:t>you presented</w:t>
      </w:r>
      <w:r w:rsidR="00FD4E37">
        <w:rPr>
          <w:rFonts w:ascii="Arial" w:hAnsi="Arial"/>
        </w:rPr>
        <w:t xml:space="preserve">, but it's </w:t>
      </w:r>
      <w:r w:rsidR="00581B8B">
        <w:rPr>
          <w:rFonts w:ascii="Arial" w:hAnsi="Arial"/>
        </w:rPr>
        <w:t xml:space="preserve">in </w:t>
      </w:r>
      <w:r w:rsidR="00FD4E37">
        <w:rPr>
          <w:rFonts w:ascii="Arial" w:hAnsi="Arial"/>
        </w:rPr>
        <w:t>the top three of the all the countries in Afri</w:t>
      </w:r>
      <w:r w:rsidR="00581B8B">
        <w:rPr>
          <w:rFonts w:ascii="Arial" w:hAnsi="Arial"/>
        </w:rPr>
        <w:t>ca, so it’s</w:t>
      </w:r>
      <w:r w:rsidR="00FD4E37">
        <w:rPr>
          <w:rFonts w:ascii="Arial" w:hAnsi="Arial"/>
        </w:rPr>
        <w:t xml:space="preserve"> that comment </w:t>
      </w:r>
      <w:r w:rsidR="00581B8B">
        <w:rPr>
          <w:rFonts w:ascii="Arial" w:hAnsi="Arial"/>
        </w:rPr>
        <w:t>that I'd like to give.</w:t>
      </w:r>
      <w:r w:rsidR="00FD4E37">
        <w:rPr>
          <w:rFonts w:ascii="Arial" w:hAnsi="Arial"/>
        </w:rPr>
        <w:t xml:space="preserve"> Thank you.</w:t>
      </w:r>
    </w:p>
    <w:p w14:paraId="32C29C63" w14:textId="77777777" w:rsidR="006A5EC7" w:rsidRDefault="006A5EC7" w:rsidP="008516AC">
      <w:pPr>
        <w:spacing w:after="0"/>
        <w:jc w:val="both"/>
      </w:pPr>
    </w:p>
    <w:p w14:paraId="6EF65402" w14:textId="78996A21" w:rsidR="006A5EC7" w:rsidRDefault="006D5C1F" w:rsidP="008516AC">
      <w:pPr>
        <w:spacing w:after="0"/>
        <w:jc w:val="both"/>
      </w:pPr>
      <w:r>
        <w:rPr>
          <w:rFonts w:ascii="Arial" w:hAnsi="Arial"/>
          <w:b/>
        </w:rPr>
        <w:t xml:space="preserve">Addis Facilitator </w:t>
      </w:r>
      <w:r w:rsidR="00CF0EA4">
        <w:rPr>
          <w:rFonts w:ascii="Arial" w:hAnsi="Arial"/>
          <w:b/>
        </w:rPr>
        <w:t>1</w:t>
      </w:r>
    </w:p>
    <w:p w14:paraId="7B01CCF4" w14:textId="59EA829F" w:rsidR="006A5EC7" w:rsidRDefault="00FD4E37" w:rsidP="008516AC">
      <w:pPr>
        <w:spacing w:after="0"/>
        <w:jc w:val="both"/>
      </w:pPr>
      <w:r>
        <w:rPr>
          <w:rFonts w:ascii="Arial" w:hAnsi="Arial"/>
        </w:rPr>
        <w:t>Than</w:t>
      </w:r>
      <w:r w:rsidR="00581B8B">
        <w:rPr>
          <w:rFonts w:ascii="Arial" w:hAnsi="Arial"/>
        </w:rPr>
        <w:t>ks very much for that comment, a</w:t>
      </w:r>
      <w:r>
        <w:rPr>
          <w:rFonts w:ascii="Arial" w:hAnsi="Arial"/>
        </w:rPr>
        <w:t xml:space="preserve">nd just </w:t>
      </w:r>
      <w:proofErr w:type="gramStart"/>
      <w:r>
        <w:rPr>
          <w:rFonts w:ascii="Arial" w:hAnsi="Arial"/>
        </w:rPr>
        <w:t>to</w:t>
      </w:r>
      <w:proofErr w:type="gramEnd"/>
      <w:r>
        <w:rPr>
          <w:rFonts w:ascii="Arial" w:hAnsi="Arial"/>
        </w:rPr>
        <w:t xml:space="preserve"> perhaps add on to that, when I was referring to these studies, etiological</w:t>
      </w:r>
      <w:r w:rsidR="00581B8B">
        <w:rPr>
          <w:rFonts w:ascii="Arial" w:hAnsi="Arial"/>
        </w:rPr>
        <w:t xml:space="preserve"> studies of a febrile illness, a</w:t>
      </w:r>
      <w:r>
        <w:rPr>
          <w:rFonts w:ascii="Arial" w:hAnsi="Arial"/>
        </w:rPr>
        <w:t>gain, the zoonos</w:t>
      </w:r>
      <w:r w:rsidR="00713DDD">
        <w:rPr>
          <w:rFonts w:ascii="Arial" w:hAnsi="Arial"/>
        </w:rPr>
        <w:t>e</w:t>
      </w:r>
      <w:r>
        <w:rPr>
          <w:rFonts w:ascii="Arial" w:hAnsi="Arial"/>
        </w:rPr>
        <w:t>s became much more prominent, cau</w:t>
      </w:r>
      <w:r w:rsidR="00581B8B">
        <w:rPr>
          <w:rFonts w:ascii="Arial" w:hAnsi="Arial"/>
        </w:rPr>
        <w:t>sing about a third of those non-</w:t>
      </w:r>
      <w:r>
        <w:rPr>
          <w:rFonts w:ascii="Arial" w:hAnsi="Arial"/>
        </w:rPr>
        <w:t>malari</w:t>
      </w:r>
      <w:r w:rsidR="00581B8B">
        <w:rPr>
          <w:rFonts w:ascii="Arial" w:hAnsi="Arial"/>
        </w:rPr>
        <w:t>a, febrile illnesses. So zoonose</w:t>
      </w:r>
      <w:r>
        <w:rPr>
          <w:rFonts w:ascii="Arial" w:hAnsi="Arial"/>
        </w:rPr>
        <w:t>s definitely, and I declare my interest here</w:t>
      </w:r>
      <w:r w:rsidR="00581B8B">
        <w:rPr>
          <w:rFonts w:ascii="Arial" w:hAnsi="Arial"/>
        </w:rPr>
        <w:t>,</w:t>
      </w:r>
      <w:r>
        <w:rPr>
          <w:rFonts w:ascii="Arial" w:hAnsi="Arial"/>
        </w:rPr>
        <w:t xml:space="preserve"> as a veterinarian working on rabies, but I promised everyone I didn't prompt that response.</w:t>
      </w:r>
    </w:p>
    <w:p w14:paraId="0F20B324" w14:textId="77777777" w:rsidR="006A5EC7" w:rsidRDefault="006A5EC7" w:rsidP="008516AC">
      <w:pPr>
        <w:spacing w:after="0"/>
        <w:jc w:val="both"/>
      </w:pPr>
    </w:p>
    <w:p w14:paraId="74852159" w14:textId="753CD4EA" w:rsidR="006A5EC7" w:rsidRDefault="00581B8B" w:rsidP="008516AC">
      <w:pPr>
        <w:spacing w:after="0"/>
        <w:jc w:val="both"/>
      </w:pPr>
      <w:r>
        <w:rPr>
          <w:rFonts w:ascii="Arial" w:hAnsi="Arial"/>
          <w:b/>
        </w:rPr>
        <w:t>Addis 43</w:t>
      </w:r>
    </w:p>
    <w:p w14:paraId="325D5928" w14:textId="482D2A5D" w:rsidR="006A5EC7" w:rsidRDefault="00FD4E37" w:rsidP="008516AC">
      <w:pPr>
        <w:spacing w:after="0"/>
        <w:jc w:val="both"/>
      </w:pPr>
      <w:r>
        <w:rPr>
          <w:rFonts w:ascii="Arial" w:hAnsi="Arial"/>
        </w:rPr>
        <w:t>Thank you. What I've seen missing on the list are mental health related diseases, and they are quite invisible. So it's hard for some people to come and speak out that they are suffering from such diseases such as depression, and their causes are quite diverse. So I think we may need to also consider them. Thank you.</w:t>
      </w:r>
    </w:p>
    <w:p w14:paraId="423216E4" w14:textId="77777777" w:rsidR="006A5EC7" w:rsidRDefault="006A5EC7" w:rsidP="008516AC">
      <w:pPr>
        <w:spacing w:after="0"/>
        <w:jc w:val="both"/>
      </w:pPr>
    </w:p>
    <w:p w14:paraId="16A50DFC" w14:textId="3F9AEC2E" w:rsidR="006A5EC7" w:rsidRDefault="006D5C1F" w:rsidP="008516AC">
      <w:pPr>
        <w:spacing w:after="0"/>
        <w:jc w:val="both"/>
      </w:pPr>
      <w:r>
        <w:rPr>
          <w:rFonts w:ascii="Arial" w:hAnsi="Arial"/>
          <w:b/>
        </w:rPr>
        <w:t xml:space="preserve">Addis Facilitator </w:t>
      </w:r>
      <w:r w:rsidR="00CF0EA4">
        <w:rPr>
          <w:rFonts w:ascii="Arial" w:hAnsi="Arial"/>
          <w:b/>
        </w:rPr>
        <w:t>1</w:t>
      </w:r>
    </w:p>
    <w:p w14:paraId="55163844" w14:textId="5667CF5C" w:rsidR="006A5EC7" w:rsidRDefault="00581B8B" w:rsidP="008516AC">
      <w:pPr>
        <w:spacing w:after="0"/>
        <w:jc w:val="both"/>
      </w:pPr>
      <w:r>
        <w:rPr>
          <w:rFonts w:ascii="Arial" w:hAnsi="Arial"/>
        </w:rPr>
        <w:t>Thank you for that comment, a</w:t>
      </w:r>
      <w:r w:rsidR="00FD4E37">
        <w:rPr>
          <w:rFonts w:ascii="Arial" w:hAnsi="Arial"/>
        </w:rPr>
        <w:t>nd I would just like to add, I don't know whether anyone from the Wellcome Trust would like to add to this, but mental health is one of their three pillars, in terms of their strategic priorit</w:t>
      </w:r>
      <w:r>
        <w:rPr>
          <w:rFonts w:ascii="Arial" w:hAnsi="Arial"/>
        </w:rPr>
        <w:t>ies within the Wellcome Trust, a</w:t>
      </w:r>
      <w:r w:rsidR="00FD4E37">
        <w:rPr>
          <w:rFonts w:ascii="Arial" w:hAnsi="Arial"/>
        </w:rPr>
        <w:t>nd that is certainly something that's being considered extremely seriously. In terms of research prioritization, thank you for the comment.</w:t>
      </w:r>
    </w:p>
    <w:p w14:paraId="507959A0" w14:textId="77777777" w:rsidR="006A5EC7" w:rsidRDefault="006A5EC7" w:rsidP="008516AC">
      <w:pPr>
        <w:spacing w:after="0"/>
        <w:jc w:val="both"/>
      </w:pPr>
    </w:p>
    <w:p w14:paraId="307D484C" w14:textId="77777777" w:rsidR="00272963" w:rsidRDefault="00272963" w:rsidP="008516AC">
      <w:pPr>
        <w:spacing w:after="0"/>
        <w:jc w:val="both"/>
        <w:rPr>
          <w:rFonts w:ascii="Arial" w:hAnsi="Arial"/>
          <w:b/>
        </w:rPr>
      </w:pPr>
    </w:p>
    <w:p w14:paraId="65D17138" w14:textId="77777777" w:rsidR="00272963" w:rsidRDefault="00272963" w:rsidP="008516AC">
      <w:pPr>
        <w:spacing w:after="0"/>
        <w:jc w:val="both"/>
        <w:rPr>
          <w:rFonts w:ascii="Arial" w:hAnsi="Arial"/>
          <w:b/>
        </w:rPr>
      </w:pPr>
    </w:p>
    <w:p w14:paraId="5A702F8E" w14:textId="0A0B1280" w:rsidR="006A5EC7" w:rsidRDefault="00581B8B" w:rsidP="008516AC">
      <w:pPr>
        <w:spacing w:after="0"/>
        <w:jc w:val="both"/>
      </w:pPr>
      <w:r>
        <w:rPr>
          <w:rFonts w:ascii="Arial" w:hAnsi="Arial"/>
          <w:b/>
        </w:rPr>
        <w:lastRenderedPageBreak/>
        <w:t>Addis 28</w:t>
      </w:r>
    </w:p>
    <w:p w14:paraId="1CDD5206" w14:textId="590F0A12" w:rsidR="006A5EC7" w:rsidRDefault="00FD4E37" w:rsidP="008516AC">
      <w:pPr>
        <w:spacing w:after="0"/>
        <w:jc w:val="both"/>
      </w:pPr>
      <w:r>
        <w:rPr>
          <w:rFonts w:ascii="Arial" w:hAnsi="Arial"/>
        </w:rPr>
        <w:t xml:space="preserve">Mine is quite brief, just to add </w:t>
      </w:r>
      <w:r w:rsidR="00596A25">
        <w:rPr>
          <w:rFonts w:ascii="Arial" w:hAnsi="Arial"/>
        </w:rPr>
        <w:t xml:space="preserve">to </w:t>
      </w:r>
      <w:r w:rsidR="00581B8B">
        <w:rPr>
          <w:rFonts w:ascii="Arial" w:hAnsi="Arial"/>
        </w:rPr>
        <w:t xml:space="preserve">the grouping that </w:t>
      </w:r>
      <w:r w:rsidR="00581B8B" w:rsidRPr="00581B8B">
        <w:rPr>
          <w:rFonts w:ascii="Arial" w:hAnsi="Arial"/>
        </w:rPr>
        <w:t>Addis 12</w:t>
      </w:r>
      <w:r w:rsidR="00581B8B">
        <w:rPr>
          <w:rFonts w:ascii="Arial" w:hAnsi="Arial"/>
        </w:rPr>
        <w:t xml:space="preserve"> </w:t>
      </w:r>
      <w:r>
        <w:rPr>
          <w:rFonts w:ascii="Arial" w:hAnsi="Arial"/>
        </w:rPr>
        <w:t xml:space="preserve">provided, because on the first list, </w:t>
      </w:r>
      <w:r w:rsidR="00581B8B">
        <w:rPr>
          <w:rFonts w:ascii="Arial" w:hAnsi="Arial"/>
        </w:rPr>
        <w:t>sorry, my name is Addis 28, o</w:t>
      </w:r>
      <w:r>
        <w:rPr>
          <w:rFonts w:ascii="Arial" w:hAnsi="Arial"/>
        </w:rPr>
        <w:t>n the groupi</w:t>
      </w:r>
      <w:r w:rsidR="00581B8B">
        <w:rPr>
          <w:rFonts w:ascii="Arial" w:hAnsi="Arial"/>
        </w:rPr>
        <w:t>ng that he provided, there was</w:t>
      </w:r>
      <w:r>
        <w:rPr>
          <w:rFonts w:ascii="Arial" w:hAnsi="Arial"/>
        </w:rPr>
        <w:t xml:space="preserve"> </w:t>
      </w:r>
      <w:r w:rsidR="00713DDD">
        <w:rPr>
          <w:rFonts w:ascii="Arial" w:hAnsi="Arial"/>
        </w:rPr>
        <w:t>k</w:t>
      </w:r>
      <w:r>
        <w:rPr>
          <w:rFonts w:ascii="Arial" w:hAnsi="Arial"/>
        </w:rPr>
        <w:t>no</w:t>
      </w:r>
      <w:r w:rsidR="00713DDD">
        <w:rPr>
          <w:rFonts w:ascii="Arial" w:hAnsi="Arial"/>
        </w:rPr>
        <w:t>wn</w:t>
      </w:r>
      <w:r>
        <w:rPr>
          <w:rFonts w:ascii="Arial" w:hAnsi="Arial"/>
        </w:rPr>
        <w:t xml:space="preserve"> knowns, there was </w:t>
      </w:r>
      <w:r w:rsidR="00713DDD">
        <w:rPr>
          <w:rFonts w:ascii="Arial" w:hAnsi="Arial"/>
        </w:rPr>
        <w:t>unknown knowns</w:t>
      </w:r>
      <w:r w:rsidR="00581B8B">
        <w:rPr>
          <w:rFonts w:ascii="Arial" w:hAnsi="Arial"/>
        </w:rPr>
        <w:t>, b</w:t>
      </w:r>
      <w:r>
        <w:rPr>
          <w:rFonts w:ascii="Arial" w:hAnsi="Arial"/>
        </w:rPr>
        <w:t xml:space="preserve">ut then there is also the diseases </w:t>
      </w:r>
      <w:r w:rsidR="00581B8B">
        <w:rPr>
          <w:rFonts w:ascii="Arial" w:hAnsi="Arial"/>
        </w:rPr>
        <w:t>that are completely neglected, a</w:t>
      </w:r>
      <w:r>
        <w:rPr>
          <w:rFonts w:ascii="Arial" w:hAnsi="Arial"/>
        </w:rPr>
        <w:t>nd what comes to mind are diseases like nod</w:t>
      </w:r>
      <w:r w:rsidR="00596A25">
        <w:rPr>
          <w:rFonts w:ascii="Arial" w:hAnsi="Arial"/>
        </w:rPr>
        <w:t>ding</w:t>
      </w:r>
      <w:r>
        <w:rPr>
          <w:rFonts w:ascii="Arial" w:hAnsi="Arial"/>
        </w:rPr>
        <w:t xml:space="preserve"> syndrome in Sudan, only, I think, </w:t>
      </w:r>
      <w:r w:rsidR="00581B8B">
        <w:rPr>
          <w:rFonts w:ascii="Arial" w:hAnsi="Arial"/>
        </w:rPr>
        <w:t xml:space="preserve">and </w:t>
      </w:r>
      <w:r>
        <w:rPr>
          <w:rFonts w:ascii="Arial" w:hAnsi="Arial"/>
        </w:rPr>
        <w:t xml:space="preserve">a bit of </w:t>
      </w:r>
      <w:r w:rsidR="00581B8B">
        <w:rPr>
          <w:rFonts w:ascii="Arial" w:hAnsi="Arial"/>
        </w:rPr>
        <w:t>it was</w:t>
      </w:r>
      <w:r>
        <w:rPr>
          <w:rFonts w:ascii="Arial" w:hAnsi="Arial"/>
        </w:rPr>
        <w:t xml:space="preserve"> reported in Tanzania. I think one of the questions they want to ask is, how can we ensure that the neglected diseases don't stay neglected?</w:t>
      </w:r>
    </w:p>
    <w:p w14:paraId="71A0782F" w14:textId="77777777" w:rsidR="006A5EC7" w:rsidRDefault="006A5EC7" w:rsidP="008516AC">
      <w:pPr>
        <w:spacing w:after="0"/>
        <w:jc w:val="both"/>
      </w:pPr>
    </w:p>
    <w:p w14:paraId="342F9245" w14:textId="2623F4C2" w:rsidR="006A5EC7" w:rsidRDefault="006D5C1F" w:rsidP="008516AC">
      <w:pPr>
        <w:spacing w:after="0"/>
        <w:jc w:val="both"/>
      </w:pPr>
      <w:r>
        <w:rPr>
          <w:rFonts w:ascii="Arial" w:hAnsi="Arial"/>
          <w:b/>
        </w:rPr>
        <w:t xml:space="preserve">Addis Facilitator </w:t>
      </w:r>
      <w:r w:rsidR="00CF0EA4">
        <w:rPr>
          <w:rFonts w:ascii="Arial" w:hAnsi="Arial"/>
          <w:b/>
        </w:rPr>
        <w:t>1</w:t>
      </w:r>
    </w:p>
    <w:p w14:paraId="200B29D3" w14:textId="404D094C" w:rsidR="006A5EC7" w:rsidRDefault="00FD4E37" w:rsidP="008516AC">
      <w:pPr>
        <w:spacing w:after="0"/>
        <w:jc w:val="both"/>
      </w:pPr>
      <w:r>
        <w:rPr>
          <w:rFonts w:ascii="Arial" w:hAnsi="Arial"/>
        </w:rPr>
        <w:t>Thank you very</w:t>
      </w:r>
      <w:r w:rsidR="00581B8B">
        <w:rPr>
          <w:rFonts w:ascii="Arial" w:hAnsi="Arial"/>
        </w:rPr>
        <w:t xml:space="preserve"> much. I'm going to go online, a</w:t>
      </w:r>
      <w:r>
        <w:rPr>
          <w:rFonts w:ascii="Arial" w:hAnsi="Arial"/>
        </w:rPr>
        <w:t>nd I would also like, if people have responses to the questions and comments</w:t>
      </w:r>
      <w:r w:rsidR="00581B8B">
        <w:rPr>
          <w:rFonts w:ascii="Arial" w:hAnsi="Arial"/>
        </w:rPr>
        <w:t xml:space="preserve"> made, that would be excellent.</w:t>
      </w:r>
    </w:p>
    <w:p w14:paraId="1F6F1555" w14:textId="4FAB7109" w:rsidR="006A5EC7" w:rsidRDefault="006A5EC7" w:rsidP="008516AC">
      <w:pPr>
        <w:spacing w:after="0"/>
        <w:jc w:val="both"/>
      </w:pPr>
    </w:p>
    <w:p w14:paraId="03922870" w14:textId="6EDF11CF" w:rsidR="006A5EC7" w:rsidRDefault="00FD4E37" w:rsidP="008516AC">
      <w:pPr>
        <w:spacing w:after="0"/>
        <w:jc w:val="both"/>
      </w:pPr>
      <w:r>
        <w:rPr>
          <w:rFonts w:ascii="Arial" w:hAnsi="Arial"/>
          <w:b/>
        </w:rPr>
        <w:t xml:space="preserve">Addis 82  </w:t>
      </w:r>
    </w:p>
    <w:p w14:paraId="09FBF4F8" w14:textId="65B0AA06" w:rsidR="00713DDD" w:rsidRDefault="00581B8B" w:rsidP="008516AC">
      <w:pPr>
        <w:spacing w:after="0"/>
        <w:jc w:val="both"/>
        <w:rPr>
          <w:rFonts w:ascii="Arial" w:hAnsi="Arial"/>
        </w:rPr>
      </w:pPr>
      <w:r>
        <w:rPr>
          <w:rFonts w:ascii="Arial" w:hAnsi="Arial"/>
        </w:rPr>
        <w:t>Okay, o</w:t>
      </w:r>
      <w:r w:rsidR="00FD4E37">
        <w:rPr>
          <w:rFonts w:ascii="Arial" w:hAnsi="Arial"/>
        </w:rPr>
        <w:t xml:space="preserve">n the </w:t>
      </w:r>
      <w:r>
        <w:rPr>
          <w:rFonts w:ascii="Arial" w:hAnsi="Arial"/>
        </w:rPr>
        <w:t>diseases</w:t>
      </w:r>
      <w:r w:rsidR="00FD4E37">
        <w:rPr>
          <w:rFonts w:ascii="Arial" w:hAnsi="Arial"/>
        </w:rPr>
        <w:t xml:space="preserve"> that were </w:t>
      </w:r>
      <w:r>
        <w:rPr>
          <w:rFonts w:ascii="Arial" w:hAnsi="Arial"/>
        </w:rPr>
        <w:t>not prioritized</w:t>
      </w:r>
      <w:r w:rsidR="00FD4E37">
        <w:rPr>
          <w:rFonts w:ascii="Arial" w:hAnsi="Arial"/>
        </w:rPr>
        <w:t>, a lot of them were diseases that are often characterized as syndromes a</w:t>
      </w:r>
      <w:r w:rsidR="00713DDD">
        <w:rPr>
          <w:rFonts w:ascii="Arial" w:hAnsi="Arial"/>
        </w:rPr>
        <w:t>nd</w:t>
      </w:r>
      <w:r w:rsidR="00FD4E37">
        <w:rPr>
          <w:rFonts w:ascii="Arial" w:hAnsi="Arial"/>
        </w:rPr>
        <w:t xml:space="preserve"> not named. For e</w:t>
      </w:r>
      <w:r>
        <w:rPr>
          <w:rFonts w:ascii="Arial" w:hAnsi="Arial"/>
        </w:rPr>
        <w:t>xample, the non-malaria febrile</w:t>
      </w:r>
      <w:r w:rsidR="00FD4E37">
        <w:rPr>
          <w:rFonts w:ascii="Arial" w:hAnsi="Arial"/>
        </w:rPr>
        <w:t xml:space="preserve"> </w:t>
      </w:r>
      <w:r w:rsidR="00FF23AB">
        <w:rPr>
          <w:rFonts w:ascii="Arial" w:hAnsi="Arial"/>
        </w:rPr>
        <w:t>etio</w:t>
      </w:r>
      <w:r w:rsidR="00FD4E37">
        <w:rPr>
          <w:rFonts w:ascii="Arial" w:hAnsi="Arial"/>
        </w:rPr>
        <w:t>logic agents, typhoid, dengue</w:t>
      </w:r>
      <w:r w:rsidR="00281209">
        <w:rPr>
          <w:rFonts w:ascii="Arial" w:hAnsi="Arial"/>
        </w:rPr>
        <w:t>, and so on, were on the list, a</w:t>
      </w:r>
      <w:r w:rsidR="00FD4E37">
        <w:rPr>
          <w:rFonts w:ascii="Arial" w:hAnsi="Arial"/>
        </w:rPr>
        <w:t xml:space="preserve">nd again, </w:t>
      </w:r>
      <w:r w:rsidR="00281209">
        <w:rPr>
          <w:rFonts w:ascii="Arial" w:hAnsi="Arial"/>
        </w:rPr>
        <w:t>diarrh</w:t>
      </w:r>
      <w:r w:rsidR="008516AC">
        <w:rPr>
          <w:rFonts w:ascii="Arial" w:hAnsi="Arial"/>
        </w:rPr>
        <w:t>o</w:t>
      </w:r>
      <w:r w:rsidR="00281209">
        <w:rPr>
          <w:rFonts w:ascii="Arial" w:hAnsi="Arial"/>
        </w:rPr>
        <w:t>eal agents</w:t>
      </w:r>
      <w:r w:rsidR="00FD4E37">
        <w:rPr>
          <w:rFonts w:ascii="Arial" w:hAnsi="Arial"/>
        </w:rPr>
        <w:t xml:space="preserve"> other than cholera were all missing, as has been said before, </w:t>
      </w:r>
      <w:r w:rsidR="00281209">
        <w:rPr>
          <w:rFonts w:ascii="Arial" w:hAnsi="Arial"/>
        </w:rPr>
        <w:t xml:space="preserve">and </w:t>
      </w:r>
      <w:r w:rsidR="00FD4E37">
        <w:rPr>
          <w:rFonts w:ascii="Arial" w:hAnsi="Arial"/>
        </w:rPr>
        <w:t xml:space="preserve">I think </w:t>
      </w:r>
      <w:r w:rsidR="00281209">
        <w:rPr>
          <w:rFonts w:ascii="Arial" w:hAnsi="Arial"/>
        </w:rPr>
        <w:t>the non-</w:t>
      </w:r>
      <w:r w:rsidR="00FD4E37">
        <w:rPr>
          <w:rFonts w:ascii="Arial" w:hAnsi="Arial"/>
        </w:rPr>
        <w:t>vaccine prev</w:t>
      </w:r>
      <w:r w:rsidR="00281209">
        <w:rPr>
          <w:rFonts w:ascii="Arial" w:hAnsi="Arial"/>
        </w:rPr>
        <w:t xml:space="preserve">entable respiratory diseases are also </w:t>
      </w:r>
      <w:r w:rsidR="00FD4E37">
        <w:rPr>
          <w:rFonts w:ascii="Arial" w:hAnsi="Arial"/>
        </w:rPr>
        <w:t xml:space="preserve">largely missing as well. </w:t>
      </w:r>
      <w:r w:rsidR="00281209">
        <w:rPr>
          <w:rFonts w:ascii="Arial" w:hAnsi="Arial"/>
        </w:rPr>
        <w:t xml:space="preserve">So </w:t>
      </w:r>
      <w:r w:rsidR="00FD4E37">
        <w:rPr>
          <w:rFonts w:ascii="Arial" w:hAnsi="Arial"/>
        </w:rPr>
        <w:t>I'm wondering whether it makes sense</w:t>
      </w:r>
      <w:r w:rsidR="00281209">
        <w:rPr>
          <w:rFonts w:ascii="Arial" w:hAnsi="Arial"/>
        </w:rPr>
        <w:t xml:space="preserve"> to put syndromes on the list, b</w:t>
      </w:r>
      <w:r w:rsidR="00FD4E37">
        <w:rPr>
          <w:rFonts w:ascii="Arial" w:hAnsi="Arial"/>
        </w:rPr>
        <w:t>ecause if you had diarrh</w:t>
      </w:r>
      <w:r w:rsidR="008516AC">
        <w:rPr>
          <w:rFonts w:ascii="Arial" w:hAnsi="Arial"/>
        </w:rPr>
        <w:t>o</w:t>
      </w:r>
      <w:r w:rsidR="00FD4E37">
        <w:rPr>
          <w:rFonts w:ascii="Arial" w:hAnsi="Arial"/>
        </w:rPr>
        <w:t xml:space="preserve">ea and fever of unknown etiology and, and respiratory infections that would sort of capture those. </w:t>
      </w:r>
    </w:p>
    <w:p w14:paraId="4997291D" w14:textId="77777777" w:rsidR="00713DDD" w:rsidRDefault="00713DDD" w:rsidP="008516AC">
      <w:pPr>
        <w:spacing w:after="0"/>
        <w:jc w:val="both"/>
        <w:rPr>
          <w:rFonts w:ascii="Arial" w:hAnsi="Arial"/>
        </w:rPr>
      </w:pPr>
    </w:p>
    <w:p w14:paraId="1925F9E7" w14:textId="1CC8558F" w:rsidR="006A5EC7" w:rsidRDefault="00281209" w:rsidP="008516AC">
      <w:pPr>
        <w:spacing w:after="0"/>
        <w:jc w:val="both"/>
      </w:pPr>
      <w:r>
        <w:rPr>
          <w:rFonts w:ascii="Arial" w:hAnsi="Arial"/>
        </w:rPr>
        <w:t xml:space="preserve">Then </w:t>
      </w:r>
      <w:r w:rsidR="00FD4E37">
        <w:rPr>
          <w:rFonts w:ascii="Arial" w:hAnsi="Arial"/>
        </w:rPr>
        <w:t>the second point I wanted to make</w:t>
      </w:r>
      <w:r>
        <w:rPr>
          <w:rFonts w:ascii="Arial" w:hAnsi="Arial"/>
        </w:rPr>
        <w:t>,</w:t>
      </w:r>
      <w:r w:rsidR="00FD4E37">
        <w:rPr>
          <w:rFonts w:ascii="Arial" w:hAnsi="Arial"/>
        </w:rPr>
        <w:t xml:space="preserve"> I think, has been made just before me, which is that there's some diseases that have intense burdens that are very local. Nodding disease was the example that was given</w:t>
      </w:r>
      <w:r>
        <w:rPr>
          <w:rFonts w:ascii="Arial" w:hAnsi="Arial"/>
        </w:rPr>
        <w:t>.</w:t>
      </w:r>
      <w:r w:rsidR="00FD4E37">
        <w:rPr>
          <w:rFonts w:ascii="Arial" w:hAnsi="Arial"/>
        </w:rPr>
        <w:t xml:space="preserve"> </w:t>
      </w:r>
      <w:r>
        <w:rPr>
          <w:rFonts w:ascii="Arial" w:hAnsi="Arial"/>
        </w:rPr>
        <w:t>How can we capture those? B</w:t>
      </w:r>
      <w:r w:rsidR="00FD4E37">
        <w:rPr>
          <w:rFonts w:ascii="Arial" w:hAnsi="Arial"/>
        </w:rPr>
        <w:t>ecause if you took a global poll, or even a regional poll, you just wouldn't get a critical mass. Bu</w:t>
      </w:r>
      <w:r>
        <w:rPr>
          <w:rFonts w:ascii="Arial" w:hAnsi="Arial"/>
        </w:rPr>
        <w:t>t these are really important to</w:t>
      </w:r>
      <w:r w:rsidR="00FD4E37">
        <w:rPr>
          <w:rFonts w:ascii="Arial" w:hAnsi="Arial"/>
        </w:rPr>
        <w:t xml:space="preserve"> have on the list somewhere. Thank you.</w:t>
      </w:r>
    </w:p>
    <w:p w14:paraId="13D40600" w14:textId="617F985D" w:rsidR="006D5C1F" w:rsidRDefault="006D5C1F" w:rsidP="008516AC">
      <w:pPr>
        <w:spacing w:after="0"/>
        <w:jc w:val="both"/>
        <w:rPr>
          <w:rFonts w:ascii="Arial" w:hAnsi="Arial"/>
          <w:b/>
        </w:rPr>
      </w:pPr>
    </w:p>
    <w:p w14:paraId="0F6828D5" w14:textId="35FD52A0" w:rsidR="006A5EC7" w:rsidRDefault="006D5C1F" w:rsidP="008516AC">
      <w:pPr>
        <w:spacing w:after="0"/>
        <w:jc w:val="both"/>
      </w:pPr>
      <w:r>
        <w:rPr>
          <w:rFonts w:ascii="Arial" w:hAnsi="Arial"/>
          <w:b/>
        </w:rPr>
        <w:t xml:space="preserve">Addis Facilitator </w:t>
      </w:r>
      <w:r w:rsidR="00CF0EA4">
        <w:rPr>
          <w:rFonts w:ascii="Arial" w:hAnsi="Arial"/>
          <w:b/>
        </w:rPr>
        <w:t>1</w:t>
      </w:r>
    </w:p>
    <w:p w14:paraId="29F334A5" w14:textId="337182A8" w:rsidR="006A5EC7" w:rsidRDefault="00FD4E37" w:rsidP="008516AC">
      <w:pPr>
        <w:spacing w:after="0"/>
        <w:jc w:val="both"/>
      </w:pPr>
      <w:r>
        <w:rPr>
          <w:rFonts w:ascii="Arial" w:hAnsi="Arial"/>
        </w:rPr>
        <w:t>Thank you very much fo</w:t>
      </w:r>
      <w:r w:rsidR="00281209">
        <w:rPr>
          <w:rFonts w:ascii="Arial" w:hAnsi="Arial"/>
        </w:rPr>
        <w:t>r that additional context. W</w:t>
      </w:r>
      <w:r>
        <w:rPr>
          <w:rFonts w:ascii="Arial" w:hAnsi="Arial"/>
        </w:rPr>
        <w:t xml:space="preserve">e'll take one more </w:t>
      </w:r>
      <w:r w:rsidR="00281209">
        <w:rPr>
          <w:rFonts w:ascii="Arial" w:hAnsi="Arial"/>
        </w:rPr>
        <w:t xml:space="preserve">comment </w:t>
      </w:r>
      <w:r>
        <w:rPr>
          <w:rFonts w:ascii="Arial" w:hAnsi="Arial"/>
        </w:rPr>
        <w:t xml:space="preserve">online. Thank you. </w:t>
      </w:r>
    </w:p>
    <w:p w14:paraId="48F6D042" w14:textId="3E0A4449" w:rsidR="006A5EC7" w:rsidRDefault="006A5EC7" w:rsidP="008516AC">
      <w:pPr>
        <w:spacing w:after="0"/>
        <w:jc w:val="both"/>
      </w:pPr>
    </w:p>
    <w:p w14:paraId="3FA0426D" w14:textId="7692A2F9" w:rsidR="006A5EC7" w:rsidRDefault="00281209" w:rsidP="008516AC">
      <w:pPr>
        <w:spacing w:after="0"/>
        <w:jc w:val="both"/>
      </w:pPr>
      <w:r>
        <w:rPr>
          <w:rFonts w:ascii="Arial" w:hAnsi="Arial"/>
          <w:b/>
        </w:rPr>
        <w:t>Addis 57</w:t>
      </w:r>
    </w:p>
    <w:p w14:paraId="02213042" w14:textId="2A7508B0" w:rsidR="006A5EC7" w:rsidRPr="00AD7287" w:rsidRDefault="00FD4E37" w:rsidP="008516AC">
      <w:pPr>
        <w:spacing w:after="0"/>
        <w:jc w:val="both"/>
        <w:rPr>
          <w:rFonts w:ascii="Arial" w:hAnsi="Arial"/>
        </w:rPr>
      </w:pPr>
      <w:r>
        <w:rPr>
          <w:rFonts w:ascii="Arial" w:hAnsi="Arial"/>
        </w:rPr>
        <w:t>I just want to say I couldn't agree more with comments on enteric</w:t>
      </w:r>
      <w:r w:rsidR="00FF23AB">
        <w:rPr>
          <w:rFonts w:ascii="Arial" w:hAnsi="Arial"/>
        </w:rPr>
        <w:t xml:space="preserve"> i</w:t>
      </w:r>
      <w:r>
        <w:rPr>
          <w:rFonts w:ascii="Arial" w:hAnsi="Arial"/>
        </w:rPr>
        <w:t>nfections and their impact on vaccin</w:t>
      </w:r>
      <w:r w:rsidR="00AD7287">
        <w:rPr>
          <w:rFonts w:ascii="Arial" w:hAnsi="Arial"/>
        </w:rPr>
        <w:t>e response. We also have data on</w:t>
      </w:r>
      <w:r>
        <w:rPr>
          <w:rFonts w:ascii="Arial" w:hAnsi="Arial"/>
        </w:rPr>
        <w:t xml:space="preserve"> that from colleagues of mine in</w:t>
      </w:r>
      <w:r w:rsidR="00281209">
        <w:rPr>
          <w:rFonts w:ascii="Arial" w:hAnsi="Arial"/>
        </w:rPr>
        <w:t xml:space="preserve"> [</w:t>
      </w:r>
      <w:r w:rsidR="00281209" w:rsidRPr="00DB3A44">
        <w:rPr>
          <w:rFonts w:ascii="Arial" w:hAnsi="Arial"/>
          <w:i/>
        </w:rPr>
        <w:t>country redacted</w:t>
      </w:r>
      <w:r w:rsidR="00281209">
        <w:rPr>
          <w:rFonts w:ascii="Arial" w:hAnsi="Arial"/>
        </w:rPr>
        <w:t>]</w:t>
      </w:r>
      <w:r>
        <w:rPr>
          <w:rFonts w:ascii="Arial" w:hAnsi="Arial"/>
        </w:rPr>
        <w:t xml:space="preserve">. But my point was really to mention schistosomiasis. </w:t>
      </w:r>
      <w:r w:rsidR="00AD7287">
        <w:rPr>
          <w:rFonts w:ascii="Arial" w:hAnsi="Arial"/>
        </w:rPr>
        <w:t>[</w:t>
      </w:r>
      <w:r w:rsidR="00AD7287" w:rsidRPr="00DB3A44">
        <w:rPr>
          <w:rFonts w:ascii="Arial" w:hAnsi="Arial"/>
          <w:i/>
        </w:rPr>
        <w:t>Detailed description of involvement in recent study redacted</w:t>
      </w:r>
      <w:r w:rsidR="00AD7287">
        <w:rPr>
          <w:rFonts w:ascii="Arial" w:hAnsi="Arial"/>
        </w:rPr>
        <w:t>].</w:t>
      </w:r>
      <w:r>
        <w:rPr>
          <w:rFonts w:ascii="Arial" w:hAnsi="Arial"/>
        </w:rPr>
        <w:t xml:space="preserve"> I think it's really important, a</w:t>
      </w:r>
      <w:r w:rsidR="00AD7287">
        <w:rPr>
          <w:rFonts w:ascii="Arial" w:hAnsi="Arial"/>
        </w:rPr>
        <w:t>t least in in our context, that</w:t>
      </w:r>
      <w:r>
        <w:rPr>
          <w:rFonts w:ascii="Arial" w:hAnsi="Arial"/>
        </w:rPr>
        <w:t xml:space="preserve"> women </w:t>
      </w:r>
      <w:r w:rsidR="00AD7287">
        <w:rPr>
          <w:rFonts w:ascii="Arial" w:hAnsi="Arial"/>
        </w:rPr>
        <w:t xml:space="preserve">enrolled in this study </w:t>
      </w:r>
      <w:r>
        <w:rPr>
          <w:rFonts w:ascii="Arial" w:hAnsi="Arial"/>
        </w:rPr>
        <w:t>would currently be excluded from treatment because of local practice</w:t>
      </w:r>
      <w:r w:rsidR="00AD7287">
        <w:rPr>
          <w:rFonts w:ascii="Arial" w:hAnsi="Arial"/>
        </w:rPr>
        <w:t>. I</w:t>
      </w:r>
      <w:r>
        <w:rPr>
          <w:rFonts w:ascii="Arial" w:hAnsi="Arial"/>
        </w:rPr>
        <w:t>t's quite difficult to measure what the impact of that is on the health of their children</w:t>
      </w:r>
      <w:r w:rsidR="00AD7287">
        <w:rPr>
          <w:rFonts w:ascii="Arial" w:hAnsi="Arial"/>
        </w:rPr>
        <w:t>,</w:t>
      </w:r>
      <w:r>
        <w:rPr>
          <w:rFonts w:ascii="Arial" w:hAnsi="Arial"/>
        </w:rPr>
        <w:t xml:space="preserve"> or </w:t>
      </w:r>
      <w:r w:rsidR="00AD7287">
        <w:rPr>
          <w:rFonts w:ascii="Arial" w:hAnsi="Arial"/>
        </w:rPr>
        <w:t xml:space="preserve">the </w:t>
      </w:r>
      <w:r>
        <w:rPr>
          <w:rFonts w:ascii="Arial" w:hAnsi="Arial"/>
        </w:rPr>
        <w:t>potential impact o</w:t>
      </w:r>
      <w:r w:rsidR="00AD7287">
        <w:rPr>
          <w:rFonts w:ascii="Arial" w:hAnsi="Arial"/>
        </w:rPr>
        <w:t>n the</w:t>
      </w:r>
      <w:r>
        <w:rPr>
          <w:rFonts w:ascii="Arial" w:hAnsi="Arial"/>
        </w:rPr>
        <w:t xml:space="preserve"> health and their children. </w:t>
      </w:r>
      <w:r w:rsidR="00AD7287">
        <w:rPr>
          <w:rFonts w:ascii="Arial" w:hAnsi="Arial"/>
        </w:rPr>
        <w:t>W</w:t>
      </w:r>
      <w:r>
        <w:rPr>
          <w:rFonts w:ascii="Arial" w:hAnsi="Arial"/>
        </w:rPr>
        <w:t>e don't really know what the implication of that is</w:t>
      </w:r>
      <w:r w:rsidR="00AD7287">
        <w:rPr>
          <w:rFonts w:ascii="Arial" w:hAnsi="Arial"/>
        </w:rPr>
        <w:t xml:space="preserve"> for</w:t>
      </w:r>
      <w:r>
        <w:rPr>
          <w:rFonts w:ascii="Arial" w:hAnsi="Arial"/>
        </w:rPr>
        <w:t xml:space="preserve"> the long term health of children, and whether </w:t>
      </w:r>
      <w:r w:rsidR="00AD7287">
        <w:rPr>
          <w:rFonts w:ascii="Arial" w:hAnsi="Arial"/>
        </w:rPr>
        <w:t>it’s</w:t>
      </w:r>
      <w:r>
        <w:rPr>
          <w:rFonts w:ascii="Arial" w:hAnsi="Arial"/>
        </w:rPr>
        <w:t xml:space="preserve"> a marginal contributor to some of the larger scale nutritional outcomes for children in later life, or whether or not there's an independent </w:t>
      </w:r>
      <w:r w:rsidR="00AD7287">
        <w:rPr>
          <w:rFonts w:ascii="Arial" w:hAnsi="Arial"/>
        </w:rPr>
        <w:t>‘schisto-</w:t>
      </w:r>
      <w:r>
        <w:rPr>
          <w:rFonts w:ascii="Arial" w:hAnsi="Arial"/>
        </w:rPr>
        <w:t>effect</w:t>
      </w:r>
      <w:r w:rsidR="00AD7287">
        <w:rPr>
          <w:rFonts w:ascii="Arial" w:hAnsi="Arial"/>
        </w:rPr>
        <w:t>’</w:t>
      </w:r>
      <w:r>
        <w:rPr>
          <w:rFonts w:ascii="Arial" w:hAnsi="Arial"/>
        </w:rPr>
        <w:t xml:space="preserve"> of being exposed in pregnancy t</w:t>
      </w:r>
      <w:r w:rsidR="00AD7287">
        <w:rPr>
          <w:rFonts w:ascii="Arial" w:hAnsi="Arial"/>
        </w:rPr>
        <w:t xml:space="preserve">hat we're not yet capturing. </w:t>
      </w:r>
      <w:r>
        <w:rPr>
          <w:rFonts w:ascii="Arial" w:hAnsi="Arial"/>
        </w:rPr>
        <w:t>I just wanted to raise that as some of our recent data.</w:t>
      </w:r>
    </w:p>
    <w:p w14:paraId="4E451397" w14:textId="77777777" w:rsidR="006A5EC7" w:rsidRDefault="006A5EC7" w:rsidP="008516AC">
      <w:pPr>
        <w:spacing w:after="0"/>
        <w:jc w:val="both"/>
      </w:pPr>
    </w:p>
    <w:p w14:paraId="4B0D69DD" w14:textId="1CD8D29C" w:rsidR="006A5EC7" w:rsidRDefault="006D5C1F" w:rsidP="008516AC">
      <w:pPr>
        <w:spacing w:after="0"/>
        <w:jc w:val="both"/>
      </w:pPr>
      <w:r>
        <w:rPr>
          <w:rFonts w:ascii="Arial" w:hAnsi="Arial"/>
          <w:b/>
        </w:rPr>
        <w:t xml:space="preserve">Addis Facilitator </w:t>
      </w:r>
      <w:r w:rsidR="00CF0EA4">
        <w:rPr>
          <w:rFonts w:ascii="Arial" w:hAnsi="Arial"/>
          <w:b/>
        </w:rPr>
        <w:t>1</w:t>
      </w:r>
    </w:p>
    <w:p w14:paraId="5CA3243E" w14:textId="7283269F" w:rsidR="006A5EC7" w:rsidRDefault="00AD7287" w:rsidP="008516AC">
      <w:pPr>
        <w:spacing w:after="0"/>
        <w:jc w:val="both"/>
      </w:pPr>
      <w:r>
        <w:rPr>
          <w:rFonts w:ascii="Arial" w:hAnsi="Arial"/>
        </w:rPr>
        <w:t>We’ll take</w:t>
      </w:r>
      <w:r w:rsidR="00FD4E37">
        <w:rPr>
          <w:rFonts w:ascii="Arial" w:hAnsi="Arial"/>
        </w:rPr>
        <w:t xml:space="preserve"> two more questions in the room and then we'll see how we're doing for time.</w:t>
      </w:r>
    </w:p>
    <w:p w14:paraId="79B23A02" w14:textId="77777777" w:rsidR="006A5EC7" w:rsidRDefault="006A5EC7" w:rsidP="008516AC">
      <w:pPr>
        <w:spacing w:after="0"/>
        <w:jc w:val="both"/>
      </w:pPr>
    </w:p>
    <w:p w14:paraId="2B71C445" w14:textId="77777777" w:rsidR="00272963" w:rsidRDefault="00272963" w:rsidP="008516AC">
      <w:pPr>
        <w:spacing w:after="0"/>
        <w:jc w:val="both"/>
        <w:rPr>
          <w:rFonts w:ascii="Arial" w:hAnsi="Arial"/>
          <w:b/>
        </w:rPr>
      </w:pPr>
    </w:p>
    <w:p w14:paraId="4568569D" w14:textId="189BC8C4" w:rsidR="006A5EC7" w:rsidRDefault="00AD7287" w:rsidP="008516AC">
      <w:pPr>
        <w:spacing w:after="0"/>
        <w:jc w:val="both"/>
      </w:pPr>
      <w:bookmarkStart w:id="0" w:name="_GoBack"/>
      <w:bookmarkEnd w:id="0"/>
      <w:r>
        <w:rPr>
          <w:rFonts w:ascii="Arial" w:hAnsi="Arial"/>
          <w:b/>
        </w:rPr>
        <w:lastRenderedPageBreak/>
        <w:t>Addis 35</w:t>
      </w:r>
    </w:p>
    <w:p w14:paraId="25E2A992" w14:textId="2F727DE3" w:rsidR="00713DDD" w:rsidRDefault="00FD4E37" w:rsidP="008516AC">
      <w:pPr>
        <w:spacing w:after="0"/>
        <w:jc w:val="both"/>
        <w:rPr>
          <w:rFonts w:ascii="Arial" w:hAnsi="Arial"/>
        </w:rPr>
      </w:pPr>
      <w:r>
        <w:rPr>
          <w:rFonts w:ascii="Arial" w:hAnsi="Arial"/>
        </w:rPr>
        <w:t xml:space="preserve">Thank you. Fungi. Yes, you </w:t>
      </w:r>
      <w:r w:rsidR="00713DDD">
        <w:rPr>
          <w:rFonts w:ascii="Arial" w:hAnsi="Arial"/>
        </w:rPr>
        <w:t xml:space="preserve">will </w:t>
      </w:r>
      <w:r>
        <w:rPr>
          <w:rFonts w:ascii="Arial" w:hAnsi="Arial"/>
        </w:rPr>
        <w:t xml:space="preserve">all know about fungi and I'll keep on advocating </w:t>
      </w:r>
      <w:r w:rsidR="00713DDD">
        <w:rPr>
          <w:rFonts w:ascii="Arial" w:hAnsi="Arial"/>
        </w:rPr>
        <w:t>a</w:t>
      </w:r>
      <w:r>
        <w:rPr>
          <w:rFonts w:ascii="Arial" w:hAnsi="Arial"/>
        </w:rPr>
        <w:t>bout fungi. One thing we are not talking about is skin diseases</w:t>
      </w:r>
      <w:r w:rsidR="00AD7287">
        <w:rPr>
          <w:rFonts w:ascii="Arial" w:hAnsi="Arial"/>
        </w:rPr>
        <w:t>,</w:t>
      </w:r>
      <w:r>
        <w:rPr>
          <w:rFonts w:ascii="Arial" w:hAnsi="Arial"/>
        </w:rPr>
        <w:t xml:space="preserve"> which fun</w:t>
      </w:r>
      <w:r w:rsidR="00FF23AB">
        <w:rPr>
          <w:rFonts w:ascii="Arial" w:hAnsi="Arial"/>
        </w:rPr>
        <w:t>gi</w:t>
      </w:r>
      <w:r>
        <w:rPr>
          <w:rFonts w:ascii="Arial" w:hAnsi="Arial"/>
        </w:rPr>
        <w:t xml:space="preserve"> c</w:t>
      </w:r>
      <w:r w:rsidR="00FF23AB">
        <w:rPr>
          <w:rFonts w:ascii="Arial" w:hAnsi="Arial"/>
        </w:rPr>
        <w:t>ause</w:t>
      </w:r>
      <w:r w:rsidR="00AD7287">
        <w:rPr>
          <w:rFonts w:ascii="Arial" w:hAnsi="Arial"/>
        </w:rPr>
        <w:t>,</w:t>
      </w:r>
      <w:r>
        <w:rPr>
          <w:rFonts w:ascii="Arial" w:hAnsi="Arial"/>
        </w:rPr>
        <w:t xml:space="preserve"> like dermatophytes</w:t>
      </w:r>
      <w:r w:rsidR="00713DDD">
        <w:rPr>
          <w:rFonts w:ascii="Arial" w:hAnsi="Arial"/>
        </w:rPr>
        <w:t>,</w:t>
      </w:r>
      <w:r>
        <w:rPr>
          <w:rFonts w:ascii="Arial" w:hAnsi="Arial"/>
        </w:rPr>
        <w:t xml:space="preserve"> nail </w:t>
      </w:r>
      <w:r w:rsidR="00AD7287">
        <w:rPr>
          <w:rFonts w:ascii="Arial" w:hAnsi="Arial"/>
        </w:rPr>
        <w:t>onychomycosis</w:t>
      </w:r>
      <w:r w:rsidR="00FF23AB">
        <w:rPr>
          <w:rFonts w:ascii="Arial" w:hAnsi="Arial"/>
        </w:rPr>
        <w:t xml:space="preserve"> </w:t>
      </w:r>
      <w:r>
        <w:rPr>
          <w:rFonts w:ascii="Arial" w:hAnsi="Arial"/>
        </w:rPr>
        <w:t>and also mycetoma because it's also neglected</w:t>
      </w:r>
      <w:r w:rsidR="00FF23AB">
        <w:rPr>
          <w:rFonts w:ascii="Arial" w:hAnsi="Arial"/>
        </w:rPr>
        <w:t>,</w:t>
      </w:r>
      <w:r>
        <w:rPr>
          <w:rFonts w:ascii="Arial" w:hAnsi="Arial"/>
        </w:rPr>
        <w:t xml:space="preserve"> keratitis</w:t>
      </w:r>
      <w:r w:rsidR="00FF23AB">
        <w:rPr>
          <w:rFonts w:ascii="Arial" w:hAnsi="Arial"/>
        </w:rPr>
        <w:t xml:space="preserve"> a</w:t>
      </w:r>
      <w:r>
        <w:rPr>
          <w:rFonts w:ascii="Arial" w:hAnsi="Arial"/>
        </w:rPr>
        <w:t xml:space="preserve">lso for the eye is also neglected. </w:t>
      </w:r>
    </w:p>
    <w:p w14:paraId="46780236" w14:textId="77777777" w:rsidR="00713DDD" w:rsidRDefault="00713DDD" w:rsidP="008516AC">
      <w:pPr>
        <w:spacing w:after="0"/>
        <w:jc w:val="both"/>
        <w:rPr>
          <w:rFonts w:ascii="Arial" w:hAnsi="Arial"/>
        </w:rPr>
      </w:pPr>
    </w:p>
    <w:p w14:paraId="77564EA4" w14:textId="5CF6FAD8" w:rsidR="00713DDD" w:rsidRDefault="00FD4E37" w:rsidP="008516AC">
      <w:pPr>
        <w:spacing w:after="0"/>
        <w:jc w:val="both"/>
        <w:rPr>
          <w:rFonts w:ascii="Arial" w:hAnsi="Arial"/>
        </w:rPr>
      </w:pPr>
      <w:r>
        <w:rPr>
          <w:rFonts w:ascii="Arial" w:hAnsi="Arial"/>
        </w:rPr>
        <w:t>Then when it comes to res</w:t>
      </w:r>
      <w:r w:rsidR="00FF23AB">
        <w:rPr>
          <w:rFonts w:ascii="Arial" w:hAnsi="Arial"/>
        </w:rPr>
        <w:t>ervoirs</w:t>
      </w:r>
      <w:r w:rsidR="00AD7287">
        <w:rPr>
          <w:rFonts w:ascii="Arial" w:hAnsi="Arial"/>
        </w:rPr>
        <w:t>, we have these fashionable, the ‘eat’ diseases, b</w:t>
      </w:r>
      <w:r>
        <w:rPr>
          <w:rFonts w:ascii="Arial" w:hAnsi="Arial"/>
        </w:rPr>
        <w:t>ut I think also I should also put fungi there, because I'll just give an ex</w:t>
      </w:r>
      <w:r w:rsidR="00AD7287">
        <w:rPr>
          <w:rFonts w:ascii="Arial" w:hAnsi="Arial"/>
        </w:rPr>
        <w:t>ample. We had a patient who had</w:t>
      </w:r>
      <w:r>
        <w:rPr>
          <w:rFonts w:ascii="Arial" w:hAnsi="Arial"/>
        </w:rPr>
        <w:t xml:space="preserve"> TB, who was treated b</w:t>
      </w:r>
      <w:r w:rsidR="00FF23AB">
        <w:rPr>
          <w:rFonts w:ascii="Arial" w:hAnsi="Arial"/>
        </w:rPr>
        <w:t>ut</w:t>
      </w:r>
      <w:r>
        <w:rPr>
          <w:rFonts w:ascii="Arial" w:hAnsi="Arial"/>
        </w:rPr>
        <w:t xml:space="preserve"> the patient still continued coughing, and coughing and coughing and coughing. So it </w:t>
      </w:r>
      <w:r w:rsidR="00AD7287">
        <w:rPr>
          <w:rFonts w:ascii="Arial" w:hAnsi="Arial"/>
        </w:rPr>
        <w:t xml:space="preserve">was </w:t>
      </w:r>
      <w:r>
        <w:rPr>
          <w:rFonts w:ascii="Arial" w:hAnsi="Arial"/>
        </w:rPr>
        <w:t>just a trigger</w:t>
      </w:r>
      <w:r w:rsidR="00AD7287">
        <w:rPr>
          <w:rFonts w:ascii="Arial" w:hAnsi="Arial"/>
        </w:rPr>
        <w:t>,</w:t>
      </w:r>
      <w:r>
        <w:rPr>
          <w:rFonts w:ascii="Arial" w:hAnsi="Arial"/>
        </w:rPr>
        <w:t xml:space="preserve"> the doctor in the laboratory said, why don't we take the sp</w:t>
      </w:r>
      <w:r w:rsidR="00FF23AB">
        <w:rPr>
          <w:rFonts w:ascii="Arial" w:hAnsi="Arial"/>
        </w:rPr>
        <w:t>utum</w:t>
      </w:r>
      <w:r>
        <w:rPr>
          <w:rFonts w:ascii="Arial" w:hAnsi="Arial"/>
        </w:rPr>
        <w:t xml:space="preserve"> for analysis, and we found out that it was a</w:t>
      </w:r>
      <w:r w:rsidR="00FF23AB">
        <w:rPr>
          <w:rFonts w:ascii="Arial" w:hAnsi="Arial"/>
        </w:rPr>
        <w:t>spergillus</w:t>
      </w:r>
      <w:r>
        <w:rPr>
          <w:rFonts w:ascii="Arial" w:hAnsi="Arial"/>
        </w:rPr>
        <w:t xml:space="preserve"> histoplasmosis, and we just put this person on drugs, and he was okay. </w:t>
      </w:r>
    </w:p>
    <w:p w14:paraId="26F3FB4E" w14:textId="77777777" w:rsidR="00713DDD" w:rsidRDefault="00713DDD" w:rsidP="008516AC">
      <w:pPr>
        <w:spacing w:after="0"/>
        <w:jc w:val="both"/>
        <w:rPr>
          <w:rFonts w:ascii="Arial" w:hAnsi="Arial"/>
        </w:rPr>
      </w:pPr>
    </w:p>
    <w:p w14:paraId="53E89136" w14:textId="22AC7926" w:rsidR="000C76CD" w:rsidRDefault="00FD4E37" w:rsidP="008516AC">
      <w:pPr>
        <w:spacing w:after="0"/>
        <w:jc w:val="both"/>
        <w:rPr>
          <w:rFonts w:ascii="Arial" w:hAnsi="Arial"/>
        </w:rPr>
      </w:pPr>
      <w:r>
        <w:rPr>
          <w:rFonts w:ascii="Arial" w:hAnsi="Arial"/>
        </w:rPr>
        <w:t>The other issue is ab</w:t>
      </w:r>
      <w:r w:rsidR="00A776BF">
        <w:rPr>
          <w:rFonts w:ascii="Arial" w:hAnsi="Arial"/>
        </w:rPr>
        <w:t>out antifungal drug resistance. Usually you find that you</w:t>
      </w:r>
      <w:r>
        <w:rPr>
          <w:rFonts w:ascii="Arial" w:hAnsi="Arial"/>
        </w:rPr>
        <w:t xml:space="preserve"> have maybe dermatophytes on the skin, then you will </w:t>
      </w:r>
      <w:r w:rsidR="00AD7287">
        <w:rPr>
          <w:rFonts w:ascii="Arial" w:hAnsi="Arial"/>
        </w:rPr>
        <w:t xml:space="preserve">be </w:t>
      </w:r>
      <w:r>
        <w:rPr>
          <w:rFonts w:ascii="Arial" w:hAnsi="Arial"/>
        </w:rPr>
        <w:t>given Candida B to treat on it. So we don</w:t>
      </w:r>
      <w:r w:rsidR="00AD7287">
        <w:rPr>
          <w:rFonts w:ascii="Arial" w:hAnsi="Arial"/>
        </w:rPr>
        <w:t>'t have proper diagnosis on it.</w:t>
      </w:r>
    </w:p>
    <w:p w14:paraId="5071A853" w14:textId="77777777" w:rsidR="000C76CD" w:rsidRDefault="000C76CD" w:rsidP="008516AC">
      <w:pPr>
        <w:spacing w:after="0"/>
        <w:jc w:val="both"/>
        <w:rPr>
          <w:rFonts w:ascii="Arial" w:hAnsi="Arial"/>
        </w:rPr>
      </w:pPr>
    </w:p>
    <w:p w14:paraId="673527AD" w14:textId="379B629B" w:rsidR="000C76CD" w:rsidRDefault="00AD7287" w:rsidP="008516AC">
      <w:pPr>
        <w:spacing w:after="0"/>
        <w:jc w:val="both"/>
        <w:rPr>
          <w:rFonts w:ascii="Arial" w:hAnsi="Arial"/>
        </w:rPr>
      </w:pPr>
      <w:r>
        <w:rPr>
          <w:rFonts w:ascii="Arial" w:hAnsi="Arial"/>
        </w:rPr>
        <w:t>In terms of r</w:t>
      </w:r>
      <w:r w:rsidR="00713DDD">
        <w:rPr>
          <w:rFonts w:ascii="Arial" w:hAnsi="Arial"/>
        </w:rPr>
        <w:t xml:space="preserve">eservoirs, fungi is found everywhere. </w:t>
      </w:r>
      <w:r>
        <w:rPr>
          <w:rFonts w:ascii="Arial" w:hAnsi="Arial"/>
        </w:rPr>
        <w:t xml:space="preserve">We </w:t>
      </w:r>
      <w:r w:rsidR="00713DDD">
        <w:rPr>
          <w:rFonts w:ascii="Arial" w:hAnsi="Arial"/>
        </w:rPr>
        <w:t>can also find indoor fungal disease, whic</w:t>
      </w:r>
      <w:r>
        <w:rPr>
          <w:rFonts w:ascii="Arial" w:hAnsi="Arial"/>
        </w:rPr>
        <w:t>h is a</w:t>
      </w:r>
      <w:r w:rsidR="00713DDD">
        <w:rPr>
          <w:rFonts w:ascii="Arial" w:hAnsi="Arial"/>
        </w:rPr>
        <w:t xml:space="preserve"> source</w:t>
      </w:r>
      <w:r>
        <w:rPr>
          <w:rFonts w:ascii="Arial" w:hAnsi="Arial"/>
        </w:rPr>
        <w:t>,</w:t>
      </w:r>
      <w:r w:rsidR="00713DDD">
        <w:rPr>
          <w:rFonts w:ascii="Arial" w:hAnsi="Arial"/>
        </w:rPr>
        <w:t xml:space="preserve"> a</w:t>
      </w:r>
      <w:r w:rsidR="00A776BF">
        <w:rPr>
          <w:rFonts w:ascii="Arial" w:hAnsi="Arial"/>
        </w:rPr>
        <w:t>nd also water. W</w:t>
      </w:r>
      <w:r>
        <w:rPr>
          <w:rFonts w:ascii="Arial" w:hAnsi="Arial"/>
        </w:rPr>
        <w:t>e don't look at</w:t>
      </w:r>
      <w:r w:rsidR="00713DDD">
        <w:rPr>
          <w:rFonts w:ascii="Arial" w:hAnsi="Arial"/>
        </w:rPr>
        <w:t xml:space="preserve"> them so much. So we need to crea</w:t>
      </w:r>
      <w:r w:rsidR="00A776BF">
        <w:rPr>
          <w:rFonts w:ascii="Arial" w:hAnsi="Arial"/>
        </w:rPr>
        <w:t>te awareness, there is also a lack of diagnosis, a</w:t>
      </w:r>
      <w:r w:rsidR="000C76CD">
        <w:rPr>
          <w:rFonts w:ascii="Arial" w:hAnsi="Arial"/>
        </w:rPr>
        <w:t>nd something that I have</w:t>
      </w:r>
      <w:r w:rsidR="00A776BF">
        <w:rPr>
          <w:rFonts w:ascii="Arial" w:hAnsi="Arial"/>
        </w:rPr>
        <w:t>n't heard you guys talk about is economics. E</w:t>
      </w:r>
      <w:r w:rsidR="000C76CD">
        <w:rPr>
          <w:rFonts w:ascii="Arial" w:hAnsi="Arial"/>
        </w:rPr>
        <w:t>conomics, economics, economics, economics, we also need</w:t>
      </w:r>
      <w:r w:rsidR="00A776BF">
        <w:rPr>
          <w:rFonts w:ascii="Arial" w:hAnsi="Arial"/>
        </w:rPr>
        <w:t xml:space="preserve"> to talk about this,</w:t>
      </w:r>
      <w:r w:rsidR="000C76CD">
        <w:rPr>
          <w:rFonts w:ascii="Arial" w:hAnsi="Arial"/>
        </w:rPr>
        <w:t xml:space="preserve"> because</w:t>
      </w:r>
      <w:r w:rsidR="00A776BF">
        <w:rPr>
          <w:rFonts w:ascii="Arial" w:hAnsi="Arial"/>
        </w:rPr>
        <w:t xml:space="preserve"> [</w:t>
      </w:r>
      <w:r w:rsidR="00A776BF" w:rsidRPr="00DB3A44">
        <w:rPr>
          <w:rFonts w:ascii="Arial" w:hAnsi="Arial"/>
          <w:i/>
        </w:rPr>
        <w:t>another participant</w:t>
      </w:r>
      <w:r w:rsidR="00A776BF">
        <w:rPr>
          <w:rFonts w:ascii="Arial" w:hAnsi="Arial"/>
        </w:rPr>
        <w:t>]</w:t>
      </w:r>
      <w:r w:rsidR="000C76CD">
        <w:rPr>
          <w:rFonts w:ascii="Arial" w:hAnsi="Arial"/>
        </w:rPr>
        <w:t xml:space="preserve"> mentioned about </w:t>
      </w:r>
      <w:r w:rsidR="00A776BF">
        <w:rPr>
          <w:rFonts w:ascii="Arial" w:hAnsi="Arial"/>
        </w:rPr>
        <w:t xml:space="preserve">the social aspects of diseases </w:t>
      </w:r>
      <w:r w:rsidR="000C76CD">
        <w:rPr>
          <w:rFonts w:ascii="Arial" w:hAnsi="Arial"/>
        </w:rPr>
        <w:t xml:space="preserve">and the stigma. </w:t>
      </w:r>
      <w:r w:rsidR="00A776BF">
        <w:rPr>
          <w:rFonts w:ascii="Arial" w:hAnsi="Arial"/>
        </w:rPr>
        <w:t>If you don't talk about the economic</w:t>
      </w:r>
      <w:r w:rsidR="000C76CD">
        <w:rPr>
          <w:rFonts w:ascii="Arial" w:hAnsi="Arial"/>
        </w:rPr>
        <w:t xml:space="preserve"> impact about this, for example, </w:t>
      </w:r>
      <w:r w:rsidR="00A776BF">
        <w:rPr>
          <w:rFonts w:ascii="Arial" w:hAnsi="Arial"/>
        </w:rPr>
        <w:t>antifungal medicine is very expensive, a</w:t>
      </w:r>
      <w:r w:rsidR="000C76CD">
        <w:rPr>
          <w:rFonts w:ascii="Arial" w:hAnsi="Arial"/>
        </w:rPr>
        <w:t xml:space="preserve">nd </w:t>
      </w:r>
      <w:r w:rsidR="00A776BF">
        <w:rPr>
          <w:rFonts w:ascii="Arial" w:hAnsi="Arial"/>
        </w:rPr>
        <w:t xml:space="preserve">at times </w:t>
      </w:r>
      <w:r w:rsidR="000C76CD">
        <w:rPr>
          <w:rFonts w:ascii="Arial" w:hAnsi="Arial"/>
        </w:rPr>
        <w:t>when you try to get the one from India, the generics, we find the pharmaceutical c</w:t>
      </w:r>
      <w:r w:rsidR="00A776BF">
        <w:rPr>
          <w:rFonts w:ascii="Arial" w:hAnsi="Arial"/>
        </w:rPr>
        <w:t>ompanies also fighting about it. How do we go about it?</w:t>
      </w:r>
    </w:p>
    <w:p w14:paraId="1BC2A09C" w14:textId="77777777" w:rsidR="000C76CD" w:rsidRDefault="000C76CD" w:rsidP="008516AC">
      <w:pPr>
        <w:spacing w:after="0"/>
        <w:jc w:val="both"/>
        <w:rPr>
          <w:rFonts w:ascii="Arial" w:hAnsi="Arial"/>
        </w:rPr>
      </w:pPr>
    </w:p>
    <w:p w14:paraId="4ECF907D" w14:textId="423DBF90" w:rsidR="006A5EC7" w:rsidRDefault="00FD4E37" w:rsidP="008516AC">
      <w:pPr>
        <w:spacing w:after="0"/>
        <w:jc w:val="both"/>
      </w:pPr>
      <w:r>
        <w:rPr>
          <w:rFonts w:ascii="Arial" w:hAnsi="Arial"/>
        </w:rPr>
        <w:t xml:space="preserve">And also, the last </w:t>
      </w:r>
      <w:r w:rsidR="00A776BF">
        <w:rPr>
          <w:rFonts w:ascii="Arial" w:hAnsi="Arial"/>
        </w:rPr>
        <w:t>point is citizen science. We should also engage</w:t>
      </w:r>
      <w:r>
        <w:rPr>
          <w:rFonts w:ascii="Arial" w:hAnsi="Arial"/>
        </w:rPr>
        <w:t xml:space="preserve"> </w:t>
      </w:r>
      <w:r w:rsidR="00A776BF">
        <w:rPr>
          <w:rFonts w:ascii="Arial" w:hAnsi="Arial"/>
        </w:rPr>
        <w:t>citizens in doing the science. Because we can engage experts, you go to a</w:t>
      </w:r>
      <w:r>
        <w:rPr>
          <w:rFonts w:ascii="Arial" w:hAnsi="Arial"/>
        </w:rPr>
        <w:t xml:space="preserve"> p</w:t>
      </w:r>
      <w:r w:rsidR="00A776BF">
        <w:rPr>
          <w:rFonts w:ascii="Arial" w:hAnsi="Arial"/>
        </w:rPr>
        <w:t>erson who's an expert, and they</w:t>
      </w:r>
      <w:r>
        <w:rPr>
          <w:rFonts w:ascii="Arial" w:hAnsi="Arial"/>
        </w:rPr>
        <w:t>'ll push like the</w:t>
      </w:r>
      <w:r w:rsidR="00C7282F">
        <w:rPr>
          <w:rFonts w:ascii="Arial" w:hAnsi="Arial"/>
        </w:rPr>
        <w:t xml:space="preserve"> way </w:t>
      </w:r>
      <w:r w:rsidR="00A776BF">
        <w:rPr>
          <w:rFonts w:ascii="Arial" w:hAnsi="Arial"/>
        </w:rPr>
        <w:t xml:space="preserve">I </w:t>
      </w:r>
      <w:r w:rsidR="00C7282F">
        <w:rPr>
          <w:rFonts w:ascii="Arial" w:hAnsi="Arial"/>
        </w:rPr>
        <w:t>am doing</w:t>
      </w:r>
      <w:r w:rsidR="00A776BF">
        <w:rPr>
          <w:rFonts w:ascii="Arial" w:hAnsi="Arial"/>
        </w:rPr>
        <w:t>, I'll just push for my disease, b</w:t>
      </w:r>
      <w:r>
        <w:rPr>
          <w:rFonts w:ascii="Arial" w:hAnsi="Arial"/>
        </w:rPr>
        <w:t>ut also, if you do citizen science, you can really get the engagement, the real priority of w</w:t>
      </w:r>
      <w:r w:rsidR="000C76CD">
        <w:rPr>
          <w:rFonts w:ascii="Arial" w:hAnsi="Arial"/>
        </w:rPr>
        <w:t>hat</w:t>
      </w:r>
      <w:r w:rsidR="00A776BF">
        <w:rPr>
          <w:rFonts w:ascii="Arial" w:hAnsi="Arial"/>
        </w:rPr>
        <w:t xml:space="preserve"> is really going down,</w:t>
      </w:r>
      <w:r>
        <w:rPr>
          <w:rFonts w:ascii="Arial" w:hAnsi="Arial"/>
        </w:rPr>
        <w:t xml:space="preserve"> we should focus on that. Thank you.</w:t>
      </w:r>
    </w:p>
    <w:p w14:paraId="0BE6E1E2" w14:textId="77777777" w:rsidR="006A5EC7" w:rsidRDefault="006A5EC7" w:rsidP="008516AC">
      <w:pPr>
        <w:spacing w:after="0"/>
        <w:jc w:val="both"/>
      </w:pPr>
    </w:p>
    <w:p w14:paraId="33743FBE" w14:textId="33CC9B22" w:rsidR="006A5EC7" w:rsidRDefault="006D5C1F" w:rsidP="008516AC">
      <w:pPr>
        <w:spacing w:after="0"/>
        <w:jc w:val="both"/>
      </w:pPr>
      <w:r>
        <w:rPr>
          <w:rFonts w:ascii="Arial" w:hAnsi="Arial"/>
          <w:b/>
        </w:rPr>
        <w:t xml:space="preserve">Addis Facilitator </w:t>
      </w:r>
      <w:r w:rsidR="00CF0EA4">
        <w:rPr>
          <w:rFonts w:ascii="Arial" w:hAnsi="Arial"/>
          <w:b/>
        </w:rPr>
        <w:t>1</w:t>
      </w:r>
    </w:p>
    <w:p w14:paraId="0DBE2F0C" w14:textId="15534448" w:rsidR="006A5EC7" w:rsidRDefault="00A776BF" w:rsidP="008516AC">
      <w:pPr>
        <w:spacing w:after="0"/>
        <w:jc w:val="both"/>
      </w:pPr>
      <w:r>
        <w:rPr>
          <w:rFonts w:ascii="Arial" w:hAnsi="Arial"/>
        </w:rPr>
        <w:t>Lots of good points there, a</w:t>
      </w:r>
      <w:r w:rsidR="00FD4E37">
        <w:rPr>
          <w:rFonts w:ascii="Arial" w:hAnsi="Arial"/>
        </w:rPr>
        <w:t>nd thank you parti</w:t>
      </w:r>
      <w:r>
        <w:rPr>
          <w:rFonts w:ascii="Arial" w:hAnsi="Arial"/>
        </w:rPr>
        <w:t>cularly for raising the issue of</w:t>
      </w:r>
      <w:r w:rsidR="00FD4E37">
        <w:rPr>
          <w:rFonts w:ascii="Arial" w:hAnsi="Arial"/>
        </w:rPr>
        <w:t xml:space="preserve"> fungal infections, which we had briefly mentioned in </w:t>
      </w:r>
      <w:r>
        <w:rPr>
          <w:rFonts w:ascii="Arial" w:hAnsi="Arial"/>
        </w:rPr>
        <w:t>the first part of the session, b</w:t>
      </w:r>
      <w:r w:rsidR="00FD4E37">
        <w:rPr>
          <w:rFonts w:ascii="Arial" w:hAnsi="Arial"/>
        </w:rPr>
        <w:t>ut obviously a really important group of pathogens</w:t>
      </w:r>
      <w:r w:rsidR="000C76CD">
        <w:rPr>
          <w:rFonts w:ascii="Arial" w:hAnsi="Arial"/>
        </w:rPr>
        <w:t>. T</w:t>
      </w:r>
      <w:r w:rsidR="00FD4E37">
        <w:rPr>
          <w:rFonts w:ascii="Arial" w:hAnsi="Arial"/>
        </w:rPr>
        <w:t>here's increasing global attention around them. So t</w:t>
      </w:r>
      <w:r>
        <w:rPr>
          <w:rFonts w:ascii="Arial" w:hAnsi="Arial"/>
        </w:rPr>
        <w:t>hank you for that context here.</w:t>
      </w:r>
    </w:p>
    <w:p w14:paraId="541F9CBA" w14:textId="77777777" w:rsidR="006A5EC7" w:rsidRDefault="006A5EC7" w:rsidP="008516AC">
      <w:pPr>
        <w:spacing w:after="0"/>
        <w:jc w:val="both"/>
      </w:pPr>
    </w:p>
    <w:p w14:paraId="5BCC5C57" w14:textId="1F38FA78" w:rsidR="006A5EC7" w:rsidRDefault="00A776BF" w:rsidP="008516AC">
      <w:pPr>
        <w:spacing w:after="0"/>
        <w:jc w:val="both"/>
      </w:pPr>
      <w:r>
        <w:rPr>
          <w:rFonts w:ascii="Arial" w:hAnsi="Arial"/>
          <w:b/>
        </w:rPr>
        <w:t>Addis 20</w:t>
      </w:r>
    </w:p>
    <w:p w14:paraId="13155E4B" w14:textId="596CED28" w:rsidR="000C76CD" w:rsidRDefault="00A776BF" w:rsidP="008516AC">
      <w:pPr>
        <w:spacing w:after="0"/>
        <w:jc w:val="both"/>
        <w:rPr>
          <w:rFonts w:ascii="Arial" w:hAnsi="Arial"/>
        </w:rPr>
      </w:pPr>
      <w:r>
        <w:rPr>
          <w:rFonts w:ascii="Arial" w:hAnsi="Arial"/>
        </w:rPr>
        <w:t xml:space="preserve">Thank you, </w:t>
      </w:r>
      <w:r w:rsidR="00FD4E37">
        <w:rPr>
          <w:rFonts w:ascii="Arial" w:hAnsi="Arial"/>
        </w:rPr>
        <w:t>I wanted to share my thoughts on wh</w:t>
      </w:r>
      <w:r>
        <w:rPr>
          <w:rFonts w:ascii="Arial" w:hAnsi="Arial"/>
        </w:rPr>
        <w:t>y the diarrho</w:t>
      </w:r>
      <w:r w:rsidR="00ED3852">
        <w:rPr>
          <w:rFonts w:ascii="Arial" w:hAnsi="Arial"/>
        </w:rPr>
        <w:t>eal illnesses have been prioritized</w:t>
      </w:r>
      <w:r w:rsidR="00FD4E37">
        <w:rPr>
          <w:rFonts w:ascii="Arial" w:hAnsi="Arial"/>
        </w:rPr>
        <w:t xml:space="preserve"> a little bit low. </w:t>
      </w:r>
      <w:r w:rsidR="00ED3852">
        <w:rPr>
          <w:rFonts w:ascii="Arial" w:hAnsi="Arial"/>
        </w:rPr>
        <w:t>I</w:t>
      </w:r>
      <w:r w:rsidR="00FD4E37">
        <w:rPr>
          <w:rFonts w:ascii="Arial" w:hAnsi="Arial"/>
        </w:rPr>
        <w:t>n my communities, for example, I'm</w:t>
      </w:r>
      <w:r w:rsidR="00ED3852">
        <w:rPr>
          <w:rFonts w:ascii="Arial" w:hAnsi="Arial"/>
        </w:rPr>
        <w:t xml:space="preserve"> not sure how it is elsewhere, d</w:t>
      </w:r>
      <w:r w:rsidR="00C7282F">
        <w:rPr>
          <w:rFonts w:ascii="Arial" w:hAnsi="Arial"/>
        </w:rPr>
        <w:t xml:space="preserve">iarrhoea </w:t>
      </w:r>
      <w:r w:rsidR="00FD4E37">
        <w:rPr>
          <w:rFonts w:ascii="Arial" w:hAnsi="Arial"/>
        </w:rPr>
        <w:t>has a lot of peculiarities</w:t>
      </w:r>
      <w:r w:rsidR="00ED3852">
        <w:rPr>
          <w:rFonts w:ascii="Arial" w:hAnsi="Arial"/>
        </w:rPr>
        <w:t>. T</w:t>
      </w:r>
      <w:r w:rsidR="00FD4E37">
        <w:rPr>
          <w:rFonts w:ascii="Arial" w:hAnsi="Arial"/>
        </w:rPr>
        <w:t>here are certain illnesse</w:t>
      </w:r>
      <w:r w:rsidR="00ED3852">
        <w:rPr>
          <w:rFonts w:ascii="Arial" w:hAnsi="Arial"/>
        </w:rPr>
        <w:t>s, which are called normal. T</w:t>
      </w:r>
      <w:r w:rsidR="00FD4E37">
        <w:rPr>
          <w:rFonts w:ascii="Arial" w:hAnsi="Arial"/>
        </w:rPr>
        <w:t xml:space="preserve">here are mothers who say the child has </w:t>
      </w:r>
      <w:r w:rsidR="00ED3852">
        <w:rPr>
          <w:rFonts w:ascii="Arial" w:hAnsi="Arial"/>
        </w:rPr>
        <w:t>a normal cough, a</w:t>
      </w:r>
      <w:r w:rsidR="00FD4E37">
        <w:rPr>
          <w:rFonts w:ascii="Arial" w:hAnsi="Arial"/>
        </w:rPr>
        <w:t>nd they won't go to hospital for that</w:t>
      </w:r>
      <w:r w:rsidR="00ED3852">
        <w:rPr>
          <w:rFonts w:ascii="Arial" w:hAnsi="Arial"/>
        </w:rPr>
        <w:t>.</w:t>
      </w:r>
      <w:r w:rsidR="00FD4E37">
        <w:rPr>
          <w:rFonts w:ascii="Arial" w:hAnsi="Arial"/>
        </w:rPr>
        <w:t xml:space="preserve"> </w:t>
      </w:r>
      <w:r w:rsidR="00ED3852">
        <w:rPr>
          <w:rFonts w:ascii="Arial" w:hAnsi="Arial"/>
        </w:rPr>
        <w:t>D</w:t>
      </w:r>
      <w:r w:rsidR="00C7282F">
        <w:rPr>
          <w:rFonts w:ascii="Arial" w:hAnsi="Arial"/>
        </w:rPr>
        <w:t xml:space="preserve">iarrhoea </w:t>
      </w:r>
      <w:r w:rsidR="00FD4E37">
        <w:rPr>
          <w:rFonts w:ascii="Arial" w:hAnsi="Arial"/>
        </w:rPr>
        <w:t>is one of those illn</w:t>
      </w:r>
      <w:r w:rsidR="00ED3852">
        <w:rPr>
          <w:rFonts w:ascii="Arial" w:hAnsi="Arial"/>
        </w:rPr>
        <w:t>esses which are called normal, a</w:t>
      </w:r>
      <w:r w:rsidR="00FD4E37">
        <w:rPr>
          <w:rFonts w:ascii="Arial" w:hAnsi="Arial"/>
        </w:rPr>
        <w:t>nd it's easy to understand. The moment you</w:t>
      </w:r>
      <w:r w:rsidR="00ED3852">
        <w:rPr>
          <w:rFonts w:ascii="Arial" w:hAnsi="Arial"/>
        </w:rPr>
        <w:t xml:space="preserve"> have an illness, which is self-</w:t>
      </w:r>
      <w:r w:rsidR="00FD4E37">
        <w:rPr>
          <w:rFonts w:ascii="Arial" w:hAnsi="Arial"/>
        </w:rPr>
        <w:t>limiting, wi</w:t>
      </w:r>
      <w:r w:rsidR="000C76CD">
        <w:rPr>
          <w:rFonts w:ascii="Arial" w:hAnsi="Arial"/>
        </w:rPr>
        <w:t>th</w:t>
      </w:r>
      <w:r w:rsidR="00FD4E37">
        <w:rPr>
          <w:rFonts w:ascii="Arial" w:hAnsi="Arial"/>
        </w:rPr>
        <w:t xml:space="preserve"> experience</w:t>
      </w:r>
      <w:r w:rsidR="00ED3852">
        <w:rPr>
          <w:rFonts w:ascii="Arial" w:hAnsi="Arial"/>
        </w:rPr>
        <w:t>, the parents call it normal as they</w:t>
      </w:r>
      <w:r w:rsidR="00FD4E37">
        <w:rPr>
          <w:rFonts w:ascii="Arial" w:hAnsi="Arial"/>
        </w:rPr>
        <w:t xml:space="preserve"> know that it's go</w:t>
      </w:r>
      <w:r w:rsidR="00ED3852">
        <w:rPr>
          <w:rFonts w:ascii="Arial" w:hAnsi="Arial"/>
        </w:rPr>
        <w:t>ing to die out after a few days, a</w:t>
      </w:r>
      <w:r w:rsidR="00FD4E37">
        <w:rPr>
          <w:rFonts w:ascii="Arial" w:hAnsi="Arial"/>
        </w:rPr>
        <w:t xml:space="preserve">nd </w:t>
      </w:r>
      <w:r w:rsidR="000C76CD">
        <w:rPr>
          <w:rFonts w:ascii="Arial" w:hAnsi="Arial"/>
        </w:rPr>
        <w:t>that</w:t>
      </w:r>
      <w:r w:rsidR="00ED3852">
        <w:rPr>
          <w:rFonts w:ascii="Arial" w:hAnsi="Arial"/>
        </w:rPr>
        <w:t>’</w:t>
      </w:r>
      <w:r w:rsidR="000C76CD">
        <w:rPr>
          <w:rFonts w:ascii="Arial" w:hAnsi="Arial"/>
        </w:rPr>
        <w:t>s</w:t>
      </w:r>
      <w:r w:rsidR="00FD4E37">
        <w:rPr>
          <w:rFonts w:ascii="Arial" w:hAnsi="Arial"/>
        </w:rPr>
        <w:t xml:space="preserve"> the case with the respiratory illnesses, which in children </w:t>
      </w:r>
      <w:r w:rsidR="00ED3852">
        <w:rPr>
          <w:rFonts w:ascii="Arial" w:hAnsi="Arial"/>
        </w:rPr>
        <w:t>is caused by viruses and</w:t>
      </w:r>
      <w:r w:rsidR="00FD4E37">
        <w:rPr>
          <w:rFonts w:ascii="Arial" w:hAnsi="Arial"/>
        </w:rPr>
        <w:t xml:space="preserve"> also </w:t>
      </w:r>
      <w:r w:rsidR="00C7282F">
        <w:rPr>
          <w:rFonts w:ascii="Arial" w:hAnsi="Arial"/>
        </w:rPr>
        <w:t>diarrh</w:t>
      </w:r>
      <w:r w:rsidR="008516AC">
        <w:rPr>
          <w:rFonts w:ascii="Arial" w:hAnsi="Arial"/>
        </w:rPr>
        <w:t>o</w:t>
      </w:r>
      <w:r w:rsidR="00C7282F">
        <w:rPr>
          <w:rFonts w:ascii="Arial" w:hAnsi="Arial"/>
        </w:rPr>
        <w:t>ea</w:t>
      </w:r>
      <w:r w:rsidR="00ED3852">
        <w:rPr>
          <w:rFonts w:ascii="Arial" w:hAnsi="Arial"/>
        </w:rPr>
        <w:t>. S</w:t>
      </w:r>
      <w:r w:rsidR="00FD4E37">
        <w:rPr>
          <w:rFonts w:ascii="Arial" w:hAnsi="Arial"/>
        </w:rPr>
        <w:t>o they will they will wait it out. And that's where rese</w:t>
      </w:r>
      <w:r w:rsidR="00ED3852">
        <w:rPr>
          <w:rFonts w:ascii="Arial" w:hAnsi="Arial"/>
        </w:rPr>
        <w:t>arch comes to give specificity, b</w:t>
      </w:r>
      <w:r w:rsidR="00FD4E37">
        <w:rPr>
          <w:rFonts w:ascii="Arial" w:hAnsi="Arial"/>
        </w:rPr>
        <w:t>ecause when you're doing research and you do your test, you identify the virus</w:t>
      </w:r>
      <w:r w:rsidR="00ED3852">
        <w:rPr>
          <w:rFonts w:ascii="Arial" w:hAnsi="Arial"/>
        </w:rPr>
        <w:t>,</w:t>
      </w:r>
      <w:r w:rsidR="00FD4E37">
        <w:rPr>
          <w:rFonts w:ascii="Arial" w:hAnsi="Arial"/>
        </w:rPr>
        <w:t xml:space="preserve"> you have the symptom, </w:t>
      </w:r>
      <w:r w:rsidR="00ED3852">
        <w:rPr>
          <w:rFonts w:ascii="Arial" w:hAnsi="Arial"/>
        </w:rPr>
        <w:t xml:space="preserve">it </w:t>
      </w:r>
      <w:r w:rsidR="00FD4E37">
        <w:rPr>
          <w:rFonts w:ascii="Arial" w:hAnsi="Arial"/>
        </w:rPr>
        <w:t xml:space="preserve">maybe meets your case definition </w:t>
      </w:r>
      <w:r w:rsidR="00ED3852">
        <w:rPr>
          <w:rFonts w:ascii="Arial" w:hAnsi="Arial"/>
        </w:rPr>
        <w:t>and you will</w:t>
      </w:r>
      <w:r w:rsidR="00FD4E37">
        <w:rPr>
          <w:rFonts w:ascii="Arial" w:hAnsi="Arial"/>
        </w:rPr>
        <w:t xml:space="preserve"> call that a disease and call it a problem, but it wou</w:t>
      </w:r>
      <w:r w:rsidR="00ED3852">
        <w:rPr>
          <w:rFonts w:ascii="Arial" w:hAnsi="Arial"/>
        </w:rPr>
        <w:t>ld have been missed clinically.</w:t>
      </w:r>
    </w:p>
    <w:p w14:paraId="6331D9B0" w14:textId="77777777" w:rsidR="000C76CD" w:rsidRDefault="000C76CD" w:rsidP="008516AC">
      <w:pPr>
        <w:spacing w:after="0"/>
        <w:jc w:val="both"/>
        <w:rPr>
          <w:rFonts w:ascii="Arial" w:hAnsi="Arial"/>
        </w:rPr>
      </w:pPr>
    </w:p>
    <w:p w14:paraId="49FF6E77" w14:textId="791BD586" w:rsidR="006A5EC7" w:rsidRDefault="00ED3852" w:rsidP="008516AC">
      <w:pPr>
        <w:spacing w:after="0"/>
        <w:jc w:val="both"/>
      </w:pPr>
      <w:r>
        <w:rPr>
          <w:rFonts w:ascii="Arial" w:hAnsi="Arial"/>
        </w:rPr>
        <w:t>And the other thing is that</w:t>
      </w:r>
      <w:r w:rsidR="00FD4E37">
        <w:rPr>
          <w:rFonts w:ascii="Arial" w:hAnsi="Arial"/>
        </w:rPr>
        <w:t xml:space="preserve"> </w:t>
      </w:r>
      <w:r w:rsidR="00C7282F">
        <w:rPr>
          <w:rFonts w:ascii="Arial" w:hAnsi="Arial"/>
        </w:rPr>
        <w:t>diarrh</w:t>
      </w:r>
      <w:r w:rsidR="008516AC">
        <w:rPr>
          <w:rFonts w:ascii="Arial" w:hAnsi="Arial"/>
        </w:rPr>
        <w:t>o</w:t>
      </w:r>
      <w:r w:rsidR="00C7282F">
        <w:rPr>
          <w:rFonts w:ascii="Arial" w:hAnsi="Arial"/>
        </w:rPr>
        <w:t>ea</w:t>
      </w:r>
      <w:r w:rsidR="00FD4E37">
        <w:rPr>
          <w:rFonts w:ascii="Arial" w:hAnsi="Arial"/>
        </w:rPr>
        <w:t xml:space="preserve"> testing to identify</w:t>
      </w:r>
      <w:r>
        <w:rPr>
          <w:rFonts w:ascii="Arial" w:hAnsi="Arial"/>
        </w:rPr>
        <w:t xml:space="preserve"> the cause is</w:t>
      </w:r>
      <w:r w:rsidR="00FD4E37">
        <w:rPr>
          <w:rFonts w:ascii="Arial" w:hAnsi="Arial"/>
        </w:rPr>
        <w:t xml:space="preserve"> something that is very little practice</w:t>
      </w:r>
      <w:r w:rsidR="00C7282F">
        <w:rPr>
          <w:rFonts w:ascii="Arial" w:hAnsi="Arial"/>
        </w:rPr>
        <w:t>d</w:t>
      </w:r>
      <w:r>
        <w:rPr>
          <w:rFonts w:ascii="Arial" w:hAnsi="Arial"/>
        </w:rPr>
        <w:t>,</w:t>
      </w:r>
      <w:r w:rsidR="00FD4E37">
        <w:rPr>
          <w:rFonts w:ascii="Arial" w:hAnsi="Arial"/>
        </w:rPr>
        <w:t xml:space="preserve"> because </w:t>
      </w:r>
      <w:r w:rsidR="00C7282F">
        <w:rPr>
          <w:rFonts w:ascii="Arial" w:hAnsi="Arial"/>
        </w:rPr>
        <w:t>diarrh</w:t>
      </w:r>
      <w:r w:rsidR="008516AC">
        <w:rPr>
          <w:rFonts w:ascii="Arial" w:hAnsi="Arial"/>
        </w:rPr>
        <w:t>o</w:t>
      </w:r>
      <w:r w:rsidR="00C7282F">
        <w:rPr>
          <w:rFonts w:ascii="Arial" w:hAnsi="Arial"/>
        </w:rPr>
        <w:t>ea</w:t>
      </w:r>
      <w:r w:rsidR="00FD4E37">
        <w:rPr>
          <w:rFonts w:ascii="Arial" w:hAnsi="Arial"/>
        </w:rPr>
        <w:t xml:space="preserve"> is also very ambiguous in </w:t>
      </w:r>
      <w:r w:rsidR="00C7282F">
        <w:rPr>
          <w:rFonts w:ascii="Arial" w:hAnsi="Arial"/>
        </w:rPr>
        <w:t>its</w:t>
      </w:r>
      <w:r w:rsidR="00FD4E37">
        <w:rPr>
          <w:rFonts w:ascii="Arial" w:hAnsi="Arial"/>
        </w:rPr>
        <w:t xml:space="preserve"> presentation. It accompanies a lot of other illnesses in children. </w:t>
      </w:r>
      <w:r>
        <w:rPr>
          <w:rFonts w:ascii="Arial" w:hAnsi="Arial"/>
        </w:rPr>
        <w:t>Diarrhoea will be a typical symptom, if</w:t>
      </w:r>
      <w:r w:rsidR="00FD4E37">
        <w:rPr>
          <w:rFonts w:ascii="Arial" w:hAnsi="Arial"/>
        </w:rPr>
        <w:t xml:space="preserve"> you ask the pediatricians</w:t>
      </w:r>
      <w:r>
        <w:rPr>
          <w:rFonts w:ascii="Arial" w:hAnsi="Arial"/>
        </w:rPr>
        <w:t>,</w:t>
      </w:r>
      <w:r w:rsidR="00FD4E37">
        <w:rPr>
          <w:rFonts w:ascii="Arial" w:hAnsi="Arial"/>
        </w:rPr>
        <w:t xml:space="preserve"> for</w:t>
      </w:r>
      <w:r>
        <w:rPr>
          <w:rFonts w:ascii="Arial" w:hAnsi="Arial"/>
        </w:rPr>
        <w:t xml:space="preserve"> a child with malaria. It would</w:t>
      </w:r>
      <w:r w:rsidR="00FD4E37">
        <w:rPr>
          <w:rFonts w:ascii="Arial" w:hAnsi="Arial"/>
        </w:rPr>
        <w:t xml:space="preserve"> accompany pneumonia, upper respiratory tract infections, and treating the malaria alone is going to cause the resolving of the other symptoms that are associated</w:t>
      </w:r>
      <w:r w:rsidR="00C7282F">
        <w:rPr>
          <w:rFonts w:ascii="Arial" w:hAnsi="Arial"/>
        </w:rPr>
        <w:t>.</w:t>
      </w:r>
      <w:r w:rsidR="00FD4E37">
        <w:rPr>
          <w:rFonts w:ascii="Arial" w:hAnsi="Arial"/>
        </w:rPr>
        <w:t xml:space="preserve"> So in my community, nobody re</w:t>
      </w:r>
      <w:r>
        <w:rPr>
          <w:rFonts w:ascii="Arial" w:hAnsi="Arial"/>
        </w:rPr>
        <w:t>ally would talk about rotavirus. W</w:t>
      </w:r>
      <w:r w:rsidR="00FD4E37">
        <w:rPr>
          <w:rFonts w:ascii="Arial" w:hAnsi="Arial"/>
        </w:rPr>
        <w:t>e see the other big things</w:t>
      </w:r>
      <w:r>
        <w:rPr>
          <w:rFonts w:ascii="Arial" w:hAnsi="Arial"/>
        </w:rPr>
        <w:t>,</w:t>
      </w:r>
      <w:r w:rsidR="00FD4E37">
        <w:rPr>
          <w:rFonts w:ascii="Arial" w:hAnsi="Arial"/>
        </w:rPr>
        <w:t xml:space="preserve"> we tr</w:t>
      </w:r>
      <w:r>
        <w:rPr>
          <w:rFonts w:ascii="Arial" w:hAnsi="Arial"/>
        </w:rPr>
        <w:t>eat, a</w:t>
      </w:r>
      <w:r w:rsidR="00FD4E37">
        <w:rPr>
          <w:rFonts w:ascii="Arial" w:hAnsi="Arial"/>
        </w:rPr>
        <w:t xml:space="preserve">nd as </w:t>
      </w:r>
      <w:r>
        <w:rPr>
          <w:rFonts w:ascii="Arial" w:hAnsi="Arial"/>
        </w:rPr>
        <w:t>[</w:t>
      </w:r>
      <w:r w:rsidRPr="00DB3A44">
        <w:rPr>
          <w:rFonts w:ascii="Arial" w:hAnsi="Arial"/>
          <w:i/>
        </w:rPr>
        <w:t>another participant</w:t>
      </w:r>
      <w:r>
        <w:rPr>
          <w:rFonts w:ascii="Arial" w:hAnsi="Arial"/>
        </w:rPr>
        <w:t xml:space="preserve">] </w:t>
      </w:r>
      <w:r w:rsidR="00FD4E37">
        <w:rPr>
          <w:rFonts w:ascii="Arial" w:hAnsi="Arial"/>
        </w:rPr>
        <w:t xml:space="preserve">said, we just treat </w:t>
      </w:r>
      <w:r w:rsidR="00C7282F">
        <w:rPr>
          <w:rFonts w:ascii="Arial" w:hAnsi="Arial"/>
        </w:rPr>
        <w:t>diarrh</w:t>
      </w:r>
      <w:r w:rsidR="008516AC">
        <w:rPr>
          <w:rFonts w:ascii="Arial" w:hAnsi="Arial"/>
        </w:rPr>
        <w:t>o</w:t>
      </w:r>
      <w:r w:rsidR="00C7282F">
        <w:rPr>
          <w:rFonts w:ascii="Arial" w:hAnsi="Arial"/>
        </w:rPr>
        <w:t>ea</w:t>
      </w:r>
      <w:r w:rsidR="00FD4E37">
        <w:rPr>
          <w:rFonts w:ascii="Arial" w:hAnsi="Arial"/>
        </w:rPr>
        <w:t xml:space="preserve"> symptomatically. So if there was roo</w:t>
      </w:r>
      <w:r>
        <w:rPr>
          <w:rFonts w:ascii="Arial" w:hAnsi="Arial"/>
        </w:rPr>
        <w:t xml:space="preserve">m for mentioning symptoms, we would </w:t>
      </w:r>
      <w:r w:rsidR="00C7282F">
        <w:rPr>
          <w:rFonts w:ascii="Arial" w:hAnsi="Arial"/>
        </w:rPr>
        <w:t>put diarrh</w:t>
      </w:r>
      <w:r w:rsidR="008516AC">
        <w:rPr>
          <w:rFonts w:ascii="Arial" w:hAnsi="Arial"/>
        </w:rPr>
        <w:t>o</w:t>
      </w:r>
      <w:r w:rsidR="00C7282F">
        <w:rPr>
          <w:rFonts w:ascii="Arial" w:hAnsi="Arial"/>
        </w:rPr>
        <w:t>ea</w:t>
      </w:r>
      <w:r>
        <w:rPr>
          <w:rFonts w:ascii="Arial" w:hAnsi="Arial"/>
        </w:rPr>
        <w:t>.</w:t>
      </w:r>
      <w:r w:rsidR="00FD4E37">
        <w:rPr>
          <w:rFonts w:ascii="Arial" w:hAnsi="Arial"/>
        </w:rPr>
        <w:t xml:space="preserve"> </w:t>
      </w:r>
      <w:r>
        <w:rPr>
          <w:rFonts w:ascii="Arial" w:hAnsi="Arial"/>
        </w:rPr>
        <w:t>B</w:t>
      </w:r>
      <w:r w:rsidR="00C7282F">
        <w:rPr>
          <w:rFonts w:ascii="Arial" w:hAnsi="Arial"/>
        </w:rPr>
        <w:t xml:space="preserve">ut to </w:t>
      </w:r>
      <w:r>
        <w:rPr>
          <w:rFonts w:ascii="Arial" w:hAnsi="Arial"/>
        </w:rPr>
        <w:t xml:space="preserve">prioritize rotavirus or the others, </w:t>
      </w:r>
      <w:r w:rsidR="00FD4E37">
        <w:rPr>
          <w:rFonts w:ascii="Arial" w:hAnsi="Arial"/>
        </w:rPr>
        <w:t>it will be difficult.</w:t>
      </w:r>
    </w:p>
    <w:p w14:paraId="673DA48B" w14:textId="77777777" w:rsidR="006A5EC7" w:rsidRDefault="006A5EC7" w:rsidP="008516AC">
      <w:pPr>
        <w:spacing w:after="0"/>
        <w:jc w:val="both"/>
      </w:pPr>
    </w:p>
    <w:p w14:paraId="42DE561E" w14:textId="6BAC294C" w:rsidR="006A5EC7" w:rsidRDefault="006D5C1F" w:rsidP="008516AC">
      <w:pPr>
        <w:spacing w:after="0"/>
        <w:jc w:val="both"/>
      </w:pPr>
      <w:r>
        <w:rPr>
          <w:rFonts w:ascii="Arial" w:hAnsi="Arial"/>
          <w:b/>
        </w:rPr>
        <w:t xml:space="preserve">Addis Facilitator </w:t>
      </w:r>
      <w:r w:rsidR="00CF0EA4">
        <w:rPr>
          <w:rFonts w:ascii="Arial" w:hAnsi="Arial"/>
          <w:b/>
        </w:rPr>
        <w:t>1</w:t>
      </w:r>
    </w:p>
    <w:p w14:paraId="45CE89D1" w14:textId="3A172FEF" w:rsidR="006A5EC7" w:rsidRDefault="00FD4E37" w:rsidP="008516AC">
      <w:pPr>
        <w:spacing w:after="0"/>
        <w:jc w:val="both"/>
      </w:pPr>
      <w:r>
        <w:rPr>
          <w:rFonts w:ascii="Arial" w:hAnsi="Arial"/>
        </w:rPr>
        <w:t xml:space="preserve">Thanks so much. We're coming to the end of the session. So I'm </w:t>
      </w:r>
      <w:r w:rsidR="00ED3852">
        <w:rPr>
          <w:rFonts w:ascii="Arial" w:hAnsi="Arial"/>
        </w:rPr>
        <w:t>going to take one more question</w:t>
      </w:r>
    </w:p>
    <w:p w14:paraId="1F89E78D" w14:textId="77777777" w:rsidR="006A5EC7" w:rsidRDefault="006A5EC7" w:rsidP="008516AC">
      <w:pPr>
        <w:spacing w:after="0"/>
        <w:jc w:val="both"/>
      </w:pPr>
    </w:p>
    <w:p w14:paraId="0884D0C9" w14:textId="1DBB4EB2" w:rsidR="006A5EC7" w:rsidRDefault="00ED3852" w:rsidP="008516AC">
      <w:pPr>
        <w:spacing w:after="0"/>
        <w:jc w:val="both"/>
      </w:pPr>
      <w:r>
        <w:rPr>
          <w:rFonts w:ascii="Arial" w:hAnsi="Arial"/>
          <w:b/>
        </w:rPr>
        <w:t>Addis 27</w:t>
      </w:r>
    </w:p>
    <w:p w14:paraId="43D9867D" w14:textId="3E606453" w:rsidR="006A5EC7" w:rsidRDefault="00FD4E37" w:rsidP="008516AC">
      <w:pPr>
        <w:spacing w:after="0"/>
        <w:jc w:val="both"/>
      </w:pPr>
      <w:r>
        <w:rPr>
          <w:rFonts w:ascii="Arial" w:hAnsi="Arial"/>
        </w:rPr>
        <w:t>Th</w:t>
      </w:r>
      <w:r w:rsidR="00DB3A44">
        <w:rPr>
          <w:rFonts w:ascii="Arial" w:hAnsi="Arial"/>
        </w:rPr>
        <w:t>ank you</w:t>
      </w:r>
      <w:r w:rsidR="00ED3852">
        <w:rPr>
          <w:rFonts w:ascii="Arial" w:hAnsi="Arial"/>
        </w:rPr>
        <w:t xml:space="preserve">. </w:t>
      </w:r>
      <w:r>
        <w:rPr>
          <w:rFonts w:ascii="Arial" w:hAnsi="Arial"/>
        </w:rPr>
        <w:t xml:space="preserve">I think I'll start off with the prioritization, I think the list </w:t>
      </w:r>
      <w:r w:rsidR="00ED3852">
        <w:rPr>
          <w:rFonts w:ascii="Arial" w:hAnsi="Arial"/>
        </w:rPr>
        <w:t>[</w:t>
      </w:r>
      <w:r w:rsidR="00ED3852" w:rsidRPr="00DB3A44">
        <w:rPr>
          <w:rFonts w:ascii="Arial" w:hAnsi="Arial"/>
          <w:i/>
        </w:rPr>
        <w:t>of highest-prioritized diseases</w:t>
      </w:r>
      <w:r w:rsidR="00ED3852">
        <w:rPr>
          <w:rFonts w:ascii="Arial" w:hAnsi="Arial"/>
        </w:rPr>
        <w:t>] reflects</w:t>
      </w:r>
      <w:r>
        <w:rPr>
          <w:rFonts w:ascii="Arial" w:hAnsi="Arial"/>
        </w:rPr>
        <w:t xml:space="preserve"> funding. Most of the researchers and those people that </w:t>
      </w:r>
      <w:r w:rsidR="004310BE">
        <w:rPr>
          <w:rFonts w:ascii="Arial" w:hAnsi="Arial"/>
        </w:rPr>
        <w:t>participated in the survey had</w:t>
      </w:r>
      <w:r>
        <w:rPr>
          <w:rFonts w:ascii="Arial" w:hAnsi="Arial"/>
        </w:rPr>
        <w:t xml:space="preserve"> in mind that these are the diseases that are likely to be funded. Therefore, I'll put it as a priority. I think, looking at that </w:t>
      </w:r>
      <w:r w:rsidR="004310BE">
        <w:rPr>
          <w:rFonts w:ascii="Arial" w:hAnsi="Arial"/>
        </w:rPr>
        <w:t xml:space="preserve">list of </w:t>
      </w:r>
      <w:r>
        <w:rPr>
          <w:rFonts w:ascii="Arial" w:hAnsi="Arial"/>
        </w:rPr>
        <w:t>priority</w:t>
      </w:r>
      <w:r w:rsidR="004310BE">
        <w:rPr>
          <w:rFonts w:ascii="Arial" w:hAnsi="Arial"/>
        </w:rPr>
        <w:t xml:space="preserve"> diseases</w:t>
      </w:r>
      <w:r>
        <w:rPr>
          <w:rFonts w:ascii="Arial" w:hAnsi="Arial"/>
        </w:rPr>
        <w:t>, apart from COVID-19, the rest are what we use</w:t>
      </w:r>
      <w:r w:rsidR="004310BE">
        <w:rPr>
          <w:rFonts w:ascii="Arial" w:hAnsi="Arial"/>
        </w:rPr>
        <w:t>d</w:t>
      </w:r>
      <w:r>
        <w:rPr>
          <w:rFonts w:ascii="Arial" w:hAnsi="Arial"/>
        </w:rPr>
        <w:t xml:space="preserve"> to describe </w:t>
      </w:r>
      <w:r w:rsidR="00C7282F">
        <w:rPr>
          <w:rFonts w:ascii="Arial" w:hAnsi="Arial"/>
        </w:rPr>
        <w:t>a</w:t>
      </w:r>
      <w:r>
        <w:rPr>
          <w:rFonts w:ascii="Arial" w:hAnsi="Arial"/>
        </w:rPr>
        <w:t xml:space="preserve">s tropical diseases. </w:t>
      </w:r>
      <w:r w:rsidR="004310BE">
        <w:rPr>
          <w:rFonts w:ascii="Arial" w:hAnsi="Arial"/>
        </w:rPr>
        <w:t>Where I work,</w:t>
      </w:r>
      <w:r>
        <w:rPr>
          <w:rFonts w:ascii="Arial" w:hAnsi="Arial"/>
        </w:rPr>
        <w:t xml:space="preserve"> the terminology now is diseases of poverty. So most of those infecti</w:t>
      </w:r>
      <w:r w:rsidR="004310BE">
        <w:rPr>
          <w:rFonts w:ascii="Arial" w:hAnsi="Arial"/>
        </w:rPr>
        <w:t>ons, especially the neglected tropical diseases</w:t>
      </w:r>
      <w:r>
        <w:rPr>
          <w:rFonts w:ascii="Arial" w:hAnsi="Arial"/>
        </w:rPr>
        <w:t xml:space="preserve">, that </w:t>
      </w:r>
      <w:r w:rsidR="004310BE">
        <w:rPr>
          <w:rFonts w:ascii="Arial" w:hAnsi="Arial"/>
        </w:rPr>
        <w:t>[</w:t>
      </w:r>
      <w:r w:rsidR="004310BE" w:rsidRPr="00DB3A44">
        <w:rPr>
          <w:rFonts w:ascii="Arial" w:hAnsi="Arial"/>
          <w:i/>
        </w:rPr>
        <w:t>another participant</w:t>
      </w:r>
      <w:r w:rsidR="004310BE">
        <w:rPr>
          <w:rFonts w:ascii="Arial" w:hAnsi="Arial"/>
        </w:rPr>
        <w:t xml:space="preserve">] </w:t>
      </w:r>
      <w:r>
        <w:rPr>
          <w:rFonts w:ascii="Arial" w:hAnsi="Arial"/>
        </w:rPr>
        <w:t>mentioned, might not necessarily be solved using typical diagnostic interventions, drugs and vaccines, but by solving poverty, as the bottom line, thank you.</w:t>
      </w:r>
    </w:p>
    <w:p w14:paraId="3E2A8A24" w14:textId="77777777" w:rsidR="006D5C1F" w:rsidRDefault="006D5C1F" w:rsidP="008516AC">
      <w:pPr>
        <w:spacing w:after="0"/>
        <w:jc w:val="both"/>
        <w:rPr>
          <w:rFonts w:ascii="Arial" w:hAnsi="Arial"/>
          <w:b/>
        </w:rPr>
      </w:pPr>
    </w:p>
    <w:p w14:paraId="0B094055" w14:textId="02B7310A" w:rsidR="006A5EC7" w:rsidRDefault="006D5C1F" w:rsidP="008516AC">
      <w:pPr>
        <w:spacing w:after="0"/>
        <w:jc w:val="both"/>
      </w:pPr>
      <w:r>
        <w:rPr>
          <w:rFonts w:ascii="Arial" w:hAnsi="Arial"/>
          <w:b/>
        </w:rPr>
        <w:t xml:space="preserve">Addis Facilitator </w:t>
      </w:r>
      <w:r w:rsidR="00CF0EA4">
        <w:rPr>
          <w:rFonts w:ascii="Arial" w:hAnsi="Arial"/>
          <w:b/>
        </w:rPr>
        <w:t>1</w:t>
      </w:r>
    </w:p>
    <w:p w14:paraId="7CF5A4F6" w14:textId="5102007A" w:rsidR="006A5EC7" w:rsidRDefault="00FD4E37" w:rsidP="008516AC">
      <w:pPr>
        <w:spacing w:after="0"/>
        <w:jc w:val="both"/>
      </w:pPr>
      <w:r>
        <w:rPr>
          <w:rFonts w:ascii="Arial" w:hAnsi="Arial"/>
        </w:rPr>
        <w:t xml:space="preserve">That's a fantastic point to end on an actually also takes us through to the next session when we're looking at approaches. </w:t>
      </w:r>
      <w:r w:rsidR="004310BE">
        <w:rPr>
          <w:rFonts w:ascii="Arial" w:hAnsi="Arial"/>
        </w:rPr>
        <w:t>W</w:t>
      </w:r>
      <w:r>
        <w:rPr>
          <w:rFonts w:ascii="Arial" w:hAnsi="Arial"/>
        </w:rPr>
        <w:t>e've come to the end of the participation in the audience here. Just checking that there's no other comments or questions online. Before we just have a fina</w:t>
      </w:r>
      <w:r w:rsidR="004310BE">
        <w:rPr>
          <w:rFonts w:ascii="Arial" w:hAnsi="Arial"/>
        </w:rPr>
        <w:t>l wrap up comment from our host.</w:t>
      </w:r>
    </w:p>
    <w:p w14:paraId="76C67863" w14:textId="77777777" w:rsidR="006A5EC7" w:rsidRDefault="006A5EC7" w:rsidP="008516AC">
      <w:pPr>
        <w:spacing w:after="0"/>
        <w:jc w:val="both"/>
      </w:pPr>
    </w:p>
    <w:p w14:paraId="37055418" w14:textId="0FFF7605" w:rsidR="006A5EC7" w:rsidRDefault="004310BE" w:rsidP="008516AC">
      <w:pPr>
        <w:spacing w:after="0"/>
        <w:jc w:val="both"/>
      </w:pPr>
      <w:r>
        <w:rPr>
          <w:rFonts w:ascii="Arial" w:hAnsi="Arial"/>
          <w:b/>
        </w:rPr>
        <w:t>Addis 150</w:t>
      </w:r>
    </w:p>
    <w:p w14:paraId="6277E65F" w14:textId="7796D2BA" w:rsidR="006A5EC7" w:rsidRPr="004310BE" w:rsidRDefault="00FD4E37" w:rsidP="008516AC">
      <w:pPr>
        <w:spacing w:after="0"/>
        <w:jc w:val="both"/>
        <w:rPr>
          <w:rFonts w:ascii="Arial" w:hAnsi="Arial"/>
        </w:rPr>
      </w:pPr>
      <w:r>
        <w:rPr>
          <w:rFonts w:ascii="Arial" w:hAnsi="Arial"/>
        </w:rPr>
        <w:t>Thanks so much. So I think one of the biggest challenges, is when you're trying to come up with priorities, the question you have to answer is</w:t>
      </w:r>
      <w:r w:rsidR="004310BE">
        <w:rPr>
          <w:rFonts w:ascii="Arial" w:hAnsi="Arial"/>
        </w:rPr>
        <w:t>, from whose perspective, right? S</w:t>
      </w:r>
      <w:r>
        <w:rPr>
          <w:rFonts w:ascii="Arial" w:hAnsi="Arial"/>
        </w:rPr>
        <w:t>o when you speak from the continental perspective, what we will be able to produce as the priorities will take into account a host of f</w:t>
      </w:r>
      <w:r w:rsidR="004310BE">
        <w:rPr>
          <w:rFonts w:ascii="Arial" w:hAnsi="Arial"/>
        </w:rPr>
        <w:t>actors from a continental level. Y</w:t>
      </w:r>
      <w:r>
        <w:rPr>
          <w:rFonts w:ascii="Arial" w:hAnsi="Arial"/>
        </w:rPr>
        <w:t xml:space="preserve">ou will have to have a framework and </w:t>
      </w:r>
      <w:r w:rsidR="004310BE">
        <w:rPr>
          <w:rFonts w:ascii="Arial" w:hAnsi="Arial"/>
        </w:rPr>
        <w:t xml:space="preserve">a </w:t>
      </w:r>
      <w:r>
        <w:rPr>
          <w:rFonts w:ascii="Arial" w:hAnsi="Arial"/>
        </w:rPr>
        <w:t>methodology, which can then be adapted at a national level, because your priorities at your continental level and your national level are going to differ. Your priorities, according to member states, in different regions are also going to differ because the burden of disease changes. So I think, with what we're seeing, everyone is going to raise a point about why you</w:t>
      </w:r>
      <w:r w:rsidR="004310BE">
        <w:rPr>
          <w:rFonts w:ascii="Arial" w:hAnsi="Arial"/>
        </w:rPr>
        <w:t>'re not seeing certain things, a</w:t>
      </w:r>
      <w:r>
        <w:rPr>
          <w:rFonts w:ascii="Arial" w:hAnsi="Arial"/>
        </w:rPr>
        <w:t>nd I do agree that the way funding has trad</w:t>
      </w:r>
      <w:r w:rsidR="004310BE">
        <w:rPr>
          <w:rFonts w:ascii="Arial" w:hAnsi="Arial"/>
        </w:rPr>
        <w:t xml:space="preserve">itionally been administered, it kind of biases </w:t>
      </w:r>
      <w:r>
        <w:rPr>
          <w:rFonts w:ascii="Arial" w:hAnsi="Arial"/>
        </w:rPr>
        <w:t>what we see as prominent, and of co</w:t>
      </w:r>
      <w:r w:rsidR="004310BE">
        <w:rPr>
          <w:rFonts w:ascii="Arial" w:hAnsi="Arial"/>
        </w:rPr>
        <w:t xml:space="preserve">urse, this is one of the great - </w:t>
      </w:r>
      <w:r>
        <w:rPr>
          <w:rFonts w:ascii="Arial" w:hAnsi="Arial"/>
        </w:rPr>
        <w:t xml:space="preserve">one of the biggest positive things I take out of working with </w:t>
      </w:r>
      <w:r w:rsidR="000C76CD">
        <w:rPr>
          <w:rFonts w:ascii="Arial" w:hAnsi="Arial"/>
        </w:rPr>
        <w:t>W</w:t>
      </w:r>
      <w:r>
        <w:rPr>
          <w:rFonts w:ascii="Arial" w:hAnsi="Arial"/>
        </w:rPr>
        <w:t>el</w:t>
      </w:r>
      <w:r w:rsidR="000C76CD">
        <w:rPr>
          <w:rFonts w:ascii="Arial" w:hAnsi="Arial"/>
        </w:rPr>
        <w:t>l</w:t>
      </w:r>
      <w:r>
        <w:rPr>
          <w:rFonts w:ascii="Arial" w:hAnsi="Arial"/>
        </w:rPr>
        <w:t>come is</w:t>
      </w:r>
      <w:r w:rsidR="004310BE">
        <w:rPr>
          <w:rFonts w:ascii="Arial" w:hAnsi="Arial"/>
        </w:rPr>
        <w:t xml:space="preserve"> -</w:t>
      </w:r>
      <w:r>
        <w:rPr>
          <w:rFonts w:ascii="Arial" w:hAnsi="Arial"/>
        </w:rPr>
        <w:t xml:space="preserve"> if we're able to start engaging funders to understand o</w:t>
      </w:r>
      <w:r w:rsidR="004310BE">
        <w:rPr>
          <w:rFonts w:ascii="Arial" w:hAnsi="Arial"/>
        </w:rPr>
        <w:t>ur different perspectives, it</w:t>
      </w:r>
      <w:r>
        <w:rPr>
          <w:rFonts w:ascii="Arial" w:hAnsi="Arial"/>
        </w:rPr>
        <w:t xml:space="preserve"> then means that funding can become available for these different pockets of priorities. It's very difficult to come up with one list that is going to prioritize diseases in a way that we will all agree. So I guess my question that then goes back to the team for the methodology is, </w:t>
      </w:r>
      <w:r w:rsidR="00BC51B6">
        <w:rPr>
          <w:rFonts w:ascii="Arial" w:hAnsi="Arial"/>
        </w:rPr>
        <w:t>W</w:t>
      </w:r>
      <w:r>
        <w:rPr>
          <w:rFonts w:ascii="Arial" w:hAnsi="Arial"/>
        </w:rPr>
        <w:t>el</w:t>
      </w:r>
      <w:r w:rsidR="00BC51B6">
        <w:rPr>
          <w:rFonts w:ascii="Arial" w:hAnsi="Arial"/>
        </w:rPr>
        <w:t>l</w:t>
      </w:r>
      <w:r>
        <w:rPr>
          <w:rFonts w:ascii="Arial" w:hAnsi="Arial"/>
        </w:rPr>
        <w:t>come is looking</w:t>
      </w:r>
      <w:r w:rsidR="004310BE">
        <w:rPr>
          <w:rFonts w:ascii="Arial" w:hAnsi="Arial"/>
        </w:rPr>
        <w:t xml:space="preserve"> at it from their perspective, a</w:t>
      </w:r>
      <w:r>
        <w:rPr>
          <w:rFonts w:ascii="Arial" w:hAnsi="Arial"/>
        </w:rPr>
        <w:t xml:space="preserve">nd they will </w:t>
      </w:r>
      <w:r w:rsidR="004310BE">
        <w:rPr>
          <w:rFonts w:ascii="Arial" w:hAnsi="Arial"/>
        </w:rPr>
        <w:t>the data</w:t>
      </w:r>
      <w:r>
        <w:rPr>
          <w:rFonts w:ascii="Arial" w:hAnsi="Arial"/>
        </w:rPr>
        <w:t xml:space="preserve"> </w:t>
      </w:r>
      <w:r w:rsidR="004310BE">
        <w:rPr>
          <w:rFonts w:ascii="Arial" w:hAnsi="Arial"/>
        </w:rPr>
        <w:t>available to</w:t>
      </w:r>
      <w:r>
        <w:rPr>
          <w:rFonts w:ascii="Arial" w:hAnsi="Arial"/>
        </w:rPr>
        <w:t xml:space="preserve"> all of us open access. I think maybe we need to think about having support teams that can help participants </w:t>
      </w:r>
      <w:r>
        <w:rPr>
          <w:rFonts w:ascii="Arial" w:hAnsi="Arial"/>
        </w:rPr>
        <w:lastRenderedPageBreak/>
        <w:t xml:space="preserve">and member states understand the methodology because what we need to be able to do is to find methodologies that work and then prioritize for ourselves, because this is a prioritization exercise, which </w:t>
      </w:r>
      <w:r w:rsidR="00BC51B6">
        <w:rPr>
          <w:rFonts w:ascii="Arial" w:hAnsi="Arial"/>
        </w:rPr>
        <w:t>W</w:t>
      </w:r>
      <w:r>
        <w:rPr>
          <w:rFonts w:ascii="Arial" w:hAnsi="Arial"/>
        </w:rPr>
        <w:t>e</w:t>
      </w:r>
      <w:r w:rsidR="00BC51B6">
        <w:rPr>
          <w:rFonts w:ascii="Arial" w:hAnsi="Arial"/>
        </w:rPr>
        <w:t>l</w:t>
      </w:r>
      <w:r>
        <w:rPr>
          <w:rFonts w:ascii="Arial" w:hAnsi="Arial"/>
        </w:rPr>
        <w:t>lcome will use from their perspective. So I think I just wanted to make that point. Thank you.</w:t>
      </w:r>
    </w:p>
    <w:p w14:paraId="2CCDB98F" w14:textId="77777777" w:rsidR="006A5EC7" w:rsidRDefault="006A5EC7" w:rsidP="008516AC">
      <w:pPr>
        <w:spacing w:after="0"/>
        <w:jc w:val="both"/>
      </w:pPr>
    </w:p>
    <w:p w14:paraId="6B545DC4" w14:textId="18ED977E" w:rsidR="006A5EC7" w:rsidRDefault="006D5C1F" w:rsidP="008516AC">
      <w:pPr>
        <w:spacing w:after="0"/>
        <w:jc w:val="both"/>
      </w:pPr>
      <w:r>
        <w:rPr>
          <w:rFonts w:ascii="Arial" w:hAnsi="Arial"/>
          <w:b/>
        </w:rPr>
        <w:t xml:space="preserve">Addis Facilitator </w:t>
      </w:r>
      <w:r w:rsidR="00CF0EA4">
        <w:rPr>
          <w:rFonts w:ascii="Arial" w:hAnsi="Arial"/>
          <w:b/>
        </w:rPr>
        <w:t>1</w:t>
      </w:r>
    </w:p>
    <w:p w14:paraId="1E9E1899" w14:textId="0156701E" w:rsidR="006A5EC7" w:rsidRDefault="00FD4E37" w:rsidP="008516AC">
      <w:pPr>
        <w:spacing w:after="0"/>
        <w:jc w:val="both"/>
      </w:pPr>
      <w:r>
        <w:rPr>
          <w:rFonts w:ascii="Arial" w:hAnsi="Arial"/>
        </w:rPr>
        <w:t xml:space="preserve">Thanks very much. I'm just going to pass back to </w:t>
      </w:r>
      <w:r w:rsidR="00BC51B6">
        <w:rPr>
          <w:rFonts w:ascii="Arial" w:hAnsi="Arial"/>
        </w:rPr>
        <w:t>Addis F1</w:t>
      </w:r>
      <w:r>
        <w:rPr>
          <w:rFonts w:ascii="Arial" w:hAnsi="Arial"/>
        </w:rPr>
        <w:t xml:space="preserve"> to give us some guidance as to next steps. Thank you very much, </w:t>
      </w:r>
      <w:r w:rsidR="00BC51B6">
        <w:rPr>
          <w:rFonts w:ascii="Arial" w:hAnsi="Arial"/>
        </w:rPr>
        <w:t>Addis F1</w:t>
      </w:r>
      <w:r>
        <w:rPr>
          <w:rFonts w:ascii="Arial" w:hAnsi="Arial"/>
        </w:rPr>
        <w:t>.</w:t>
      </w:r>
    </w:p>
    <w:p w14:paraId="32226ABE" w14:textId="77777777" w:rsidR="006A5EC7" w:rsidRDefault="006A5EC7" w:rsidP="008516AC">
      <w:pPr>
        <w:spacing w:after="0"/>
        <w:jc w:val="both"/>
      </w:pPr>
    </w:p>
    <w:p w14:paraId="6D65C799" w14:textId="27CDC9FD" w:rsidR="006A5EC7" w:rsidRDefault="006D5C1F" w:rsidP="008516AC">
      <w:pPr>
        <w:spacing w:after="0"/>
        <w:jc w:val="both"/>
      </w:pPr>
      <w:r>
        <w:rPr>
          <w:rFonts w:ascii="Arial" w:hAnsi="Arial"/>
          <w:b/>
        </w:rPr>
        <w:t xml:space="preserve">Addis Facilitator </w:t>
      </w:r>
      <w:r w:rsidR="00CF0EA4">
        <w:rPr>
          <w:rFonts w:ascii="Arial" w:hAnsi="Arial"/>
          <w:b/>
        </w:rPr>
        <w:t>2</w:t>
      </w:r>
    </w:p>
    <w:p w14:paraId="74A72AD8" w14:textId="0673D335" w:rsidR="006A5EC7" w:rsidRDefault="00FD4E37" w:rsidP="008516AC">
      <w:pPr>
        <w:spacing w:after="0"/>
        <w:jc w:val="both"/>
        <w:rPr>
          <w:rFonts w:ascii="Arial" w:hAnsi="Arial"/>
        </w:rPr>
      </w:pPr>
      <w:r>
        <w:rPr>
          <w:rFonts w:ascii="Arial" w:hAnsi="Arial"/>
        </w:rPr>
        <w:t>Thank you It's fantastic how we finished in a very high not</w:t>
      </w:r>
      <w:r w:rsidR="00BC51B6">
        <w:rPr>
          <w:rFonts w:ascii="Arial" w:hAnsi="Arial"/>
        </w:rPr>
        <w:t>e</w:t>
      </w:r>
      <w:r>
        <w:rPr>
          <w:rFonts w:ascii="Arial" w:hAnsi="Arial"/>
        </w:rPr>
        <w:t xml:space="preserve"> that we don't only want to learn about the priorities, we also need to translate the methodology and we need to learn it with our partners and the countries</w:t>
      </w:r>
      <w:r w:rsidR="004310BE">
        <w:rPr>
          <w:rFonts w:ascii="Arial" w:hAnsi="Arial"/>
        </w:rPr>
        <w:t>.</w:t>
      </w:r>
    </w:p>
    <w:p w14:paraId="247A4537" w14:textId="77777777" w:rsidR="008516AC" w:rsidRDefault="008516AC" w:rsidP="008516AC">
      <w:pPr>
        <w:spacing w:after="0"/>
        <w:jc w:val="both"/>
        <w:rPr>
          <w:rFonts w:ascii="Arial" w:hAnsi="Arial"/>
        </w:rPr>
      </w:pPr>
    </w:p>
    <w:p w14:paraId="1586AA83" w14:textId="37C88FF6" w:rsidR="004310BE" w:rsidRDefault="004310BE">
      <w:pPr>
        <w:spacing w:after="0"/>
      </w:pPr>
      <w:r>
        <w:rPr>
          <w:rFonts w:ascii="Arial" w:hAnsi="Arial"/>
        </w:rPr>
        <w:t>[Session End]</w:t>
      </w:r>
    </w:p>
    <w:sectPr w:rsidR="004310BE" w:rsidSect="001216B9">
      <w:headerReference w:type="default" r:id="rId8"/>
      <w:footerReference w:type="even" r:id="rId9"/>
      <w:footerReference w:type="default" r:id="rId10"/>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1B645" w14:textId="77777777" w:rsidR="008A625C" w:rsidRDefault="008A625C">
      <w:pPr>
        <w:spacing w:after="0" w:line="240" w:lineRule="auto"/>
      </w:pPr>
      <w:r>
        <w:separator/>
      </w:r>
    </w:p>
  </w:endnote>
  <w:endnote w:type="continuationSeparator" w:id="0">
    <w:p w14:paraId="2CFE4F64" w14:textId="77777777" w:rsidR="008A625C" w:rsidRDefault="008A6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2650680"/>
      <w:docPartObj>
        <w:docPartGallery w:val="Page Numbers (Bottom of Page)"/>
        <w:docPartUnique/>
      </w:docPartObj>
    </w:sdtPr>
    <w:sdtEndPr>
      <w:rPr>
        <w:rStyle w:val="PageNumber"/>
      </w:rPr>
    </w:sdtEndPr>
    <w:sdtContent>
      <w:p w14:paraId="6546FBDD"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14:paraId="6F394D09"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D46DD" w14:textId="77777777" w:rsidR="006D5C1F" w:rsidRDefault="006D5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945626"/>
      <w:docPartObj>
        <w:docPartGallery w:val="Page Numbers (Bottom of Page)"/>
        <w:docPartUnique/>
      </w:docPartObj>
    </w:sdtPr>
    <w:sdtEndPr>
      <w:rPr>
        <w:noProof/>
      </w:rPr>
    </w:sdtEndPr>
    <w:sdtContent>
      <w:p w14:paraId="1A625F8C" w14:textId="6A916816" w:rsidR="000E5245" w:rsidRDefault="000E5245">
        <w:pPr>
          <w:pStyle w:val="Footer"/>
          <w:jc w:val="center"/>
        </w:pPr>
        <w:r>
          <w:fldChar w:fldCharType="begin"/>
        </w:r>
        <w:r>
          <w:instrText xml:space="preserve"> PAGE   \* MERGEFORMAT </w:instrText>
        </w:r>
        <w:r>
          <w:fldChar w:fldCharType="separate"/>
        </w:r>
        <w:r w:rsidR="00272963">
          <w:rPr>
            <w:noProof/>
          </w:rPr>
          <w:t>- 15 -</w:t>
        </w:r>
        <w:r>
          <w:rPr>
            <w:noProof/>
          </w:rPr>
          <w:fldChar w:fldCharType="end"/>
        </w:r>
      </w:p>
    </w:sdtContent>
  </w:sdt>
  <w:p w14:paraId="7AA4D088" w14:textId="1033481E" w:rsidR="006D5C1F" w:rsidRPr="009C3AF0" w:rsidRDefault="006D5C1F">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EF155" w14:textId="77777777" w:rsidR="008A625C" w:rsidRDefault="008A625C">
      <w:pPr>
        <w:spacing w:after="0" w:line="240" w:lineRule="auto"/>
      </w:pPr>
      <w:r>
        <w:separator/>
      </w:r>
    </w:p>
  </w:footnote>
  <w:footnote w:type="continuationSeparator" w:id="0">
    <w:p w14:paraId="5E1CEAC6" w14:textId="77777777" w:rsidR="008A625C" w:rsidRDefault="008A6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A1C" w14:textId="18E0CA46" w:rsidR="00C64B17" w:rsidRPr="000E5245" w:rsidRDefault="000E5245">
    <w:pPr>
      <w:pStyle w:val="Header"/>
      <w:rPr>
        <w:rFonts w:asciiTheme="majorHAnsi" w:hAnsiTheme="majorHAnsi" w:cstheme="majorHAnsi"/>
      </w:rPr>
    </w:pPr>
    <w:r w:rsidRPr="000E5245">
      <w:rPr>
        <w:rFonts w:asciiTheme="majorHAnsi" w:hAnsiTheme="majorHAnsi" w:cstheme="majorHAnsi"/>
        <w:noProof/>
        <w:lang w:val="en-GB" w:eastAsia="en-GB"/>
      </w:rPr>
      <w:drawing>
        <wp:anchor distT="0" distB="0" distL="114300" distR="114300" simplePos="0" relativeHeight="251659264" behindDoc="1" locked="0" layoutInCell="1" allowOverlap="1" wp14:anchorId="406F916A" wp14:editId="166283EE">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00C64B17" w:rsidRPr="000E5245">
      <w:rPr>
        <w:rFonts w:asciiTheme="majorHAnsi" w:hAnsiTheme="majorHAnsi" w:cstheme="majorHAnsi"/>
        <w:noProof/>
        <w:lang w:val="en-GB" w:eastAsia="en-GB"/>
      </w:rPr>
      <w:drawing>
        <wp:anchor distT="0" distB="0" distL="114300" distR="114300" simplePos="0" relativeHeight="251658240" behindDoc="1" locked="0" layoutInCell="1" allowOverlap="1" wp14:anchorId="486F12E0" wp14:editId="5B207522">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14:paraId="134F2A59" w14:textId="31735706" w:rsidR="00C64B17" w:rsidRDefault="00C64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0A6B"/>
    <w:rsid w:val="0006063C"/>
    <w:rsid w:val="00066610"/>
    <w:rsid w:val="00066631"/>
    <w:rsid w:val="000C76CD"/>
    <w:rsid w:val="000E5245"/>
    <w:rsid w:val="001216B9"/>
    <w:rsid w:val="00133462"/>
    <w:rsid w:val="0015074B"/>
    <w:rsid w:val="002157C0"/>
    <w:rsid w:val="002353D5"/>
    <w:rsid w:val="00263FC0"/>
    <w:rsid w:val="00272963"/>
    <w:rsid w:val="00281209"/>
    <w:rsid w:val="0029639D"/>
    <w:rsid w:val="00326F90"/>
    <w:rsid w:val="00416C11"/>
    <w:rsid w:val="00425D4E"/>
    <w:rsid w:val="004310BE"/>
    <w:rsid w:val="004670AD"/>
    <w:rsid w:val="004802F2"/>
    <w:rsid w:val="004A297B"/>
    <w:rsid w:val="004A641F"/>
    <w:rsid w:val="004B593C"/>
    <w:rsid w:val="004E65D1"/>
    <w:rsid w:val="00512D43"/>
    <w:rsid w:val="0054592A"/>
    <w:rsid w:val="00581B8B"/>
    <w:rsid w:val="00596A25"/>
    <w:rsid w:val="005A3A89"/>
    <w:rsid w:val="005A685C"/>
    <w:rsid w:val="005E64D9"/>
    <w:rsid w:val="00642606"/>
    <w:rsid w:val="006650F9"/>
    <w:rsid w:val="006A5EC7"/>
    <w:rsid w:val="006D5C1F"/>
    <w:rsid w:val="006E2A8C"/>
    <w:rsid w:val="006E4856"/>
    <w:rsid w:val="0071113B"/>
    <w:rsid w:val="00713DDD"/>
    <w:rsid w:val="007749AF"/>
    <w:rsid w:val="00785E33"/>
    <w:rsid w:val="00794EBC"/>
    <w:rsid w:val="007F0982"/>
    <w:rsid w:val="007F3879"/>
    <w:rsid w:val="00821C8F"/>
    <w:rsid w:val="008257F3"/>
    <w:rsid w:val="00847564"/>
    <w:rsid w:val="008516AC"/>
    <w:rsid w:val="008A625C"/>
    <w:rsid w:val="008C3EE4"/>
    <w:rsid w:val="008F740F"/>
    <w:rsid w:val="00904914"/>
    <w:rsid w:val="00930F33"/>
    <w:rsid w:val="0094743D"/>
    <w:rsid w:val="00976C61"/>
    <w:rsid w:val="0098354D"/>
    <w:rsid w:val="009A61B9"/>
    <w:rsid w:val="009B0986"/>
    <w:rsid w:val="009C25E8"/>
    <w:rsid w:val="009C3AF0"/>
    <w:rsid w:val="00A12EE5"/>
    <w:rsid w:val="00A776BF"/>
    <w:rsid w:val="00A904E5"/>
    <w:rsid w:val="00AA1D8D"/>
    <w:rsid w:val="00AB2452"/>
    <w:rsid w:val="00AD0785"/>
    <w:rsid w:val="00AD7287"/>
    <w:rsid w:val="00B47730"/>
    <w:rsid w:val="00BA4ABE"/>
    <w:rsid w:val="00BA4C2B"/>
    <w:rsid w:val="00BB169F"/>
    <w:rsid w:val="00BC51B6"/>
    <w:rsid w:val="00BD0140"/>
    <w:rsid w:val="00BD43D2"/>
    <w:rsid w:val="00BE626D"/>
    <w:rsid w:val="00C15D89"/>
    <w:rsid w:val="00C24502"/>
    <w:rsid w:val="00C64B17"/>
    <w:rsid w:val="00C7282F"/>
    <w:rsid w:val="00C74CBB"/>
    <w:rsid w:val="00CB0664"/>
    <w:rsid w:val="00CF0EA4"/>
    <w:rsid w:val="00D21574"/>
    <w:rsid w:val="00D57E81"/>
    <w:rsid w:val="00DB3A44"/>
    <w:rsid w:val="00DE454C"/>
    <w:rsid w:val="00DE601C"/>
    <w:rsid w:val="00E82639"/>
    <w:rsid w:val="00E82C0D"/>
    <w:rsid w:val="00EB3DC0"/>
    <w:rsid w:val="00ED3244"/>
    <w:rsid w:val="00ED3852"/>
    <w:rsid w:val="00F11A7D"/>
    <w:rsid w:val="00F2516D"/>
    <w:rsid w:val="00F368A8"/>
    <w:rsid w:val="00F6063B"/>
    <w:rsid w:val="00F70C79"/>
    <w:rsid w:val="00F7297A"/>
    <w:rsid w:val="00FC693F"/>
    <w:rsid w:val="00FD4E37"/>
    <w:rsid w:val="00FF0D0F"/>
    <w:rsid w:val="00FF23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17A9D"/>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customStyle="1" w:styleId="UnresolvedMention">
    <w:name w:val="Unresolved Mention"/>
    <w:basedOn w:val="DefaultParagraphFont"/>
    <w:uiPriority w:val="99"/>
    <w:semiHidden/>
    <w:unhideWhenUsed/>
    <w:rsid w:val="006E2A8C"/>
    <w:rPr>
      <w:color w:val="605E5C"/>
      <w:shd w:val="clear" w:color="auto" w:fill="E1DFDD"/>
    </w:rPr>
  </w:style>
  <w:style w:type="character" w:styleId="CommentReference">
    <w:name w:val="annotation reference"/>
    <w:basedOn w:val="DefaultParagraphFont"/>
    <w:uiPriority w:val="99"/>
    <w:semiHidden/>
    <w:unhideWhenUsed/>
    <w:rsid w:val="008F740F"/>
    <w:rPr>
      <w:sz w:val="16"/>
      <w:szCs w:val="16"/>
    </w:rPr>
  </w:style>
  <w:style w:type="paragraph" w:styleId="CommentText">
    <w:name w:val="annotation text"/>
    <w:basedOn w:val="Normal"/>
    <w:link w:val="CommentTextChar"/>
    <w:uiPriority w:val="99"/>
    <w:semiHidden/>
    <w:unhideWhenUsed/>
    <w:rsid w:val="008F740F"/>
    <w:pPr>
      <w:spacing w:line="240" w:lineRule="auto"/>
    </w:pPr>
    <w:rPr>
      <w:sz w:val="20"/>
      <w:szCs w:val="20"/>
    </w:rPr>
  </w:style>
  <w:style w:type="character" w:customStyle="1" w:styleId="CommentTextChar">
    <w:name w:val="Comment Text Char"/>
    <w:basedOn w:val="DefaultParagraphFont"/>
    <w:link w:val="CommentText"/>
    <w:uiPriority w:val="99"/>
    <w:semiHidden/>
    <w:rsid w:val="008F740F"/>
    <w:rPr>
      <w:sz w:val="20"/>
      <w:szCs w:val="20"/>
    </w:rPr>
  </w:style>
  <w:style w:type="paragraph" w:styleId="CommentSubject">
    <w:name w:val="annotation subject"/>
    <w:basedOn w:val="CommentText"/>
    <w:next w:val="CommentText"/>
    <w:link w:val="CommentSubjectChar"/>
    <w:uiPriority w:val="99"/>
    <w:semiHidden/>
    <w:unhideWhenUsed/>
    <w:rsid w:val="008F740F"/>
    <w:rPr>
      <w:b/>
      <w:bCs/>
    </w:rPr>
  </w:style>
  <w:style w:type="character" w:customStyle="1" w:styleId="CommentSubjectChar">
    <w:name w:val="Comment Subject Char"/>
    <w:basedOn w:val="CommentTextChar"/>
    <w:link w:val="CommentSubject"/>
    <w:uiPriority w:val="99"/>
    <w:semiHidden/>
    <w:rsid w:val="008F740F"/>
    <w:rPr>
      <w:b/>
      <w:bCs/>
      <w:sz w:val="20"/>
      <w:szCs w:val="20"/>
    </w:rPr>
  </w:style>
  <w:style w:type="paragraph" w:styleId="NormalWeb">
    <w:name w:val="Normal (Web)"/>
    <w:basedOn w:val="Normal"/>
    <w:uiPriority w:val="99"/>
    <w:semiHidden/>
    <w:unhideWhenUsed/>
    <w:rsid w:val="00785E3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7625">
      <w:bodyDiv w:val="1"/>
      <w:marLeft w:val="0"/>
      <w:marRight w:val="0"/>
      <w:marTop w:val="0"/>
      <w:marBottom w:val="0"/>
      <w:divBdr>
        <w:top w:val="none" w:sz="0" w:space="0" w:color="auto"/>
        <w:left w:val="none" w:sz="0" w:space="0" w:color="auto"/>
        <w:bottom w:val="none" w:sz="0" w:space="0" w:color="auto"/>
        <w:right w:val="none" w:sz="0" w:space="0" w:color="auto"/>
      </w:divBdr>
    </w:div>
    <w:div w:id="1075395757">
      <w:bodyDiv w:val="1"/>
      <w:marLeft w:val="0"/>
      <w:marRight w:val="0"/>
      <w:marTop w:val="0"/>
      <w:marBottom w:val="0"/>
      <w:divBdr>
        <w:top w:val="none" w:sz="0" w:space="0" w:color="auto"/>
        <w:left w:val="none" w:sz="0" w:space="0" w:color="auto"/>
        <w:bottom w:val="none" w:sz="0" w:space="0" w:color="auto"/>
        <w:right w:val="none" w:sz="0" w:space="0" w:color="auto"/>
      </w:divBdr>
    </w:div>
    <w:div w:id="1523203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92580-7595-4B89-A3A5-F1EF3F427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18</Pages>
  <Words>7722</Words>
  <Characters>44022</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Walker</cp:lastModifiedBy>
  <cp:revision>8</cp:revision>
  <dcterms:created xsi:type="dcterms:W3CDTF">2024-02-28T14:36:00Z</dcterms:created>
  <dcterms:modified xsi:type="dcterms:W3CDTF">2024-03-06T12:12:00Z</dcterms:modified>
  <cp:category/>
</cp:coreProperties>
</file>