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EDFB0" w14:textId="29F0BC3D" w:rsidR="00785E33" w:rsidRPr="00C64B17" w:rsidRDefault="00785E33" w:rsidP="00785E33">
      <w:pPr>
        <w:pStyle w:val="Title"/>
        <w:rPr>
          <w:sz w:val="48"/>
          <w:szCs w:val="48"/>
        </w:rPr>
      </w:pPr>
      <w:r w:rsidRPr="00C64B17">
        <w:rPr>
          <w:sz w:val="48"/>
          <w:szCs w:val="48"/>
        </w:rPr>
        <w:t xml:space="preserve">Microbial </w:t>
      </w:r>
      <w:r w:rsidR="009C25E8">
        <w:rPr>
          <w:sz w:val="48"/>
          <w:szCs w:val="48"/>
        </w:rPr>
        <w:t>Communities</w:t>
      </w:r>
      <w:r w:rsidRPr="00C64B17">
        <w:rPr>
          <w:sz w:val="48"/>
          <w:szCs w:val="48"/>
        </w:rPr>
        <w:t xml:space="preserve"> and Transmission Dynamics of Escalating Infectious Diseases </w:t>
      </w:r>
    </w:p>
    <w:p w14:paraId="5F09AC83" w14:textId="3A0DD6ED" w:rsidR="00785E33" w:rsidRDefault="00F0740C" w:rsidP="00785E33">
      <w:pPr>
        <w:rPr>
          <w:rFonts w:asciiTheme="majorHAnsi" w:hAnsiTheme="majorHAnsi" w:cstheme="majorHAnsi"/>
          <w:b/>
          <w:sz w:val="28"/>
        </w:rPr>
      </w:pPr>
      <w:r>
        <w:rPr>
          <w:rFonts w:asciiTheme="majorHAnsi" w:hAnsiTheme="majorHAnsi" w:cstheme="majorHAnsi"/>
          <w:b/>
          <w:sz w:val="28"/>
        </w:rPr>
        <w:t>Rio de Janeiro (Brazil), Workshop, 16</w:t>
      </w:r>
      <w:r>
        <w:rPr>
          <w:rFonts w:asciiTheme="majorHAnsi" w:hAnsiTheme="majorHAnsi" w:cstheme="majorHAnsi"/>
          <w:b/>
          <w:sz w:val="28"/>
          <w:vertAlign w:val="superscript"/>
        </w:rPr>
        <w:t>th</w:t>
      </w:r>
      <w:r w:rsidR="00C64B17" w:rsidRPr="00C64B17">
        <w:rPr>
          <w:rFonts w:asciiTheme="majorHAnsi" w:hAnsiTheme="majorHAnsi" w:cstheme="majorHAnsi"/>
          <w:b/>
          <w:sz w:val="28"/>
        </w:rPr>
        <w:t xml:space="preserve"> June 2023</w:t>
      </w:r>
      <w:r w:rsidR="00C64B17" w:rsidRPr="00C64B17">
        <w:rPr>
          <w:rFonts w:asciiTheme="majorHAnsi" w:hAnsiTheme="majorHAnsi" w:cstheme="majorHAnsi"/>
          <w:b/>
          <w:sz w:val="28"/>
        </w:rPr>
        <w:br/>
      </w:r>
      <w:r w:rsidR="00785E33" w:rsidRPr="00C64B17">
        <w:rPr>
          <w:rFonts w:asciiTheme="majorHAnsi" w:hAnsiTheme="majorHAnsi" w:cstheme="majorHAnsi"/>
          <w:b/>
          <w:sz w:val="28"/>
        </w:rPr>
        <w:t>Transcript of Discussion from Session 2, ‘Disease Priorities’</w:t>
      </w:r>
    </w:p>
    <w:p w14:paraId="01204E95" w14:textId="77777777" w:rsidR="003160DB" w:rsidRDefault="003160DB" w:rsidP="003160DB">
      <w:pPr>
        <w:spacing w:after="0"/>
        <w:jc w:val="both"/>
        <w:rPr>
          <w:rFonts w:ascii="Arial" w:hAnsi="Arial" w:cs="Arial"/>
        </w:rPr>
      </w:pPr>
    </w:p>
    <w:p w14:paraId="567BAA9E" w14:textId="4E251EED" w:rsidR="003160DB" w:rsidRPr="008C3EE4" w:rsidRDefault="003160DB" w:rsidP="003160DB">
      <w:pPr>
        <w:spacing w:after="0"/>
        <w:jc w:val="both"/>
        <w:rPr>
          <w:rFonts w:ascii="Arial" w:hAnsi="Arial" w:cs="Arial"/>
        </w:rPr>
      </w:pPr>
      <w:r w:rsidRPr="008C3EE4">
        <w:rPr>
          <w:rFonts w:ascii="Arial" w:hAnsi="Arial" w:cs="Arial"/>
        </w:rPr>
        <w:t xml:space="preserve">Use of this data is intended for research purposes only. The opinions, statements, and views expressed in this data are solely those of the participants, and do not necessarily reflect the official stance or position of Wellcome or The Global Health Network, unless a statement is explicitly attributed to a Wellcome or The Global Health Network representative. Wellcome and The Global Health Network do not endorse or take responsibility for the accuracy, completeness, or reliability of the opinions, statements, and views contained in </w:t>
      </w:r>
      <w:r w:rsidRPr="00404CB1">
        <w:rPr>
          <w:rFonts w:ascii="Arial" w:hAnsi="Arial" w:cs="Arial"/>
        </w:rPr>
        <w:t>this data set</w:t>
      </w:r>
      <w:r w:rsidRPr="008C3EE4">
        <w:rPr>
          <w:rFonts w:ascii="Arial" w:hAnsi="Arial" w:cs="Arial"/>
        </w:rPr>
        <w:t>.</w:t>
      </w:r>
    </w:p>
    <w:p w14:paraId="614D4BDC" w14:textId="77777777" w:rsidR="003160DB" w:rsidRPr="008C3EE4" w:rsidRDefault="003160DB" w:rsidP="003160DB">
      <w:pPr>
        <w:spacing w:after="0"/>
        <w:jc w:val="both"/>
        <w:rPr>
          <w:rFonts w:ascii="Arial" w:hAnsi="Arial" w:cs="Arial"/>
        </w:rPr>
      </w:pPr>
    </w:p>
    <w:p w14:paraId="6D64164E" w14:textId="77777777" w:rsidR="003160DB" w:rsidRPr="008C3EE4" w:rsidRDefault="003160DB" w:rsidP="003160DB">
      <w:pPr>
        <w:spacing w:after="0"/>
        <w:jc w:val="both"/>
        <w:rPr>
          <w:rFonts w:ascii="Arial" w:hAnsi="Arial" w:cs="Arial"/>
        </w:rPr>
      </w:pPr>
      <w:r w:rsidRPr="008C3EE4">
        <w:rPr>
          <w:rFonts w:ascii="Arial" w:hAnsi="Arial" w:cs="Arial"/>
        </w:rPr>
        <w:t>Users of this data are advised to exercise caution and critical judgment when interpreting the content. Wellcome and The Global Health Network shall not be held liable for any errors, omissions, or inaccuracies in the transcripts or for any consequences arising from the use of the data.</w:t>
      </w:r>
    </w:p>
    <w:p w14:paraId="33B890F1" w14:textId="77777777" w:rsidR="003160DB" w:rsidRPr="008C3EE4" w:rsidRDefault="003160DB" w:rsidP="003160DB">
      <w:pPr>
        <w:spacing w:after="0"/>
        <w:jc w:val="both"/>
        <w:rPr>
          <w:rFonts w:ascii="Arial" w:hAnsi="Arial" w:cs="Arial"/>
        </w:rPr>
      </w:pPr>
    </w:p>
    <w:p w14:paraId="4A9D48E3" w14:textId="77777777" w:rsidR="003160DB" w:rsidRPr="008C3EE4" w:rsidRDefault="003160DB" w:rsidP="003160DB">
      <w:pPr>
        <w:spacing w:after="0"/>
        <w:jc w:val="both"/>
        <w:rPr>
          <w:rFonts w:ascii="Arial" w:hAnsi="Arial" w:cs="Arial"/>
        </w:rPr>
      </w:pPr>
      <w:r w:rsidRPr="008C3EE4">
        <w:rPr>
          <w:rFonts w:ascii="Arial" w:hAnsi="Arial" w:cs="Arial"/>
        </w:rPr>
        <w:t>Any utilization of this data is subject to proper attribution to Wellcome and The Global Health Network.</w:t>
      </w:r>
    </w:p>
    <w:p w14:paraId="0560EF5A" w14:textId="5196DE55" w:rsidR="00B4138A" w:rsidRDefault="00B4138A" w:rsidP="00785E33">
      <w:pPr>
        <w:rPr>
          <w:rFonts w:asciiTheme="majorHAnsi" w:hAnsiTheme="majorHAnsi" w:cstheme="majorHAnsi"/>
          <w:b/>
          <w:sz w:val="28"/>
        </w:rPr>
      </w:pPr>
    </w:p>
    <w:p w14:paraId="23345416" w14:textId="77777777" w:rsidR="003160DB" w:rsidRDefault="003160DB">
      <w:pPr>
        <w:rPr>
          <w:rFonts w:ascii="Arial" w:hAnsi="Arial"/>
          <w:b/>
          <w:lang w:val="en-GB"/>
        </w:rPr>
      </w:pPr>
      <w:r>
        <w:rPr>
          <w:rFonts w:ascii="Arial" w:hAnsi="Arial"/>
          <w:b/>
          <w:lang w:val="en-GB"/>
        </w:rPr>
        <w:br w:type="page"/>
      </w:r>
    </w:p>
    <w:p w14:paraId="5368C3C1" w14:textId="277734E1" w:rsidR="00B4138A" w:rsidRPr="00AD54C0" w:rsidRDefault="00C9575D" w:rsidP="00B4138A">
      <w:pPr>
        <w:spacing w:after="0" w:line="360" w:lineRule="auto"/>
        <w:jc w:val="both"/>
        <w:rPr>
          <w:lang w:val="en-GB"/>
        </w:rPr>
      </w:pPr>
      <w:r>
        <w:rPr>
          <w:rFonts w:ascii="Arial" w:hAnsi="Arial"/>
          <w:b/>
          <w:lang w:val="en-GB"/>
        </w:rPr>
        <w:lastRenderedPageBreak/>
        <w:t xml:space="preserve">Rio </w:t>
      </w:r>
      <w:r w:rsidR="00F0740C">
        <w:rPr>
          <w:rFonts w:ascii="Arial" w:hAnsi="Arial"/>
          <w:b/>
          <w:lang w:val="en-GB"/>
        </w:rPr>
        <w:t>12</w:t>
      </w:r>
    </w:p>
    <w:p w14:paraId="752A9425" w14:textId="08EC35B8" w:rsidR="00B4138A" w:rsidRPr="00AD54C0" w:rsidRDefault="00B4138A" w:rsidP="00B4138A">
      <w:pPr>
        <w:spacing w:after="0" w:line="360" w:lineRule="auto"/>
        <w:jc w:val="both"/>
        <w:rPr>
          <w:lang w:val="en-GB"/>
        </w:rPr>
      </w:pPr>
      <w:r w:rsidRPr="00AD54C0">
        <w:rPr>
          <w:rFonts w:ascii="Arial" w:hAnsi="Arial"/>
          <w:lang w:val="en-GB"/>
        </w:rPr>
        <w:t>Th</w:t>
      </w:r>
      <w:r w:rsidR="00F0740C">
        <w:rPr>
          <w:rFonts w:ascii="Arial" w:hAnsi="Arial"/>
          <w:lang w:val="en-GB"/>
        </w:rPr>
        <w:t xml:space="preserve">ank you for the presentation and the invitation. </w:t>
      </w:r>
      <w:r w:rsidRPr="00AD54C0">
        <w:rPr>
          <w:rFonts w:ascii="Arial" w:hAnsi="Arial"/>
          <w:lang w:val="en-GB"/>
        </w:rPr>
        <w:t xml:space="preserve">So, I just have a question, because the name of the meeting is reservoirs and </w:t>
      </w:r>
      <w:r w:rsidR="00F0740C" w:rsidRPr="00AD54C0">
        <w:rPr>
          <w:rFonts w:ascii="Arial" w:hAnsi="Arial"/>
          <w:lang w:val="en-GB"/>
        </w:rPr>
        <w:t>microbial</w:t>
      </w:r>
      <w:r w:rsidRPr="00AD54C0">
        <w:rPr>
          <w:rFonts w:ascii="Arial" w:hAnsi="Arial"/>
          <w:lang w:val="en-GB"/>
        </w:rPr>
        <w:t xml:space="preserve"> infections. </w:t>
      </w:r>
      <w:r w:rsidR="00F0740C">
        <w:rPr>
          <w:rFonts w:ascii="Arial" w:hAnsi="Arial"/>
          <w:lang w:val="en-GB"/>
        </w:rPr>
        <w:t>There has been a presentation of specific named</w:t>
      </w:r>
      <w:r w:rsidRPr="00AD54C0">
        <w:rPr>
          <w:rFonts w:ascii="Arial" w:hAnsi="Arial"/>
          <w:lang w:val="en-GB"/>
        </w:rPr>
        <w:t xml:space="preserve"> diseases</w:t>
      </w:r>
      <w:r w:rsidR="00F0740C">
        <w:rPr>
          <w:rFonts w:ascii="Arial" w:hAnsi="Arial"/>
          <w:lang w:val="en-GB"/>
        </w:rPr>
        <w:t>, and I understand these are</w:t>
      </w:r>
      <w:r w:rsidRPr="00AD54C0">
        <w:rPr>
          <w:rFonts w:ascii="Arial" w:hAnsi="Arial"/>
          <w:lang w:val="en-GB"/>
        </w:rPr>
        <w:t xml:space="preserve"> priorities. But what about surveillan</w:t>
      </w:r>
      <w:r w:rsidR="00F0740C">
        <w:rPr>
          <w:rFonts w:ascii="Arial" w:hAnsi="Arial"/>
          <w:lang w:val="en-GB"/>
        </w:rPr>
        <w:t>ce of other unknown pathogens? T</w:t>
      </w:r>
      <w:r w:rsidRPr="00AD54C0">
        <w:rPr>
          <w:rFonts w:ascii="Arial" w:hAnsi="Arial"/>
          <w:lang w:val="en-GB"/>
        </w:rPr>
        <w:t xml:space="preserve">hat </w:t>
      </w:r>
      <w:r w:rsidR="00F0740C">
        <w:rPr>
          <w:rFonts w:ascii="Arial" w:hAnsi="Arial"/>
          <w:lang w:val="en-GB"/>
        </w:rPr>
        <w:t>category is like missing in these findings</w:t>
      </w:r>
      <w:r w:rsidRPr="00AD54C0">
        <w:rPr>
          <w:rFonts w:ascii="Arial" w:hAnsi="Arial"/>
          <w:lang w:val="en-GB"/>
        </w:rPr>
        <w:t xml:space="preserve">, and I know that </w:t>
      </w:r>
      <w:r w:rsidR="00F0740C">
        <w:rPr>
          <w:rFonts w:ascii="Arial" w:hAnsi="Arial"/>
          <w:lang w:val="en-GB"/>
        </w:rPr>
        <w:t xml:space="preserve">the </w:t>
      </w:r>
      <w:r w:rsidRPr="00AD54C0">
        <w:rPr>
          <w:rFonts w:ascii="Arial" w:hAnsi="Arial"/>
          <w:lang w:val="en-GB"/>
        </w:rPr>
        <w:t>s</w:t>
      </w:r>
      <w:r w:rsidR="00F0740C">
        <w:rPr>
          <w:rFonts w:ascii="Arial" w:hAnsi="Arial"/>
          <w:lang w:val="en-GB"/>
        </w:rPr>
        <w:t>urvey have been already conducted, but will you consider including</w:t>
      </w:r>
      <w:r w:rsidRPr="00AD54C0">
        <w:rPr>
          <w:rFonts w:ascii="Arial" w:hAnsi="Arial"/>
          <w:lang w:val="en-GB"/>
        </w:rPr>
        <w:t xml:space="preserve"> something like that? Because I think</w:t>
      </w:r>
      <w:r w:rsidR="00F0740C">
        <w:rPr>
          <w:rFonts w:ascii="Arial" w:hAnsi="Arial"/>
          <w:lang w:val="en-GB"/>
        </w:rPr>
        <w:t xml:space="preserve"> that</w:t>
      </w:r>
      <w:r w:rsidRPr="00AD54C0">
        <w:rPr>
          <w:rFonts w:ascii="Arial" w:hAnsi="Arial"/>
          <w:lang w:val="en-GB"/>
        </w:rPr>
        <w:t xml:space="preserve"> we already know that Dengue is important in our region, and it will continue to be</w:t>
      </w:r>
      <w:r w:rsidR="00F0740C">
        <w:rPr>
          <w:rFonts w:ascii="Arial" w:hAnsi="Arial"/>
          <w:lang w:val="en-GB"/>
        </w:rPr>
        <w:t>, and</w:t>
      </w:r>
      <w:r w:rsidRPr="00AD54C0">
        <w:rPr>
          <w:rFonts w:ascii="Arial" w:hAnsi="Arial"/>
          <w:lang w:val="en-GB"/>
        </w:rPr>
        <w:t xml:space="preserve"> there is a lot of </w:t>
      </w:r>
      <w:r w:rsidR="00F0740C">
        <w:rPr>
          <w:rFonts w:ascii="Arial" w:hAnsi="Arial"/>
          <w:lang w:val="en-GB"/>
        </w:rPr>
        <w:t>effort and funding towards the</w:t>
      </w:r>
      <w:r w:rsidRPr="00AD54C0">
        <w:rPr>
          <w:rFonts w:ascii="Arial" w:hAnsi="Arial"/>
          <w:lang w:val="en-GB"/>
        </w:rPr>
        <w:t xml:space="preserve"> infectious diseases</w:t>
      </w:r>
      <w:r w:rsidR="00F0740C">
        <w:rPr>
          <w:rFonts w:ascii="Arial" w:hAnsi="Arial"/>
          <w:lang w:val="en-GB"/>
        </w:rPr>
        <w:t xml:space="preserve"> prioritized in the survey. But what about the others we don't know?</w:t>
      </w:r>
    </w:p>
    <w:p w14:paraId="7D824D78" w14:textId="77777777" w:rsidR="00B4138A" w:rsidRPr="00AD54C0" w:rsidRDefault="00B4138A" w:rsidP="00B4138A">
      <w:pPr>
        <w:spacing w:after="0" w:line="360" w:lineRule="auto"/>
        <w:jc w:val="both"/>
        <w:rPr>
          <w:lang w:val="en-GB"/>
        </w:rPr>
      </w:pPr>
    </w:p>
    <w:p w14:paraId="0AE2E284" w14:textId="4BB9C930" w:rsidR="00B4138A" w:rsidRPr="00AD54C0" w:rsidRDefault="00C9575D" w:rsidP="00B4138A">
      <w:pPr>
        <w:spacing w:after="0" w:line="360" w:lineRule="auto"/>
        <w:jc w:val="both"/>
        <w:rPr>
          <w:lang w:val="en-GB"/>
        </w:rPr>
      </w:pPr>
      <w:r>
        <w:rPr>
          <w:rFonts w:ascii="Arial" w:hAnsi="Arial"/>
          <w:b/>
          <w:lang w:val="en-GB"/>
        </w:rPr>
        <w:t>Rio Facilitator 1</w:t>
      </w:r>
    </w:p>
    <w:p w14:paraId="3D18A76A" w14:textId="6457229B" w:rsidR="00B4138A" w:rsidRPr="00AD54C0" w:rsidRDefault="00B4138A" w:rsidP="00B4138A">
      <w:pPr>
        <w:spacing w:after="0" w:line="360" w:lineRule="auto"/>
        <w:jc w:val="both"/>
        <w:rPr>
          <w:lang w:val="en-GB"/>
        </w:rPr>
      </w:pPr>
      <w:r w:rsidRPr="00AD54C0">
        <w:rPr>
          <w:rFonts w:ascii="Arial" w:hAnsi="Arial"/>
          <w:lang w:val="en-GB"/>
        </w:rPr>
        <w:t xml:space="preserve">Very good point. I would </w:t>
      </w:r>
      <w:r w:rsidR="00C9575D">
        <w:rPr>
          <w:rFonts w:ascii="Arial" w:hAnsi="Arial"/>
          <w:lang w:val="en-GB"/>
        </w:rPr>
        <w:t>suggest that you</w:t>
      </w:r>
      <w:r w:rsidRPr="00AD54C0">
        <w:rPr>
          <w:rFonts w:ascii="Arial" w:hAnsi="Arial"/>
          <w:lang w:val="en-GB"/>
        </w:rPr>
        <w:t xml:space="preserve"> hold that tho</w:t>
      </w:r>
      <w:r w:rsidR="00F0740C">
        <w:rPr>
          <w:rFonts w:ascii="Arial" w:hAnsi="Arial"/>
          <w:lang w:val="en-GB"/>
        </w:rPr>
        <w:t xml:space="preserve">ught for when we </w:t>
      </w:r>
      <w:r w:rsidR="00C9575D">
        <w:rPr>
          <w:rFonts w:ascii="Arial" w:hAnsi="Arial"/>
          <w:lang w:val="en-GB"/>
        </w:rPr>
        <w:t xml:space="preserve">discuss </w:t>
      </w:r>
      <w:r w:rsidR="00F0740C">
        <w:rPr>
          <w:rFonts w:ascii="Arial" w:hAnsi="Arial"/>
          <w:lang w:val="en-GB"/>
        </w:rPr>
        <w:t xml:space="preserve">those </w:t>
      </w:r>
      <w:r w:rsidRPr="00AD54C0">
        <w:rPr>
          <w:rFonts w:ascii="Arial" w:hAnsi="Arial"/>
          <w:lang w:val="en-GB"/>
        </w:rPr>
        <w:t xml:space="preserve">diseases that are missing </w:t>
      </w:r>
      <w:r w:rsidR="00F0740C">
        <w:rPr>
          <w:rFonts w:ascii="Arial" w:hAnsi="Arial"/>
          <w:lang w:val="en-GB"/>
        </w:rPr>
        <w:t xml:space="preserve">from these findings </w:t>
      </w:r>
      <w:r w:rsidR="00C9575D">
        <w:rPr>
          <w:rFonts w:ascii="Arial" w:hAnsi="Arial"/>
          <w:lang w:val="en-GB"/>
        </w:rPr>
        <w:t>very shortly.</w:t>
      </w:r>
    </w:p>
    <w:p w14:paraId="75DB4F97" w14:textId="77777777" w:rsidR="00B4138A" w:rsidRPr="00AD54C0" w:rsidRDefault="00B4138A" w:rsidP="00B4138A">
      <w:pPr>
        <w:spacing w:after="0" w:line="360" w:lineRule="auto"/>
        <w:jc w:val="both"/>
        <w:rPr>
          <w:lang w:val="en-GB"/>
        </w:rPr>
      </w:pPr>
    </w:p>
    <w:p w14:paraId="79895BFF" w14:textId="4B495A57" w:rsidR="00B4138A" w:rsidRPr="00AD54C0" w:rsidRDefault="00C9575D" w:rsidP="00B4138A">
      <w:pPr>
        <w:spacing w:after="0" w:line="360" w:lineRule="auto"/>
        <w:jc w:val="both"/>
        <w:rPr>
          <w:lang w:val="en-GB"/>
        </w:rPr>
      </w:pPr>
      <w:r>
        <w:rPr>
          <w:rFonts w:ascii="Arial" w:hAnsi="Arial"/>
          <w:b/>
          <w:lang w:val="en-GB"/>
        </w:rPr>
        <w:t>Rio 2</w:t>
      </w:r>
    </w:p>
    <w:p w14:paraId="259B477D" w14:textId="25632321" w:rsidR="00B4138A" w:rsidRPr="00AD54C0" w:rsidRDefault="00C9575D" w:rsidP="00B4138A">
      <w:pPr>
        <w:spacing w:after="0" w:line="360" w:lineRule="auto"/>
        <w:jc w:val="both"/>
        <w:rPr>
          <w:lang w:val="en-GB"/>
        </w:rPr>
      </w:pPr>
      <w:r>
        <w:rPr>
          <w:rFonts w:ascii="Arial" w:hAnsi="Arial"/>
          <w:lang w:val="en-GB"/>
        </w:rPr>
        <w:t>T</w:t>
      </w:r>
      <w:r w:rsidR="00B4138A" w:rsidRPr="00AD54C0">
        <w:rPr>
          <w:rFonts w:ascii="Arial" w:hAnsi="Arial"/>
          <w:lang w:val="en-GB"/>
        </w:rPr>
        <w:t xml:space="preserve">hank you so much for the invitation </w:t>
      </w:r>
      <w:r>
        <w:rPr>
          <w:rFonts w:ascii="Arial" w:hAnsi="Arial"/>
          <w:lang w:val="en-GB"/>
        </w:rPr>
        <w:t xml:space="preserve">and </w:t>
      </w:r>
      <w:r w:rsidR="00B4138A" w:rsidRPr="00AD54C0">
        <w:rPr>
          <w:rFonts w:ascii="Arial" w:hAnsi="Arial"/>
          <w:lang w:val="en-GB"/>
        </w:rPr>
        <w:t xml:space="preserve">the opportunity. </w:t>
      </w:r>
      <w:r>
        <w:rPr>
          <w:rFonts w:ascii="Arial" w:hAnsi="Arial"/>
          <w:lang w:val="en-GB"/>
        </w:rPr>
        <w:t xml:space="preserve">With regards to the data, my first question would be, </w:t>
      </w:r>
      <w:r w:rsidR="00B4138A" w:rsidRPr="00AD54C0">
        <w:rPr>
          <w:rFonts w:ascii="Arial" w:hAnsi="Arial"/>
          <w:lang w:val="en-GB"/>
        </w:rPr>
        <w:t xml:space="preserve">was </w:t>
      </w:r>
      <w:r>
        <w:rPr>
          <w:rFonts w:ascii="Arial" w:hAnsi="Arial"/>
          <w:lang w:val="en-GB"/>
        </w:rPr>
        <w:t xml:space="preserve">it </w:t>
      </w:r>
      <w:r w:rsidR="00B4138A" w:rsidRPr="00AD54C0">
        <w:rPr>
          <w:rFonts w:ascii="Arial" w:hAnsi="Arial"/>
          <w:lang w:val="en-GB"/>
        </w:rPr>
        <w:t xml:space="preserve">possible to exclude </w:t>
      </w:r>
      <w:r>
        <w:rPr>
          <w:rFonts w:ascii="Arial" w:hAnsi="Arial"/>
          <w:lang w:val="en-GB"/>
        </w:rPr>
        <w:t>the impact</w:t>
      </w:r>
      <w:r w:rsidR="00B4138A" w:rsidRPr="00AD54C0">
        <w:rPr>
          <w:rFonts w:ascii="Arial" w:hAnsi="Arial"/>
          <w:lang w:val="en-GB"/>
        </w:rPr>
        <w:t xml:space="preserve"> of bias </w:t>
      </w:r>
      <w:r>
        <w:rPr>
          <w:rFonts w:ascii="Arial" w:hAnsi="Arial"/>
          <w:lang w:val="en-GB"/>
        </w:rPr>
        <w:t>on the</w:t>
      </w:r>
      <w:r w:rsidR="00B4138A" w:rsidRPr="00AD54C0">
        <w:rPr>
          <w:rFonts w:ascii="Arial" w:hAnsi="Arial"/>
          <w:lang w:val="en-GB"/>
        </w:rPr>
        <w:t xml:space="preserve"> </w:t>
      </w:r>
      <w:r>
        <w:rPr>
          <w:rFonts w:ascii="Arial" w:hAnsi="Arial"/>
          <w:lang w:val="en-GB"/>
        </w:rPr>
        <w:t>prioritization</w:t>
      </w:r>
      <w:r w:rsidR="00B4138A" w:rsidRPr="00AD54C0">
        <w:rPr>
          <w:rFonts w:ascii="Arial" w:hAnsi="Arial"/>
          <w:lang w:val="en-GB"/>
        </w:rPr>
        <w:t xml:space="preserve"> </w:t>
      </w:r>
      <w:r>
        <w:rPr>
          <w:rFonts w:ascii="Arial" w:hAnsi="Arial"/>
          <w:lang w:val="en-GB"/>
        </w:rPr>
        <w:t>resulting from the</w:t>
      </w:r>
      <w:r w:rsidR="00B4138A" w:rsidRPr="00AD54C0">
        <w:rPr>
          <w:rFonts w:ascii="Arial" w:hAnsi="Arial"/>
          <w:lang w:val="en-GB"/>
        </w:rPr>
        <w:t xml:space="preserve"> profile of those who answe</w:t>
      </w:r>
      <w:r>
        <w:rPr>
          <w:rFonts w:ascii="Arial" w:hAnsi="Arial"/>
          <w:lang w:val="en-GB"/>
        </w:rPr>
        <w:t>red? If you work in a certain laboratory or i</w:t>
      </w:r>
      <w:r w:rsidR="00B4138A" w:rsidRPr="00AD54C0">
        <w:rPr>
          <w:rFonts w:ascii="Arial" w:hAnsi="Arial"/>
          <w:lang w:val="en-GB"/>
        </w:rPr>
        <w:t xml:space="preserve">n a certain area of research </w:t>
      </w:r>
      <w:r>
        <w:rPr>
          <w:rFonts w:ascii="Arial" w:hAnsi="Arial"/>
          <w:lang w:val="en-GB"/>
        </w:rPr>
        <w:t>you will have a specific priority. Similarly i</w:t>
      </w:r>
      <w:r w:rsidR="00B4138A" w:rsidRPr="00AD54C0">
        <w:rPr>
          <w:rFonts w:ascii="Arial" w:hAnsi="Arial"/>
          <w:lang w:val="en-GB"/>
        </w:rPr>
        <w:t xml:space="preserve">f you're </w:t>
      </w:r>
      <w:r>
        <w:rPr>
          <w:rFonts w:ascii="Arial" w:hAnsi="Arial"/>
          <w:lang w:val="en-GB"/>
        </w:rPr>
        <w:t xml:space="preserve">a health care assistant, a </w:t>
      </w:r>
      <w:r w:rsidR="00B4138A" w:rsidRPr="00AD54C0">
        <w:rPr>
          <w:rFonts w:ascii="Arial" w:hAnsi="Arial"/>
          <w:lang w:val="en-GB"/>
        </w:rPr>
        <w:t>decision m</w:t>
      </w:r>
      <w:r>
        <w:rPr>
          <w:rFonts w:ascii="Arial" w:hAnsi="Arial"/>
          <w:lang w:val="en-GB"/>
        </w:rPr>
        <w:t>aker or if you work in politics. S</w:t>
      </w:r>
      <w:r w:rsidR="00B4138A" w:rsidRPr="00AD54C0">
        <w:rPr>
          <w:rFonts w:ascii="Arial" w:hAnsi="Arial"/>
          <w:lang w:val="en-GB"/>
        </w:rPr>
        <w:t xml:space="preserve">o was </w:t>
      </w:r>
      <w:r>
        <w:rPr>
          <w:rFonts w:ascii="Arial" w:hAnsi="Arial"/>
          <w:lang w:val="en-GB"/>
        </w:rPr>
        <w:t xml:space="preserve">it </w:t>
      </w:r>
      <w:r w:rsidR="00B4138A" w:rsidRPr="00AD54C0">
        <w:rPr>
          <w:rFonts w:ascii="Arial" w:hAnsi="Arial"/>
          <w:lang w:val="en-GB"/>
        </w:rPr>
        <w:t>possible to do this analysis</w:t>
      </w:r>
      <w:r>
        <w:rPr>
          <w:rFonts w:ascii="Arial" w:hAnsi="Arial"/>
          <w:lang w:val="en-GB"/>
        </w:rPr>
        <w:t>, whilst</w:t>
      </w:r>
      <w:r w:rsidR="00B4138A" w:rsidRPr="00AD54C0">
        <w:rPr>
          <w:rFonts w:ascii="Arial" w:hAnsi="Arial"/>
          <w:lang w:val="en-GB"/>
        </w:rPr>
        <w:t xml:space="preserve"> eliminating any kind of bias with re</w:t>
      </w:r>
      <w:r>
        <w:rPr>
          <w:rFonts w:ascii="Arial" w:hAnsi="Arial"/>
          <w:lang w:val="en-GB"/>
        </w:rPr>
        <w:t>gards to the list of priorities?</w:t>
      </w:r>
      <w:r w:rsidR="00B4138A" w:rsidRPr="00AD54C0">
        <w:rPr>
          <w:rFonts w:ascii="Arial" w:hAnsi="Arial"/>
          <w:lang w:val="en-GB"/>
        </w:rPr>
        <w:t xml:space="preserve"> </w:t>
      </w:r>
      <w:r>
        <w:rPr>
          <w:rFonts w:ascii="Arial" w:hAnsi="Arial"/>
          <w:lang w:val="en-GB"/>
        </w:rPr>
        <w:t>T</w:t>
      </w:r>
      <w:r w:rsidR="00B4138A" w:rsidRPr="00AD54C0">
        <w:rPr>
          <w:rFonts w:ascii="Arial" w:hAnsi="Arial"/>
          <w:lang w:val="en-GB"/>
        </w:rPr>
        <w:t xml:space="preserve">his </w:t>
      </w:r>
      <w:r>
        <w:rPr>
          <w:rFonts w:ascii="Arial" w:hAnsi="Arial"/>
          <w:lang w:val="en-GB"/>
        </w:rPr>
        <w:t>is a</w:t>
      </w:r>
      <w:r w:rsidR="00B4138A" w:rsidRPr="00AD54C0">
        <w:rPr>
          <w:rFonts w:ascii="Arial" w:hAnsi="Arial"/>
          <w:lang w:val="en-GB"/>
        </w:rPr>
        <w:t xml:space="preserve"> point that I would like to be clarified.</w:t>
      </w:r>
    </w:p>
    <w:p w14:paraId="51125802" w14:textId="77777777" w:rsidR="00B4138A" w:rsidRPr="00AD54C0" w:rsidRDefault="00B4138A" w:rsidP="00B4138A">
      <w:pPr>
        <w:spacing w:after="0" w:line="360" w:lineRule="auto"/>
        <w:jc w:val="both"/>
        <w:rPr>
          <w:lang w:val="en-GB"/>
        </w:rPr>
      </w:pPr>
    </w:p>
    <w:p w14:paraId="47C71726" w14:textId="2E315171" w:rsidR="00B4138A" w:rsidRPr="00AD54C0" w:rsidRDefault="00C9575D" w:rsidP="00B4138A">
      <w:pPr>
        <w:spacing w:after="0" w:line="360" w:lineRule="auto"/>
        <w:jc w:val="both"/>
        <w:rPr>
          <w:lang w:val="en-GB"/>
        </w:rPr>
      </w:pPr>
      <w:r>
        <w:rPr>
          <w:rFonts w:ascii="Arial" w:hAnsi="Arial"/>
          <w:b/>
          <w:lang w:val="en-GB"/>
        </w:rPr>
        <w:t>Rio Facilitator 1</w:t>
      </w:r>
    </w:p>
    <w:p w14:paraId="3BCFDF27" w14:textId="29A2E595" w:rsidR="00B4138A" w:rsidRPr="00AD54C0" w:rsidRDefault="00B4138A" w:rsidP="00B4138A">
      <w:pPr>
        <w:spacing w:after="0" w:line="360" w:lineRule="auto"/>
        <w:jc w:val="both"/>
        <w:rPr>
          <w:lang w:val="en-GB"/>
        </w:rPr>
      </w:pPr>
      <w:r w:rsidRPr="00AD54C0">
        <w:rPr>
          <w:rFonts w:ascii="Arial" w:hAnsi="Arial"/>
          <w:lang w:val="en-GB"/>
        </w:rPr>
        <w:t xml:space="preserve">Thank you very much a really good point. </w:t>
      </w:r>
      <w:r w:rsidR="00C9575D">
        <w:rPr>
          <w:rFonts w:ascii="Arial" w:hAnsi="Arial"/>
          <w:lang w:val="en-GB"/>
        </w:rPr>
        <w:t xml:space="preserve">It's very challenging - </w:t>
      </w:r>
      <w:r w:rsidRPr="00AD54C0">
        <w:rPr>
          <w:rFonts w:ascii="Arial" w:hAnsi="Arial"/>
          <w:lang w:val="en-GB"/>
        </w:rPr>
        <w:t>particularly in an online open survey like this, where we want to capture as</w:t>
      </w:r>
      <w:r w:rsidR="00C9575D">
        <w:rPr>
          <w:rFonts w:ascii="Arial" w:hAnsi="Arial"/>
          <w:lang w:val="en-GB"/>
        </w:rPr>
        <w:t xml:space="preserve"> many perspectives as possible, and where so many people can respond - i</w:t>
      </w:r>
      <w:r w:rsidRPr="00AD54C0">
        <w:rPr>
          <w:rFonts w:ascii="Arial" w:hAnsi="Arial"/>
          <w:lang w:val="en-GB"/>
        </w:rPr>
        <w:t xml:space="preserve">t's challenging to eliminate that bias. We did see regional variation in where we got responses from so there is </w:t>
      </w:r>
      <w:r w:rsidR="00C9575D">
        <w:rPr>
          <w:rFonts w:ascii="Arial" w:hAnsi="Arial"/>
          <w:lang w:val="en-GB"/>
        </w:rPr>
        <w:t xml:space="preserve">some </w:t>
      </w:r>
      <w:r w:rsidRPr="00AD54C0">
        <w:rPr>
          <w:rFonts w:ascii="Arial" w:hAnsi="Arial"/>
          <w:lang w:val="en-GB"/>
        </w:rPr>
        <w:t>regional bias, there is a little bit of weighting as well towards academics and healthcare professionals too. So, it's difficult</w:t>
      </w:r>
      <w:r w:rsidR="00C9575D">
        <w:rPr>
          <w:rFonts w:ascii="Arial" w:hAnsi="Arial"/>
          <w:lang w:val="en-GB"/>
        </w:rPr>
        <w:t xml:space="preserve"> to avoid</w:t>
      </w:r>
      <w:r w:rsidRPr="00AD54C0">
        <w:rPr>
          <w:rFonts w:ascii="Arial" w:hAnsi="Arial"/>
          <w:lang w:val="en-GB"/>
        </w:rPr>
        <w:t>, but it's also not quite the purpose of this survey. We're trying to get a snapshot here of what the entire community involved in this space believes to be research priorities. So, there</w:t>
      </w:r>
      <w:r w:rsidR="00C9575D">
        <w:rPr>
          <w:rFonts w:ascii="Arial" w:hAnsi="Arial"/>
          <w:lang w:val="en-GB"/>
        </w:rPr>
        <w:t xml:space="preserve"> will be a little bit of weighting towards some perspectives, i</w:t>
      </w:r>
      <w:r w:rsidRPr="00AD54C0">
        <w:rPr>
          <w:rFonts w:ascii="Arial" w:hAnsi="Arial"/>
          <w:lang w:val="en-GB"/>
        </w:rPr>
        <w:t>t's true. In this sort of open survey, you can't eliminate that. But it's also not quite t</w:t>
      </w:r>
      <w:r w:rsidR="00C9575D">
        <w:rPr>
          <w:rFonts w:ascii="Arial" w:hAnsi="Arial"/>
          <w:lang w:val="en-GB"/>
        </w:rPr>
        <w:t>he aim of this project as well.</w:t>
      </w:r>
    </w:p>
    <w:p w14:paraId="30B0A68C" w14:textId="77777777" w:rsidR="00B4138A" w:rsidRPr="00AD54C0" w:rsidRDefault="00B4138A" w:rsidP="00B4138A">
      <w:pPr>
        <w:spacing w:after="0" w:line="360" w:lineRule="auto"/>
        <w:jc w:val="both"/>
        <w:rPr>
          <w:lang w:val="en-GB"/>
        </w:rPr>
      </w:pPr>
    </w:p>
    <w:p w14:paraId="03F2185D" w14:textId="6A4D4117" w:rsidR="00B4138A" w:rsidRPr="00AD54C0" w:rsidRDefault="00C9575D" w:rsidP="00B4138A">
      <w:pPr>
        <w:spacing w:after="0" w:line="360" w:lineRule="auto"/>
        <w:jc w:val="both"/>
        <w:rPr>
          <w:lang w:val="en-GB"/>
        </w:rPr>
      </w:pPr>
      <w:r>
        <w:rPr>
          <w:rFonts w:ascii="Arial" w:hAnsi="Arial"/>
          <w:b/>
          <w:lang w:val="en-GB"/>
        </w:rPr>
        <w:t>Rio 12</w:t>
      </w:r>
    </w:p>
    <w:p w14:paraId="799D508B" w14:textId="01A8CEBF" w:rsidR="00B4138A" w:rsidRPr="00AD54C0" w:rsidRDefault="00B4138A" w:rsidP="00B4138A">
      <w:pPr>
        <w:spacing w:after="0" w:line="360" w:lineRule="auto"/>
        <w:jc w:val="both"/>
        <w:rPr>
          <w:lang w:val="en-GB"/>
        </w:rPr>
      </w:pPr>
      <w:r w:rsidRPr="00AD54C0">
        <w:rPr>
          <w:rFonts w:ascii="Arial" w:hAnsi="Arial"/>
          <w:lang w:val="en-GB"/>
        </w:rPr>
        <w:t>A second question. Within each priority, was it possible to classify or categorize a priority because of a lack of diagnosis, or issues regarding surveillance, or therapy</w:t>
      </w:r>
      <w:r w:rsidR="00E52DFA">
        <w:rPr>
          <w:rFonts w:ascii="Arial" w:hAnsi="Arial"/>
          <w:lang w:val="en-GB"/>
        </w:rPr>
        <w:t xml:space="preserve"> challenges?</w:t>
      </w:r>
    </w:p>
    <w:p w14:paraId="2327DD82" w14:textId="77777777" w:rsidR="00B4138A" w:rsidRPr="00AD54C0" w:rsidRDefault="00B4138A" w:rsidP="00B4138A">
      <w:pPr>
        <w:spacing w:after="0" w:line="360" w:lineRule="auto"/>
        <w:jc w:val="both"/>
        <w:rPr>
          <w:lang w:val="en-GB"/>
        </w:rPr>
      </w:pPr>
    </w:p>
    <w:p w14:paraId="4B698530" w14:textId="0F1190A6" w:rsidR="00B4138A" w:rsidRPr="00AD54C0" w:rsidRDefault="00E52DFA" w:rsidP="00B4138A">
      <w:pPr>
        <w:spacing w:after="0" w:line="360" w:lineRule="auto"/>
        <w:jc w:val="both"/>
        <w:rPr>
          <w:lang w:val="en-GB"/>
        </w:rPr>
      </w:pPr>
      <w:r>
        <w:rPr>
          <w:rFonts w:ascii="Arial" w:hAnsi="Arial"/>
          <w:b/>
          <w:lang w:val="en-GB"/>
        </w:rPr>
        <w:t>Rio Facilitator 1</w:t>
      </w:r>
    </w:p>
    <w:p w14:paraId="2A276EC9" w14:textId="0972D575" w:rsidR="00B4138A" w:rsidRPr="00AD54C0" w:rsidRDefault="00E52DFA" w:rsidP="00B4138A">
      <w:pPr>
        <w:spacing w:after="0" w:line="360" w:lineRule="auto"/>
        <w:jc w:val="both"/>
        <w:rPr>
          <w:lang w:val="en-GB"/>
        </w:rPr>
      </w:pPr>
      <w:r>
        <w:rPr>
          <w:rFonts w:ascii="Arial" w:hAnsi="Arial"/>
          <w:lang w:val="en-GB"/>
        </w:rPr>
        <w:t>W</w:t>
      </w:r>
      <w:r w:rsidR="00B4138A" w:rsidRPr="00AD54C0">
        <w:rPr>
          <w:rFonts w:ascii="Arial" w:hAnsi="Arial"/>
          <w:lang w:val="en-GB"/>
        </w:rPr>
        <w:t>e saw some examples of tha</w:t>
      </w:r>
      <w:r>
        <w:rPr>
          <w:rFonts w:ascii="Arial" w:hAnsi="Arial"/>
          <w:lang w:val="en-GB"/>
        </w:rPr>
        <w:t xml:space="preserve">t in the qualitative responses. </w:t>
      </w:r>
      <w:r w:rsidR="00B4138A" w:rsidRPr="00AD54C0">
        <w:rPr>
          <w:rFonts w:ascii="Arial" w:hAnsi="Arial"/>
          <w:lang w:val="en-GB"/>
        </w:rPr>
        <w:t xml:space="preserve">I'll change the slide in about 20 minutes to </w:t>
      </w:r>
      <w:r>
        <w:rPr>
          <w:rFonts w:ascii="Arial" w:hAnsi="Arial"/>
          <w:lang w:val="en-GB"/>
        </w:rPr>
        <w:t xml:space="preserve">show </w:t>
      </w:r>
      <w:r w:rsidR="00B4138A" w:rsidRPr="00AD54C0">
        <w:rPr>
          <w:rFonts w:ascii="Arial" w:hAnsi="Arial"/>
          <w:lang w:val="en-GB"/>
        </w:rPr>
        <w:t>some of those response options again</w:t>
      </w:r>
      <w:r>
        <w:rPr>
          <w:rFonts w:ascii="Arial" w:hAnsi="Arial"/>
          <w:lang w:val="en-GB"/>
        </w:rPr>
        <w:t xml:space="preserve"> [</w:t>
      </w:r>
      <w:r w:rsidRPr="00E52DFA">
        <w:rPr>
          <w:rFonts w:ascii="Arial" w:hAnsi="Arial"/>
          <w:i/>
          <w:lang w:val="en-GB"/>
        </w:rPr>
        <w:t>which had previous been presented</w:t>
      </w:r>
      <w:r>
        <w:rPr>
          <w:rFonts w:ascii="Arial" w:hAnsi="Arial"/>
          <w:lang w:val="en-GB"/>
        </w:rPr>
        <w:t>]</w:t>
      </w:r>
      <w:r w:rsidR="00B4138A" w:rsidRPr="00AD54C0">
        <w:rPr>
          <w:rFonts w:ascii="Arial" w:hAnsi="Arial"/>
          <w:lang w:val="en-GB"/>
        </w:rPr>
        <w:t>, because we ask</w:t>
      </w:r>
      <w:r>
        <w:rPr>
          <w:rFonts w:ascii="Arial" w:hAnsi="Arial"/>
          <w:lang w:val="en-GB"/>
        </w:rPr>
        <w:t>ed</w:t>
      </w:r>
      <w:r w:rsidR="00B4138A" w:rsidRPr="00AD54C0">
        <w:rPr>
          <w:rFonts w:ascii="Arial" w:hAnsi="Arial"/>
          <w:lang w:val="en-GB"/>
        </w:rPr>
        <w:t xml:space="preserve"> people, why were these diseases an issue? </w:t>
      </w:r>
      <w:r>
        <w:rPr>
          <w:rFonts w:ascii="Arial" w:hAnsi="Arial"/>
          <w:lang w:val="en-GB"/>
        </w:rPr>
        <w:t>We started to see</w:t>
      </w:r>
      <w:r w:rsidR="00B4138A" w:rsidRPr="00AD54C0">
        <w:rPr>
          <w:rFonts w:ascii="Arial" w:hAnsi="Arial"/>
          <w:lang w:val="en-GB"/>
        </w:rPr>
        <w:t xml:space="preserve"> themes that we saw, for example</w:t>
      </w:r>
      <w:r>
        <w:rPr>
          <w:rFonts w:ascii="Arial" w:hAnsi="Arial"/>
          <w:lang w:val="en-GB"/>
        </w:rPr>
        <w:t>, in relation to the prioritization of tuberculosis, where socio</w:t>
      </w:r>
      <w:r w:rsidR="00B4138A" w:rsidRPr="00AD54C0">
        <w:rPr>
          <w:rFonts w:ascii="Arial" w:hAnsi="Arial"/>
          <w:lang w:val="en-GB"/>
        </w:rPr>
        <w:t>economic factors came up qui</w:t>
      </w:r>
      <w:r>
        <w:rPr>
          <w:rFonts w:ascii="Arial" w:hAnsi="Arial"/>
          <w:lang w:val="en-GB"/>
        </w:rPr>
        <w:t>te a lot, poverty, urbanization, etc</w:t>
      </w:r>
      <w:r w:rsidR="00B4138A" w:rsidRPr="00AD54C0">
        <w:rPr>
          <w:rFonts w:ascii="Arial" w:hAnsi="Arial"/>
          <w:lang w:val="en-GB"/>
        </w:rPr>
        <w:t>. So,</w:t>
      </w:r>
      <w:r>
        <w:rPr>
          <w:rFonts w:ascii="Arial" w:hAnsi="Arial"/>
          <w:lang w:val="en-GB"/>
        </w:rPr>
        <w:t xml:space="preserve"> to a degree, yes, and</w:t>
      </w:r>
      <w:r w:rsidR="00B4138A" w:rsidRPr="00AD54C0">
        <w:rPr>
          <w:rFonts w:ascii="Arial" w:hAnsi="Arial"/>
          <w:lang w:val="en-GB"/>
        </w:rPr>
        <w:t xml:space="preserve"> when we report these findings, there'll be an overview of those sort of themes that </w:t>
      </w:r>
      <w:r>
        <w:rPr>
          <w:rFonts w:ascii="Arial" w:hAnsi="Arial"/>
          <w:lang w:val="en-GB"/>
        </w:rPr>
        <w:t>fall within this question.</w:t>
      </w:r>
    </w:p>
    <w:p w14:paraId="3FD15405" w14:textId="72E3A843" w:rsidR="00B4138A" w:rsidRPr="00AD54C0" w:rsidRDefault="00B4138A" w:rsidP="00B4138A">
      <w:pPr>
        <w:spacing w:after="0" w:line="360" w:lineRule="auto"/>
        <w:jc w:val="both"/>
        <w:rPr>
          <w:lang w:val="en-GB"/>
        </w:rPr>
      </w:pPr>
    </w:p>
    <w:p w14:paraId="5C910D8B" w14:textId="3F74987E" w:rsidR="00B4138A" w:rsidRPr="00AD54C0" w:rsidRDefault="00E52DFA" w:rsidP="00B4138A">
      <w:pPr>
        <w:spacing w:after="0" w:line="360" w:lineRule="auto"/>
        <w:jc w:val="both"/>
        <w:rPr>
          <w:lang w:val="en-GB"/>
        </w:rPr>
      </w:pPr>
      <w:r>
        <w:rPr>
          <w:rFonts w:ascii="Arial" w:hAnsi="Arial"/>
          <w:b/>
          <w:lang w:val="en-GB"/>
        </w:rPr>
        <w:t>Rio 31</w:t>
      </w:r>
    </w:p>
    <w:p w14:paraId="43C18382" w14:textId="566DA9E0" w:rsidR="00B4138A" w:rsidRPr="00AD54C0" w:rsidRDefault="00B4138A" w:rsidP="00B4138A">
      <w:pPr>
        <w:spacing w:after="0" w:line="360" w:lineRule="auto"/>
        <w:jc w:val="both"/>
        <w:rPr>
          <w:lang w:val="en-GB"/>
        </w:rPr>
      </w:pPr>
      <w:r w:rsidRPr="00AD54C0">
        <w:rPr>
          <w:rFonts w:ascii="Arial" w:hAnsi="Arial"/>
          <w:lang w:val="en-GB"/>
        </w:rPr>
        <w:t>I'm really pleased to see that TB is at the top of the list</w:t>
      </w:r>
      <w:r w:rsidR="00E52DFA">
        <w:rPr>
          <w:rFonts w:ascii="Arial" w:hAnsi="Arial"/>
          <w:lang w:val="en-GB"/>
        </w:rPr>
        <w:t xml:space="preserve"> [</w:t>
      </w:r>
      <w:r w:rsidR="00E52DFA" w:rsidRPr="00E52DFA">
        <w:rPr>
          <w:rFonts w:ascii="Arial" w:hAnsi="Arial"/>
          <w:i/>
          <w:lang w:val="en-GB"/>
        </w:rPr>
        <w:t>of prioritized diseases</w:t>
      </w:r>
      <w:r w:rsidR="00E52DFA">
        <w:rPr>
          <w:rFonts w:ascii="Arial" w:hAnsi="Arial"/>
          <w:lang w:val="en-GB"/>
        </w:rPr>
        <w:t>]</w:t>
      </w:r>
      <w:r w:rsidRPr="00AD54C0">
        <w:rPr>
          <w:rFonts w:ascii="Arial" w:hAnsi="Arial"/>
          <w:lang w:val="en-GB"/>
        </w:rPr>
        <w:t xml:space="preserve"> globally. I say that as someone who has never worked in TB, I don't run a lab or any of those sorts of activities. </w:t>
      </w:r>
      <w:r w:rsidR="00E52DFA">
        <w:rPr>
          <w:rFonts w:ascii="Arial" w:hAnsi="Arial"/>
          <w:lang w:val="en-GB"/>
        </w:rPr>
        <w:t>I come from [</w:t>
      </w:r>
      <w:r w:rsidR="00E52DFA" w:rsidRPr="00E52DFA">
        <w:rPr>
          <w:rFonts w:ascii="Arial" w:hAnsi="Arial"/>
          <w:i/>
          <w:lang w:val="en-GB"/>
        </w:rPr>
        <w:t>country name redacted</w:t>
      </w:r>
      <w:r w:rsidR="00E52DFA">
        <w:rPr>
          <w:rFonts w:ascii="Arial" w:hAnsi="Arial"/>
          <w:lang w:val="en-GB"/>
        </w:rPr>
        <w:t xml:space="preserve">] </w:t>
      </w:r>
      <w:r w:rsidRPr="00AD54C0">
        <w:rPr>
          <w:rFonts w:ascii="Arial" w:hAnsi="Arial"/>
          <w:lang w:val="en-GB"/>
        </w:rPr>
        <w:t xml:space="preserve">where TB has been eliminated, but nonetheless, it continues to cause major concern to me personally, and as someone </w:t>
      </w:r>
      <w:r w:rsidR="00E52DFA">
        <w:rPr>
          <w:rFonts w:ascii="Arial" w:hAnsi="Arial"/>
          <w:lang w:val="en-GB"/>
        </w:rPr>
        <w:t>[</w:t>
      </w:r>
      <w:r w:rsidR="00E52DFA" w:rsidRPr="00E52DFA">
        <w:rPr>
          <w:rFonts w:ascii="Arial" w:hAnsi="Arial"/>
          <w:i/>
          <w:lang w:val="en-GB"/>
        </w:rPr>
        <w:t>in a leadership position in a global healthcare organisation – redacted</w:t>
      </w:r>
      <w:r w:rsidR="00E52DFA">
        <w:rPr>
          <w:rFonts w:ascii="Arial" w:hAnsi="Arial"/>
          <w:lang w:val="en-GB"/>
        </w:rPr>
        <w:t xml:space="preserve">] </w:t>
      </w:r>
      <w:r w:rsidRPr="00AD54C0">
        <w:rPr>
          <w:rFonts w:ascii="Arial" w:hAnsi="Arial"/>
          <w:lang w:val="en-GB"/>
        </w:rPr>
        <w:t>as well. And partly, that's because what we see also happening in one of our closest neighbours</w:t>
      </w:r>
      <w:r w:rsidR="00E52DFA">
        <w:rPr>
          <w:rFonts w:ascii="Arial" w:hAnsi="Arial"/>
          <w:lang w:val="en-GB"/>
        </w:rPr>
        <w:t>, in [</w:t>
      </w:r>
      <w:r w:rsidR="00E52DFA" w:rsidRPr="00E52DFA">
        <w:rPr>
          <w:rFonts w:ascii="Arial" w:hAnsi="Arial"/>
          <w:i/>
          <w:lang w:val="en-GB"/>
        </w:rPr>
        <w:t>country name redacted</w:t>
      </w:r>
      <w:r w:rsidR="00E52DFA">
        <w:rPr>
          <w:rFonts w:ascii="Arial" w:hAnsi="Arial"/>
          <w:lang w:val="en-GB"/>
        </w:rPr>
        <w:t>], where</w:t>
      </w:r>
      <w:r w:rsidRPr="00AD54C0">
        <w:rPr>
          <w:rFonts w:ascii="Arial" w:hAnsi="Arial"/>
          <w:lang w:val="en-GB"/>
        </w:rPr>
        <w:t xml:space="preserve"> we've </w:t>
      </w:r>
      <w:r w:rsidR="00E52DFA">
        <w:rPr>
          <w:rFonts w:ascii="Arial" w:hAnsi="Arial"/>
          <w:lang w:val="en-GB"/>
        </w:rPr>
        <w:t xml:space="preserve">not only </w:t>
      </w:r>
      <w:r w:rsidRPr="00AD54C0">
        <w:rPr>
          <w:rFonts w:ascii="Arial" w:hAnsi="Arial"/>
          <w:lang w:val="en-GB"/>
        </w:rPr>
        <w:t xml:space="preserve">got growing problems with TB, but also </w:t>
      </w:r>
      <w:r w:rsidR="00E52DFA">
        <w:rPr>
          <w:rFonts w:ascii="Arial" w:hAnsi="Arial"/>
          <w:lang w:val="en-GB"/>
        </w:rPr>
        <w:t>antimicrobial-</w:t>
      </w:r>
      <w:r w:rsidRPr="00AD54C0">
        <w:rPr>
          <w:rFonts w:ascii="Arial" w:hAnsi="Arial"/>
          <w:lang w:val="en-GB"/>
        </w:rPr>
        <w:t xml:space="preserve">resistant TB. </w:t>
      </w:r>
      <w:r w:rsidR="00E52DFA">
        <w:rPr>
          <w:rFonts w:ascii="Arial" w:hAnsi="Arial"/>
          <w:lang w:val="en-GB"/>
        </w:rPr>
        <w:t>W</w:t>
      </w:r>
      <w:r w:rsidRPr="00AD54C0">
        <w:rPr>
          <w:rFonts w:ascii="Arial" w:hAnsi="Arial"/>
          <w:lang w:val="en-GB"/>
        </w:rPr>
        <w:t>e're struggling not only wi</w:t>
      </w:r>
      <w:r w:rsidR="00E52DFA">
        <w:rPr>
          <w:rFonts w:ascii="Arial" w:hAnsi="Arial"/>
          <w:lang w:val="en-GB"/>
        </w:rPr>
        <w:t>th regards to the science, but</w:t>
      </w:r>
      <w:r w:rsidRPr="00AD54C0">
        <w:rPr>
          <w:rFonts w:ascii="Arial" w:hAnsi="Arial"/>
          <w:lang w:val="en-GB"/>
        </w:rPr>
        <w:t xml:space="preserve"> the big impact is around how we implement strategies and processes to actually tr</w:t>
      </w:r>
      <w:r w:rsidR="00E52DFA">
        <w:rPr>
          <w:rFonts w:ascii="Arial" w:hAnsi="Arial"/>
          <w:lang w:val="en-GB"/>
        </w:rPr>
        <w:t>eat people with TB and prevent</w:t>
      </w:r>
      <w:r w:rsidRPr="00AD54C0">
        <w:rPr>
          <w:rFonts w:ascii="Arial" w:hAnsi="Arial"/>
          <w:lang w:val="en-GB"/>
        </w:rPr>
        <w:t xml:space="preserve"> further transmission. I</w:t>
      </w:r>
      <w:r w:rsidR="00E52DFA">
        <w:rPr>
          <w:rFonts w:ascii="Arial" w:hAnsi="Arial"/>
          <w:lang w:val="en-GB"/>
        </w:rPr>
        <w:t>’d</w:t>
      </w:r>
      <w:r w:rsidRPr="00AD54C0">
        <w:rPr>
          <w:rFonts w:ascii="Arial" w:hAnsi="Arial"/>
          <w:lang w:val="en-GB"/>
        </w:rPr>
        <w:t xml:space="preserve"> say that one of the more interesting elements that I found, more recently, in talking with </w:t>
      </w:r>
      <w:r w:rsidR="00A94E0F">
        <w:rPr>
          <w:rFonts w:ascii="Arial" w:hAnsi="Arial"/>
          <w:lang w:val="en-GB"/>
        </w:rPr>
        <w:t>[colleagues involved in TB research]</w:t>
      </w:r>
      <w:r w:rsidRPr="00AD54C0">
        <w:rPr>
          <w:rFonts w:ascii="Arial" w:hAnsi="Arial"/>
          <w:lang w:val="en-GB"/>
        </w:rPr>
        <w:t xml:space="preserve">, </w:t>
      </w:r>
      <w:r w:rsidR="00A94E0F">
        <w:rPr>
          <w:rFonts w:ascii="Arial" w:hAnsi="Arial"/>
          <w:lang w:val="en-GB"/>
        </w:rPr>
        <w:t xml:space="preserve">is that </w:t>
      </w:r>
      <w:r w:rsidRPr="00AD54C0">
        <w:rPr>
          <w:rFonts w:ascii="Arial" w:hAnsi="Arial"/>
          <w:lang w:val="en-GB"/>
        </w:rPr>
        <w:t>even though there has been a global mechanism in the form of the Global Fund for HIV AIDS, TB and Mala</w:t>
      </w:r>
      <w:r w:rsidR="00A94E0F">
        <w:rPr>
          <w:rFonts w:ascii="Arial" w:hAnsi="Arial"/>
          <w:lang w:val="en-GB"/>
        </w:rPr>
        <w:t>ria that has been established, p</w:t>
      </w:r>
      <w:r w:rsidRPr="00AD54C0">
        <w:rPr>
          <w:rFonts w:ascii="Arial" w:hAnsi="Arial"/>
          <w:lang w:val="en-GB"/>
        </w:rPr>
        <w:t xml:space="preserve">eople don't often realize that </w:t>
      </w:r>
      <w:r w:rsidR="00A94E0F">
        <w:rPr>
          <w:rFonts w:ascii="Arial" w:hAnsi="Arial"/>
          <w:lang w:val="en-GB"/>
        </w:rPr>
        <w:t xml:space="preserve">- </w:t>
      </w:r>
      <w:r w:rsidRPr="00AD54C0">
        <w:rPr>
          <w:rFonts w:ascii="Arial" w:hAnsi="Arial"/>
          <w:lang w:val="en-GB"/>
        </w:rPr>
        <w:t xml:space="preserve">and even governments necessarily haven't fully appreciated at times </w:t>
      </w:r>
      <w:r w:rsidR="00A94E0F">
        <w:rPr>
          <w:rFonts w:ascii="Arial" w:hAnsi="Arial"/>
          <w:lang w:val="en-GB"/>
        </w:rPr>
        <w:t xml:space="preserve">- </w:t>
      </w:r>
      <w:r w:rsidRPr="00AD54C0">
        <w:rPr>
          <w:rFonts w:ascii="Arial" w:hAnsi="Arial"/>
          <w:lang w:val="en-GB"/>
        </w:rPr>
        <w:t>that when they donate money to the Global Fund, out of $7 only $1 goes to TB. So, it is still a really maj</w:t>
      </w:r>
      <w:r w:rsidR="00A94E0F">
        <w:rPr>
          <w:rFonts w:ascii="Arial" w:hAnsi="Arial"/>
          <w:lang w:val="en-GB"/>
        </w:rPr>
        <w:t>or challenge for the</w:t>
      </w:r>
      <w:r w:rsidRPr="00AD54C0">
        <w:rPr>
          <w:rFonts w:ascii="Arial" w:hAnsi="Arial"/>
          <w:lang w:val="en-GB"/>
        </w:rPr>
        <w:t xml:space="preserve"> global community. </w:t>
      </w:r>
      <w:r w:rsidR="00A94E0F">
        <w:rPr>
          <w:rFonts w:ascii="Arial" w:hAnsi="Arial"/>
          <w:lang w:val="en-GB"/>
        </w:rPr>
        <w:t xml:space="preserve">I'm </w:t>
      </w:r>
      <w:r w:rsidRPr="00AD54C0">
        <w:rPr>
          <w:rFonts w:ascii="Arial" w:hAnsi="Arial"/>
          <w:lang w:val="en-GB"/>
        </w:rPr>
        <w:t>really relieved</w:t>
      </w:r>
      <w:r w:rsidR="00A94E0F">
        <w:rPr>
          <w:rFonts w:ascii="Arial" w:hAnsi="Arial"/>
          <w:lang w:val="en-GB"/>
        </w:rPr>
        <w:t>,</w:t>
      </w:r>
      <w:r w:rsidRPr="00AD54C0">
        <w:rPr>
          <w:rFonts w:ascii="Arial" w:hAnsi="Arial"/>
          <w:lang w:val="en-GB"/>
        </w:rPr>
        <w:t xml:space="preserve"> in some ways</w:t>
      </w:r>
      <w:r w:rsidR="00A94E0F">
        <w:rPr>
          <w:rFonts w:ascii="Arial" w:hAnsi="Arial"/>
          <w:lang w:val="en-GB"/>
        </w:rPr>
        <w:t>,</w:t>
      </w:r>
      <w:r w:rsidRPr="00AD54C0">
        <w:rPr>
          <w:rFonts w:ascii="Arial" w:hAnsi="Arial"/>
          <w:lang w:val="en-GB"/>
        </w:rPr>
        <w:t xml:space="preserve"> to see it there </w:t>
      </w:r>
      <w:r w:rsidR="00A94E0F">
        <w:rPr>
          <w:rFonts w:ascii="Arial" w:hAnsi="Arial"/>
          <w:lang w:val="en-GB"/>
        </w:rPr>
        <w:t>[</w:t>
      </w:r>
      <w:r w:rsidR="00A94E0F" w:rsidRPr="00A94E0F">
        <w:rPr>
          <w:rFonts w:ascii="Arial" w:hAnsi="Arial"/>
          <w:i/>
          <w:lang w:val="en-GB"/>
        </w:rPr>
        <w:t>at the top of the global list</w:t>
      </w:r>
      <w:r w:rsidR="00A94E0F">
        <w:rPr>
          <w:rFonts w:ascii="Arial" w:hAnsi="Arial"/>
          <w:lang w:val="en-GB"/>
        </w:rPr>
        <w:t xml:space="preserve"> </w:t>
      </w:r>
      <w:r w:rsidR="00A94E0F" w:rsidRPr="00E52DFA">
        <w:rPr>
          <w:rFonts w:ascii="Arial" w:hAnsi="Arial"/>
          <w:i/>
          <w:lang w:val="en-GB"/>
        </w:rPr>
        <w:t>of prioritized diseases</w:t>
      </w:r>
      <w:r w:rsidR="00A94E0F">
        <w:rPr>
          <w:rFonts w:ascii="Arial" w:hAnsi="Arial"/>
          <w:lang w:val="en-GB"/>
        </w:rPr>
        <w:t>]</w:t>
      </w:r>
      <w:r w:rsidR="00A94E0F" w:rsidRPr="00AD54C0">
        <w:rPr>
          <w:rFonts w:ascii="Arial" w:hAnsi="Arial"/>
          <w:lang w:val="en-GB"/>
        </w:rPr>
        <w:t xml:space="preserve"> </w:t>
      </w:r>
      <w:r w:rsidRPr="00AD54C0">
        <w:rPr>
          <w:rFonts w:ascii="Arial" w:hAnsi="Arial"/>
          <w:lang w:val="en-GB"/>
        </w:rPr>
        <w:t xml:space="preserve">but </w:t>
      </w:r>
      <w:r w:rsidR="00A94E0F">
        <w:rPr>
          <w:rFonts w:ascii="Arial" w:hAnsi="Arial"/>
          <w:lang w:val="en-GB"/>
        </w:rPr>
        <w:t xml:space="preserve">there is </w:t>
      </w:r>
      <w:r w:rsidRPr="00AD54C0">
        <w:rPr>
          <w:rFonts w:ascii="Arial" w:hAnsi="Arial"/>
          <w:lang w:val="en-GB"/>
        </w:rPr>
        <w:t>so much work to do. Thanks.</w:t>
      </w:r>
    </w:p>
    <w:p w14:paraId="71DEEF49" w14:textId="77777777" w:rsidR="00B4138A" w:rsidRPr="00AD54C0" w:rsidRDefault="00B4138A" w:rsidP="00B4138A">
      <w:pPr>
        <w:spacing w:after="0" w:line="360" w:lineRule="auto"/>
        <w:jc w:val="both"/>
        <w:rPr>
          <w:lang w:val="en-GB"/>
        </w:rPr>
      </w:pPr>
    </w:p>
    <w:p w14:paraId="108EB44A" w14:textId="12970AD9" w:rsidR="00B4138A" w:rsidRPr="00AD54C0" w:rsidRDefault="00A94E0F" w:rsidP="00B4138A">
      <w:pPr>
        <w:spacing w:after="0" w:line="360" w:lineRule="auto"/>
        <w:jc w:val="both"/>
        <w:rPr>
          <w:lang w:val="en-GB"/>
        </w:rPr>
      </w:pPr>
      <w:r>
        <w:rPr>
          <w:rFonts w:ascii="Arial" w:hAnsi="Arial"/>
          <w:b/>
          <w:lang w:val="en-GB"/>
        </w:rPr>
        <w:t>Rio Facilitator 2</w:t>
      </w:r>
    </w:p>
    <w:p w14:paraId="4DA73C98" w14:textId="322A930A" w:rsidR="00B4138A" w:rsidRPr="00AD54C0" w:rsidRDefault="00A94E0F" w:rsidP="00B4138A">
      <w:pPr>
        <w:spacing w:after="0" w:line="360" w:lineRule="auto"/>
        <w:jc w:val="both"/>
        <w:rPr>
          <w:lang w:val="en-GB"/>
        </w:rPr>
      </w:pPr>
      <w:r>
        <w:rPr>
          <w:rFonts w:ascii="Arial" w:hAnsi="Arial"/>
          <w:lang w:val="en-GB"/>
        </w:rPr>
        <w:t>Could</w:t>
      </w:r>
      <w:r w:rsidR="00B4138A" w:rsidRPr="00AD54C0">
        <w:rPr>
          <w:rFonts w:ascii="Arial" w:hAnsi="Arial"/>
          <w:lang w:val="en-GB"/>
        </w:rPr>
        <w:t xml:space="preserve"> I remind the online participants </w:t>
      </w:r>
      <w:r w:rsidR="00933D5B">
        <w:rPr>
          <w:rFonts w:ascii="Arial" w:hAnsi="Arial"/>
          <w:lang w:val="en-GB"/>
        </w:rPr>
        <w:t xml:space="preserve">that you can raise your </w:t>
      </w:r>
      <w:proofErr w:type="gramStart"/>
      <w:r w:rsidR="00933D5B">
        <w:rPr>
          <w:rFonts w:ascii="Arial" w:hAnsi="Arial"/>
          <w:lang w:val="en-GB"/>
        </w:rPr>
        <w:t>hands.</w:t>
      </w:r>
      <w:proofErr w:type="gramEnd"/>
      <w:r>
        <w:rPr>
          <w:rFonts w:ascii="Arial" w:hAnsi="Arial"/>
          <w:lang w:val="en-GB"/>
        </w:rPr>
        <w:t xml:space="preserve"> Yes, Rio 53, y</w:t>
      </w:r>
      <w:r w:rsidR="00B4138A" w:rsidRPr="00AD54C0">
        <w:rPr>
          <w:rFonts w:ascii="Arial" w:hAnsi="Arial"/>
          <w:lang w:val="en-GB"/>
        </w:rPr>
        <w:t>ou can unmute yourself</w:t>
      </w:r>
    </w:p>
    <w:p w14:paraId="23CC7886" w14:textId="77777777" w:rsidR="00B4138A" w:rsidRPr="00AD54C0" w:rsidRDefault="00B4138A" w:rsidP="00B4138A">
      <w:pPr>
        <w:spacing w:after="0" w:line="360" w:lineRule="auto"/>
        <w:jc w:val="both"/>
        <w:rPr>
          <w:lang w:val="en-GB"/>
        </w:rPr>
      </w:pPr>
    </w:p>
    <w:p w14:paraId="76387655" w14:textId="1C17107B" w:rsidR="00B4138A" w:rsidRPr="00AD54C0" w:rsidRDefault="00A94E0F" w:rsidP="00B4138A">
      <w:pPr>
        <w:spacing w:after="0" w:line="360" w:lineRule="auto"/>
        <w:jc w:val="both"/>
        <w:rPr>
          <w:lang w:val="en-GB"/>
        </w:rPr>
      </w:pPr>
      <w:r>
        <w:rPr>
          <w:rFonts w:ascii="Arial" w:hAnsi="Arial"/>
          <w:b/>
          <w:lang w:val="en-GB"/>
        </w:rPr>
        <w:t>Rio 53</w:t>
      </w:r>
    </w:p>
    <w:p w14:paraId="3293A03B" w14:textId="1FAA2362" w:rsidR="00B4138A" w:rsidRPr="00AD54C0" w:rsidRDefault="00A94E0F" w:rsidP="00B4138A">
      <w:pPr>
        <w:spacing w:after="0" w:line="360" w:lineRule="auto"/>
        <w:jc w:val="both"/>
        <w:rPr>
          <w:lang w:val="en-GB"/>
        </w:rPr>
      </w:pPr>
      <w:r w:rsidRPr="00A94E0F">
        <w:rPr>
          <w:rFonts w:ascii="Arial" w:hAnsi="Arial"/>
          <w:lang w:val="en-GB"/>
        </w:rPr>
        <w:t>Hello good</w:t>
      </w:r>
      <w:r w:rsidR="00B4138A" w:rsidRPr="00AD54C0">
        <w:rPr>
          <w:rFonts w:ascii="Arial" w:hAnsi="Arial"/>
          <w:lang w:val="en-GB"/>
        </w:rPr>
        <w:t xml:space="preserve"> morning</w:t>
      </w:r>
      <w:r>
        <w:rPr>
          <w:lang w:val="en-GB"/>
        </w:rPr>
        <w:t xml:space="preserve">. </w:t>
      </w:r>
      <w:r>
        <w:rPr>
          <w:rFonts w:ascii="Arial" w:hAnsi="Arial"/>
          <w:lang w:val="en-GB"/>
        </w:rPr>
        <w:t>A</w:t>
      </w:r>
      <w:r w:rsidR="00B4138A" w:rsidRPr="00AD54C0">
        <w:rPr>
          <w:rFonts w:ascii="Arial" w:hAnsi="Arial"/>
          <w:lang w:val="en-GB"/>
        </w:rPr>
        <w:t>ntimicrobial resistance although it was at the bottom</w:t>
      </w:r>
      <w:r>
        <w:rPr>
          <w:rFonts w:ascii="Arial" w:hAnsi="Arial"/>
          <w:lang w:val="en-GB"/>
        </w:rPr>
        <w:t xml:space="preserve"> [</w:t>
      </w:r>
      <w:r w:rsidRPr="00E52DFA">
        <w:rPr>
          <w:rFonts w:ascii="Arial" w:hAnsi="Arial"/>
          <w:i/>
          <w:lang w:val="en-GB"/>
        </w:rPr>
        <w:t xml:space="preserve">of </w:t>
      </w:r>
      <w:r>
        <w:rPr>
          <w:rFonts w:ascii="Arial" w:hAnsi="Arial"/>
          <w:i/>
          <w:lang w:val="en-GB"/>
        </w:rPr>
        <w:t xml:space="preserve">the list of </w:t>
      </w:r>
      <w:r w:rsidRPr="00E52DFA">
        <w:rPr>
          <w:rFonts w:ascii="Arial" w:hAnsi="Arial"/>
          <w:i/>
          <w:lang w:val="en-GB"/>
        </w:rPr>
        <w:t>prioritized diseases</w:t>
      </w:r>
      <w:r>
        <w:rPr>
          <w:rFonts w:ascii="Arial" w:hAnsi="Arial"/>
          <w:i/>
          <w:lang w:val="en-GB"/>
        </w:rPr>
        <w:t xml:space="preserve"> in the LAC region</w:t>
      </w:r>
      <w:r>
        <w:rPr>
          <w:rFonts w:ascii="Arial" w:hAnsi="Arial"/>
          <w:lang w:val="en-GB"/>
        </w:rPr>
        <w:t>]</w:t>
      </w:r>
      <w:r w:rsidR="00B4138A" w:rsidRPr="00AD54C0">
        <w:rPr>
          <w:rFonts w:ascii="Arial" w:hAnsi="Arial"/>
          <w:lang w:val="en-GB"/>
        </w:rPr>
        <w:t xml:space="preserve">, it is a very important issue, a neglected disease. Nosocomial diseases are </w:t>
      </w:r>
      <w:r w:rsidR="00B4138A" w:rsidRPr="00AD54C0">
        <w:rPr>
          <w:rFonts w:ascii="Arial" w:hAnsi="Arial"/>
          <w:lang w:val="en-GB"/>
        </w:rPr>
        <w:lastRenderedPageBreak/>
        <w:t>not regarded</w:t>
      </w:r>
      <w:r>
        <w:rPr>
          <w:rFonts w:ascii="Arial" w:hAnsi="Arial"/>
          <w:lang w:val="en-GB"/>
        </w:rPr>
        <w:t xml:space="preserve"> with</w:t>
      </w:r>
      <w:r w:rsidR="00B4138A" w:rsidRPr="00AD54C0">
        <w:rPr>
          <w:rFonts w:ascii="Arial" w:hAnsi="Arial"/>
          <w:lang w:val="en-GB"/>
        </w:rPr>
        <w:t xml:space="preserve"> as </w:t>
      </w:r>
      <w:r>
        <w:rPr>
          <w:rFonts w:ascii="Arial" w:hAnsi="Arial"/>
          <w:lang w:val="en-GB"/>
        </w:rPr>
        <w:t xml:space="preserve">much </w:t>
      </w:r>
      <w:r w:rsidR="00B4138A" w:rsidRPr="00AD54C0">
        <w:rPr>
          <w:rFonts w:ascii="Arial" w:hAnsi="Arial"/>
          <w:lang w:val="en-GB"/>
        </w:rPr>
        <w:t>important as they should</w:t>
      </w:r>
      <w:r>
        <w:rPr>
          <w:rFonts w:ascii="Arial" w:hAnsi="Arial"/>
          <w:lang w:val="en-GB"/>
        </w:rPr>
        <w:t xml:space="preserve"> be</w:t>
      </w:r>
      <w:r w:rsidR="00B4138A" w:rsidRPr="00AD54C0">
        <w:rPr>
          <w:rFonts w:ascii="Arial" w:hAnsi="Arial"/>
          <w:lang w:val="en-GB"/>
        </w:rPr>
        <w:t xml:space="preserve">. We need an approach of implementation research and knowledge of their impact in the region. </w:t>
      </w:r>
    </w:p>
    <w:p w14:paraId="6476C0A3" w14:textId="77777777" w:rsidR="00B4138A" w:rsidRPr="00AD54C0" w:rsidRDefault="00B4138A" w:rsidP="00B4138A">
      <w:pPr>
        <w:spacing w:after="0" w:line="360" w:lineRule="auto"/>
        <w:jc w:val="both"/>
        <w:rPr>
          <w:lang w:val="en-GB"/>
        </w:rPr>
      </w:pPr>
    </w:p>
    <w:p w14:paraId="4FC9B71B" w14:textId="4FA34871" w:rsidR="00B4138A" w:rsidRPr="00AD54C0" w:rsidRDefault="00A94E0F" w:rsidP="00B4138A">
      <w:pPr>
        <w:spacing w:after="0" w:line="360" w:lineRule="auto"/>
        <w:jc w:val="both"/>
        <w:rPr>
          <w:lang w:val="en-GB"/>
        </w:rPr>
      </w:pPr>
      <w:proofErr w:type="spellStart"/>
      <w:r>
        <w:rPr>
          <w:rFonts w:ascii="Arial" w:hAnsi="Arial"/>
          <w:b/>
          <w:lang w:val="en-GB"/>
        </w:rPr>
        <w:t>Wellcome</w:t>
      </w:r>
      <w:proofErr w:type="spellEnd"/>
      <w:r>
        <w:rPr>
          <w:rFonts w:ascii="Arial" w:hAnsi="Arial"/>
          <w:b/>
          <w:lang w:val="en-GB"/>
        </w:rPr>
        <w:t xml:space="preserve"> Representative 1</w:t>
      </w:r>
    </w:p>
    <w:p w14:paraId="088274F5" w14:textId="2C27E2E2" w:rsidR="00B4138A" w:rsidRPr="00AD54C0" w:rsidRDefault="00B4138A" w:rsidP="00B4138A">
      <w:pPr>
        <w:spacing w:after="0" w:line="360" w:lineRule="auto"/>
        <w:jc w:val="both"/>
        <w:rPr>
          <w:lang w:val="en-GB"/>
        </w:rPr>
      </w:pPr>
      <w:r w:rsidRPr="00AD54C0">
        <w:rPr>
          <w:rFonts w:ascii="Arial" w:hAnsi="Arial"/>
          <w:lang w:val="en-GB"/>
        </w:rPr>
        <w:t xml:space="preserve">I think, </w:t>
      </w:r>
      <w:r w:rsidR="00A94E0F">
        <w:rPr>
          <w:rFonts w:ascii="Arial" w:hAnsi="Arial"/>
          <w:lang w:val="en-GB"/>
        </w:rPr>
        <w:t xml:space="preserve">Rio </w:t>
      </w:r>
      <w:r w:rsidRPr="00AD54C0">
        <w:rPr>
          <w:rFonts w:ascii="Arial" w:hAnsi="Arial"/>
          <w:lang w:val="en-GB"/>
        </w:rPr>
        <w:t>31 when you touched upon TB, I think that's the kind of context that we're really looking for here. You know, looking at this list</w:t>
      </w:r>
      <w:r w:rsidR="00A94E0F">
        <w:rPr>
          <w:rFonts w:ascii="Arial" w:hAnsi="Arial"/>
          <w:lang w:val="en-GB"/>
        </w:rPr>
        <w:t>, having d</w:t>
      </w:r>
      <w:r w:rsidRPr="00AD54C0">
        <w:rPr>
          <w:rFonts w:ascii="Arial" w:hAnsi="Arial"/>
          <w:lang w:val="en-GB"/>
        </w:rPr>
        <w:t xml:space="preserve">engue at the </w:t>
      </w:r>
      <w:r w:rsidR="00A94E0F">
        <w:rPr>
          <w:rFonts w:ascii="Arial" w:hAnsi="Arial"/>
          <w:lang w:val="en-GB"/>
        </w:rPr>
        <w:t xml:space="preserve">highest prioritized disease in LAC, this is about going into why </w:t>
      </w:r>
      <w:r w:rsidRPr="00AD54C0">
        <w:rPr>
          <w:rFonts w:ascii="Arial" w:hAnsi="Arial"/>
          <w:lang w:val="en-GB"/>
        </w:rPr>
        <w:t>that</w:t>
      </w:r>
      <w:r w:rsidR="00A94E0F">
        <w:rPr>
          <w:rFonts w:ascii="Arial" w:hAnsi="Arial"/>
          <w:lang w:val="en-GB"/>
        </w:rPr>
        <w:t>’s</w:t>
      </w:r>
      <w:r w:rsidRPr="00AD54C0">
        <w:rPr>
          <w:rFonts w:ascii="Arial" w:hAnsi="Arial"/>
          <w:lang w:val="en-GB"/>
        </w:rPr>
        <w:t xml:space="preserve"> the case, and going into some of the country specific explanation around that, I think that'd be really valuable. So just wanted to reiterate that</w:t>
      </w:r>
      <w:r w:rsidR="00A94E0F">
        <w:rPr>
          <w:rFonts w:ascii="Arial" w:hAnsi="Arial"/>
          <w:lang w:val="en-GB"/>
        </w:rPr>
        <w:t>,</w:t>
      </w:r>
      <w:r w:rsidRPr="00AD54C0">
        <w:rPr>
          <w:rFonts w:ascii="Arial" w:hAnsi="Arial"/>
          <w:lang w:val="en-GB"/>
        </w:rPr>
        <w:t xml:space="preserve"> thank you very much.</w:t>
      </w:r>
    </w:p>
    <w:p w14:paraId="0FCD8EEF" w14:textId="77777777" w:rsidR="00B4138A" w:rsidRPr="00AD54C0" w:rsidRDefault="00B4138A" w:rsidP="00B4138A">
      <w:pPr>
        <w:spacing w:after="0" w:line="360" w:lineRule="auto"/>
        <w:jc w:val="both"/>
        <w:rPr>
          <w:lang w:val="en-GB"/>
        </w:rPr>
      </w:pPr>
    </w:p>
    <w:p w14:paraId="5BF11594" w14:textId="427C6B28" w:rsidR="00B4138A" w:rsidRPr="00AD54C0" w:rsidRDefault="00A94E0F" w:rsidP="00B4138A">
      <w:pPr>
        <w:spacing w:after="0" w:line="360" w:lineRule="auto"/>
        <w:jc w:val="both"/>
        <w:rPr>
          <w:lang w:val="en-GB"/>
        </w:rPr>
      </w:pPr>
      <w:r>
        <w:rPr>
          <w:rFonts w:ascii="Arial" w:hAnsi="Arial"/>
          <w:b/>
          <w:lang w:val="en-GB"/>
        </w:rPr>
        <w:t>Rio 5</w:t>
      </w:r>
    </w:p>
    <w:p w14:paraId="4AD5B5CB" w14:textId="0D512A39" w:rsidR="00B4138A" w:rsidRPr="00AD54C0" w:rsidRDefault="00A94E0F" w:rsidP="00B4138A">
      <w:pPr>
        <w:spacing w:after="0" w:line="360" w:lineRule="auto"/>
        <w:jc w:val="both"/>
        <w:rPr>
          <w:lang w:val="en-GB"/>
        </w:rPr>
      </w:pPr>
      <w:r>
        <w:rPr>
          <w:rFonts w:ascii="Arial" w:hAnsi="Arial"/>
          <w:lang w:val="en-GB"/>
        </w:rPr>
        <w:t xml:space="preserve">Good morning. </w:t>
      </w:r>
      <w:r w:rsidR="00B4138A" w:rsidRPr="00AD54C0">
        <w:rPr>
          <w:rFonts w:ascii="Arial" w:hAnsi="Arial"/>
          <w:lang w:val="en-GB"/>
        </w:rPr>
        <w:t>I wanted to comment on the priority of antimicrobial resistance. I'm doing so from my context, both as a person who works in the Caribbean and also a person who works in the clinical environment. And I feel that unlike all the other diseases that are listed, it may not re</w:t>
      </w:r>
      <w:r>
        <w:rPr>
          <w:rFonts w:ascii="Arial" w:hAnsi="Arial"/>
          <w:lang w:val="en-GB"/>
        </w:rPr>
        <w:t xml:space="preserve">ceive as much attention because, </w:t>
      </w:r>
      <w:r w:rsidR="00B4138A" w:rsidRPr="00AD54C0">
        <w:rPr>
          <w:rFonts w:ascii="Arial" w:hAnsi="Arial"/>
          <w:lang w:val="en-GB"/>
        </w:rPr>
        <w:t>at least in the Caribbean context, there is not the surveillance. So most low- and middle-income countries have very strong public health surveillance for conditions like TB, HIV, malaria, etc. However, they lack that sort of surveillance for antimicrobial resistance, which is usually at an institutional level. So, I feel tha</w:t>
      </w:r>
      <w:r w:rsidR="008B328A">
        <w:rPr>
          <w:rFonts w:ascii="Arial" w:hAnsi="Arial"/>
          <w:lang w:val="en-GB"/>
        </w:rPr>
        <w:t>t it is under recognized as a</w:t>
      </w:r>
      <w:r w:rsidR="00B4138A" w:rsidRPr="00AD54C0">
        <w:rPr>
          <w:rFonts w:ascii="Arial" w:hAnsi="Arial"/>
          <w:lang w:val="en-GB"/>
        </w:rPr>
        <w:t xml:space="preserve"> g</w:t>
      </w:r>
      <w:r w:rsidR="008B328A">
        <w:rPr>
          <w:rFonts w:ascii="Arial" w:hAnsi="Arial"/>
          <w:lang w:val="en-GB"/>
        </w:rPr>
        <w:t>lobal emerging threat</w:t>
      </w:r>
      <w:r w:rsidR="00B4138A" w:rsidRPr="00AD54C0">
        <w:rPr>
          <w:rFonts w:ascii="Arial" w:hAnsi="Arial"/>
          <w:lang w:val="en-GB"/>
        </w:rPr>
        <w:t xml:space="preserve"> simply because we do not have national surveillance systems. So,</w:t>
      </w:r>
      <w:r w:rsidR="008B328A">
        <w:rPr>
          <w:rFonts w:ascii="Arial" w:hAnsi="Arial"/>
          <w:lang w:val="en-GB"/>
        </w:rPr>
        <w:t xml:space="preserve"> I feel that its prioritisation needs to be higher.</w:t>
      </w:r>
    </w:p>
    <w:p w14:paraId="03ABFD39" w14:textId="77777777" w:rsidR="00B4138A" w:rsidRPr="00AD54C0" w:rsidRDefault="00B4138A" w:rsidP="00B4138A">
      <w:pPr>
        <w:spacing w:after="0" w:line="360" w:lineRule="auto"/>
        <w:jc w:val="both"/>
        <w:rPr>
          <w:lang w:val="en-GB"/>
        </w:rPr>
      </w:pPr>
    </w:p>
    <w:p w14:paraId="781E2A54" w14:textId="31448BF6" w:rsidR="00B4138A" w:rsidRPr="00AD54C0" w:rsidRDefault="008B328A" w:rsidP="00B4138A">
      <w:pPr>
        <w:spacing w:after="0" w:line="360" w:lineRule="auto"/>
        <w:jc w:val="both"/>
        <w:rPr>
          <w:lang w:val="en-GB"/>
        </w:rPr>
      </w:pPr>
      <w:r>
        <w:rPr>
          <w:rFonts w:ascii="Arial" w:hAnsi="Arial"/>
          <w:b/>
          <w:lang w:val="en-GB"/>
        </w:rPr>
        <w:t>Rio 39</w:t>
      </w:r>
    </w:p>
    <w:p w14:paraId="7A9CCE92" w14:textId="77777777" w:rsidR="00532B03" w:rsidRDefault="00B4138A" w:rsidP="00B4138A">
      <w:pPr>
        <w:spacing w:after="0" w:line="360" w:lineRule="auto"/>
        <w:jc w:val="both"/>
        <w:rPr>
          <w:rFonts w:ascii="Arial" w:hAnsi="Arial"/>
          <w:lang w:val="en-GB"/>
        </w:rPr>
      </w:pPr>
      <w:r w:rsidRPr="00AD54C0">
        <w:rPr>
          <w:rFonts w:ascii="Arial" w:hAnsi="Arial"/>
          <w:lang w:val="en-GB"/>
        </w:rPr>
        <w:t>I do research in deng</w:t>
      </w:r>
      <w:r w:rsidR="008B328A">
        <w:rPr>
          <w:rFonts w:ascii="Arial" w:hAnsi="Arial"/>
          <w:lang w:val="en-GB"/>
        </w:rPr>
        <w:t>ue, but I would prioritise TB,</w:t>
      </w:r>
      <w:r w:rsidRPr="00AD54C0">
        <w:rPr>
          <w:rFonts w:ascii="Arial" w:hAnsi="Arial"/>
          <w:lang w:val="en-GB"/>
        </w:rPr>
        <w:t xml:space="preserve"> simply because this is</w:t>
      </w:r>
      <w:r w:rsidR="008B328A">
        <w:rPr>
          <w:rFonts w:ascii="Arial" w:hAnsi="Arial"/>
          <w:lang w:val="en-GB"/>
        </w:rPr>
        <w:t xml:space="preserve"> the</w:t>
      </w:r>
      <w:r w:rsidRPr="00AD54C0">
        <w:rPr>
          <w:rFonts w:ascii="Arial" w:hAnsi="Arial"/>
          <w:lang w:val="en-GB"/>
        </w:rPr>
        <w:t xml:space="preserve"> infectious disease with the </w:t>
      </w:r>
      <w:r w:rsidR="008B328A">
        <w:rPr>
          <w:rFonts w:ascii="Arial" w:hAnsi="Arial"/>
          <w:lang w:val="en-GB"/>
        </w:rPr>
        <w:t>highest level of mortality. I</w:t>
      </w:r>
      <w:r w:rsidRPr="00AD54C0">
        <w:rPr>
          <w:rFonts w:ascii="Arial" w:hAnsi="Arial"/>
          <w:lang w:val="en-GB"/>
        </w:rPr>
        <w:t xml:space="preserve">n my city, one person dies every three days </w:t>
      </w:r>
      <w:r w:rsidR="008B328A">
        <w:rPr>
          <w:rFonts w:ascii="Arial" w:hAnsi="Arial"/>
          <w:lang w:val="en-GB"/>
        </w:rPr>
        <w:t>due to TB.</w:t>
      </w:r>
      <w:r w:rsidRPr="00AD54C0">
        <w:rPr>
          <w:rFonts w:ascii="Arial" w:hAnsi="Arial"/>
          <w:lang w:val="en-GB"/>
        </w:rPr>
        <w:t xml:space="preserve"> </w:t>
      </w:r>
      <w:r w:rsidR="008B328A">
        <w:rPr>
          <w:rFonts w:ascii="Arial" w:hAnsi="Arial"/>
          <w:lang w:val="en-GB"/>
        </w:rPr>
        <w:t>W</w:t>
      </w:r>
      <w:r w:rsidRPr="00AD54C0">
        <w:rPr>
          <w:rFonts w:ascii="Arial" w:hAnsi="Arial"/>
          <w:lang w:val="en-GB"/>
        </w:rPr>
        <w:t xml:space="preserve">e have haven't had any mortality with dengue, but every three </w:t>
      </w:r>
      <w:r w:rsidR="008B328A">
        <w:rPr>
          <w:rFonts w:ascii="Arial" w:hAnsi="Arial"/>
          <w:lang w:val="en-GB"/>
        </w:rPr>
        <w:t>days, one person dies from TB.</w:t>
      </w:r>
      <w:r w:rsidRPr="00AD54C0">
        <w:rPr>
          <w:rFonts w:ascii="Arial" w:hAnsi="Arial"/>
          <w:lang w:val="en-GB"/>
        </w:rPr>
        <w:t xml:space="preserve"> I believe that the incentive of discussing</w:t>
      </w:r>
      <w:r w:rsidR="008B328A">
        <w:rPr>
          <w:rFonts w:ascii="Arial" w:hAnsi="Arial"/>
          <w:lang w:val="en-GB"/>
        </w:rPr>
        <w:t>,</w:t>
      </w:r>
      <w:r w:rsidRPr="00AD54C0">
        <w:rPr>
          <w:rFonts w:ascii="Arial" w:hAnsi="Arial"/>
          <w:lang w:val="en-GB"/>
        </w:rPr>
        <w:t xml:space="preserve"> arguing about TB is</w:t>
      </w:r>
      <w:r w:rsidR="008B328A">
        <w:rPr>
          <w:rFonts w:ascii="Arial" w:hAnsi="Arial"/>
          <w:lang w:val="en-GB"/>
        </w:rPr>
        <w:t xml:space="preserve"> the question -</w:t>
      </w:r>
      <w:r w:rsidRPr="00AD54C0">
        <w:rPr>
          <w:rFonts w:ascii="Arial" w:hAnsi="Arial"/>
          <w:lang w:val="en-GB"/>
        </w:rPr>
        <w:t xml:space="preserve"> what is going on? Why </w:t>
      </w:r>
      <w:r w:rsidR="008B328A">
        <w:rPr>
          <w:rFonts w:ascii="Arial" w:hAnsi="Arial"/>
          <w:lang w:val="en-GB"/>
        </w:rPr>
        <w:t>aren’t we having</w:t>
      </w:r>
      <w:r w:rsidRPr="00AD54C0">
        <w:rPr>
          <w:rFonts w:ascii="Arial" w:hAnsi="Arial"/>
          <w:lang w:val="en-GB"/>
        </w:rPr>
        <w:t xml:space="preserve"> an impact on </w:t>
      </w:r>
      <w:r w:rsidR="008B328A">
        <w:rPr>
          <w:rFonts w:ascii="Arial" w:hAnsi="Arial"/>
          <w:lang w:val="en-GB"/>
        </w:rPr>
        <w:t>different TB scenarios? I believe there are</w:t>
      </w:r>
      <w:r w:rsidRPr="00AD54C0">
        <w:rPr>
          <w:rFonts w:ascii="Arial" w:hAnsi="Arial"/>
          <w:lang w:val="en-GB"/>
        </w:rPr>
        <w:t xml:space="preserve"> different social determinants</w:t>
      </w:r>
      <w:r w:rsidR="008B328A">
        <w:rPr>
          <w:rFonts w:ascii="Arial" w:hAnsi="Arial"/>
          <w:lang w:val="en-GB"/>
        </w:rPr>
        <w:t xml:space="preserve">. </w:t>
      </w:r>
      <w:r w:rsidRPr="00AD54C0">
        <w:rPr>
          <w:rFonts w:ascii="Arial" w:hAnsi="Arial"/>
          <w:lang w:val="en-GB"/>
        </w:rPr>
        <w:t>Drugs</w:t>
      </w:r>
      <w:r w:rsidR="008B328A">
        <w:rPr>
          <w:rFonts w:ascii="Arial" w:hAnsi="Arial"/>
          <w:lang w:val="en-GB"/>
        </w:rPr>
        <w:t xml:space="preserve"> and individual control</w:t>
      </w:r>
      <w:r w:rsidRPr="00AD54C0">
        <w:rPr>
          <w:rFonts w:ascii="Arial" w:hAnsi="Arial"/>
          <w:lang w:val="en-GB"/>
        </w:rPr>
        <w:t xml:space="preserve"> aren't enough. This scenario is too complex and it goes beyond</w:t>
      </w:r>
      <w:r w:rsidR="008B328A">
        <w:rPr>
          <w:rFonts w:ascii="Arial" w:hAnsi="Arial"/>
          <w:lang w:val="en-GB"/>
        </w:rPr>
        <w:t xml:space="preserve"> biomedical knowledge. H</w:t>
      </w:r>
      <w:r w:rsidRPr="00AD54C0">
        <w:rPr>
          <w:rFonts w:ascii="Arial" w:hAnsi="Arial"/>
          <w:lang w:val="en-GB"/>
        </w:rPr>
        <w:t xml:space="preserve">ow can we integrate this with other disciplines and knowledge including </w:t>
      </w:r>
      <w:r w:rsidR="008B328A">
        <w:rPr>
          <w:rFonts w:ascii="Arial" w:hAnsi="Arial"/>
          <w:lang w:val="en-GB"/>
        </w:rPr>
        <w:t xml:space="preserve">addressing </w:t>
      </w:r>
      <w:r w:rsidRPr="00AD54C0">
        <w:rPr>
          <w:rFonts w:ascii="Arial" w:hAnsi="Arial"/>
          <w:lang w:val="en-GB"/>
        </w:rPr>
        <w:t>the</w:t>
      </w:r>
      <w:r w:rsidR="008B328A">
        <w:rPr>
          <w:rFonts w:ascii="Arial" w:hAnsi="Arial"/>
          <w:lang w:val="en-GB"/>
        </w:rPr>
        <w:t xml:space="preserve"> stigma that </w:t>
      </w:r>
      <w:r w:rsidRPr="00AD54C0">
        <w:rPr>
          <w:rFonts w:ascii="Arial" w:hAnsi="Arial"/>
          <w:lang w:val="en-GB"/>
        </w:rPr>
        <w:t>TB</w:t>
      </w:r>
      <w:r w:rsidR="008B328A">
        <w:rPr>
          <w:rFonts w:ascii="Arial" w:hAnsi="Arial"/>
          <w:lang w:val="en-GB"/>
        </w:rPr>
        <w:t xml:space="preserve"> creates</w:t>
      </w:r>
      <w:r w:rsidR="006279FC">
        <w:rPr>
          <w:rFonts w:ascii="Arial" w:hAnsi="Arial"/>
          <w:lang w:val="en-GB"/>
        </w:rPr>
        <w:t>?</w:t>
      </w:r>
      <w:r w:rsidRPr="00AD54C0">
        <w:rPr>
          <w:rFonts w:ascii="Arial" w:hAnsi="Arial"/>
          <w:lang w:val="en-GB"/>
        </w:rPr>
        <w:t xml:space="preserve"> Then </w:t>
      </w:r>
      <w:r w:rsidR="00466DCC">
        <w:rPr>
          <w:rFonts w:ascii="Arial" w:hAnsi="Arial"/>
          <w:lang w:val="en-GB"/>
        </w:rPr>
        <w:t>is d</w:t>
      </w:r>
      <w:r w:rsidRPr="00AD54C0">
        <w:rPr>
          <w:rFonts w:ascii="Arial" w:hAnsi="Arial"/>
          <w:lang w:val="en-GB"/>
        </w:rPr>
        <w:t xml:space="preserve">engue a priority? Yes and no, </w:t>
      </w:r>
      <w:r w:rsidR="00532B03">
        <w:rPr>
          <w:rFonts w:ascii="Arial" w:hAnsi="Arial"/>
          <w:lang w:val="en-GB"/>
        </w:rPr>
        <w:t>and it’s down to</w:t>
      </w:r>
      <w:r w:rsidRPr="00AD54C0">
        <w:rPr>
          <w:rFonts w:ascii="Arial" w:hAnsi="Arial"/>
          <w:lang w:val="en-GB"/>
        </w:rPr>
        <w:t xml:space="preserve"> the surveillance </w:t>
      </w:r>
      <w:r w:rsidR="00466DCC">
        <w:rPr>
          <w:rFonts w:ascii="Arial" w:hAnsi="Arial"/>
          <w:lang w:val="en-GB"/>
        </w:rPr>
        <w:t>of d</w:t>
      </w:r>
      <w:r w:rsidRPr="00AD54C0">
        <w:rPr>
          <w:rFonts w:ascii="Arial" w:hAnsi="Arial"/>
          <w:lang w:val="en-GB"/>
        </w:rPr>
        <w:t xml:space="preserve">engue. </w:t>
      </w:r>
      <w:r w:rsidR="00466DCC">
        <w:rPr>
          <w:rFonts w:ascii="Arial" w:hAnsi="Arial"/>
          <w:lang w:val="en-GB"/>
        </w:rPr>
        <w:t>W</w:t>
      </w:r>
      <w:r w:rsidRPr="00AD54C0">
        <w:rPr>
          <w:rFonts w:ascii="Arial" w:hAnsi="Arial"/>
          <w:lang w:val="en-GB"/>
        </w:rPr>
        <w:t xml:space="preserve">e do not do any surveillance on </w:t>
      </w:r>
      <w:r w:rsidR="00466DCC">
        <w:rPr>
          <w:rFonts w:ascii="Arial" w:hAnsi="Arial"/>
          <w:lang w:val="en-GB"/>
        </w:rPr>
        <w:t>d</w:t>
      </w:r>
      <w:r w:rsidRPr="00AD54C0">
        <w:rPr>
          <w:rFonts w:ascii="Arial" w:hAnsi="Arial"/>
          <w:lang w:val="en-GB"/>
        </w:rPr>
        <w:t>engue;</w:t>
      </w:r>
      <w:r w:rsidR="00532B03">
        <w:rPr>
          <w:rFonts w:ascii="Arial" w:hAnsi="Arial"/>
          <w:lang w:val="en-GB"/>
        </w:rPr>
        <w:t xml:space="preserve"> we do surveillance of</w:t>
      </w:r>
      <w:r w:rsidRPr="00AD54C0">
        <w:rPr>
          <w:rFonts w:ascii="Arial" w:hAnsi="Arial"/>
          <w:lang w:val="en-GB"/>
        </w:rPr>
        <w:t xml:space="preserve"> febrile syndrome</w:t>
      </w:r>
      <w:r w:rsidR="00532B03">
        <w:rPr>
          <w:rFonts w:ascii="Arial" w:hAnsi="Arial"/>
          <w:lang w:val="en-GB"/>
        </w:rPr>
        <w:t>s</w:t>
      </w:r>
      <w:r w:rsidR="00466DCC">
        <w:rPr>
          <w:rFonts w:ascii="Arial" w:hAnsi="Arial"/>
          <w:lang w:val="en-GB"/>
        </w:rPr>
        <w:t>. W</w:t>
      </w:r>
      <w:r w:rsidRPr="00AD54C0">
        <w:rPr>
          <w:rFonts w:ascii="Arial" w:hAnsi="Arial"/>
          <w:lang w:val="en-GB"/>
        </w:rPr>
        <w:t xml:space="preserve">hat we see is not </w:t>
      </w:r>
      <w:r w:rsidR="00466DCC">
        <w:rPr>
          <w:rFonts w:ascii="Arial" w:hAnsi="Arial"/>
          <w:lang w:val="en-GB"/>
        </w:rPr>
        <w:t>d</w:t>
      </w:r>
      <w:r w:rsidRPr="00AD54C0">
        <w:rPr>
          <w:rFonts w:ascii="Arial" w:hAnsi="Arial"/>
          <w:lang w:val="en-GB"/>
        </w:rPr>
        <w:t>engue but</w:t>
      </w:r>
      <w:r w:rsidR="00466DCC">
        <w:rPr>
          <w:rFonts w:ascii="Arial" w:hAnsi="Arial"/>
          <w:lang w:val="en-GB"/>
        </w:rPr>
        <w:t xml:space="preserve"> a febrile</w:t>
      </w:r>
      <w:r w:rsidRPr="00AD54C0">
        <w:rPr>
          <w:rFonts w:ascii="Arial" w:hAnsi="Arial"/>
          <w:lang w:val="en-GB"/>
        </w:rPr>
        <w:t xml:space="preserve"> syndrome that is similar to many other diseases. </w:t>
      </w:r>
      <w:r w:rsidR="00466DCC">
        <w:rPr>
          <w:rFonts w:ascii="Arial" w:hAnsi="Arial"/>
          <w:lang w:val="en-GB"/>
        </w:rPr>
        <w:t>Hence</w:t>
      </w:r>
      <w:r w:rsidRPr="00AD54C0">
        <w:rPr>
          <w:rFonts w:ascii="Arial" w:hAnsi="Arial"/>
          <w:lang w:val="en-GB"/>
        </w:rPr>
        <w:t>, the diagnosis of dengue is very bad. T</w:t>
      </w:r>
      <w:r w:rsidR="00466DCC">
        <w:rPr>
          <w:rFonts w:ascii="Arial" w:hAnsi="Arial"/>
          <w:lang w:val="en-GB"/>
        </w:rPr>
        <w:t>he sensitivity of diagnostics in real life</w:t>
      </w:r>
      <w:r w:rsidRPr="00AD54C0">
        <w:rPr>
          <w:rFonts w:ascii="Arial" w:hAnsi="Arial"/>
          <w:lang w:val="en-GB"/>
        </w:rPr>
        <w:t xml:space="preserve"> </w:t>
      </w:r>
      <w:r w:rsidR="00466DCC">
        <w:rPr>
          <w:rFonts w:ascii="Arial" w:hAnsi="Arial"/>
          <w:lang w:val="en-GB"/>
        </w:rPr>
        <w:t xml:space="preserve">is </w:t>
      </w:r>
      <w:r w:rsidRPr="00AD54C0">
        <w:rPr>
          <w:rFonts w:ascii="Arial" w:hAnsi="Arial"/>
          <w:lang w:val="en-GB"/>
        </w:rPr>
        <w:t>not that published by the pharmaceuticals</w:t>
      </w:r>
      <w:r w:rsidR="00466DCC">
        <w:rPr>
          <w:rFonts w:ascii="Arial" w:hAnsi="Arial"/>
          <w:lang w:val="en-GB"/>
        </w:rPr>
        <w:t xml:space="preserve"> companies</w:t>
      </w:r>
      <w:r w:rsidRPr="00AD54C0">
        <w:rPr>
          <w:rFonts w:ascii="Arial" w:hAnsi="Arial"/>
          <w:lang w:val="en-GB"/>
        </w:rPr>
        <w:t xml:space="preserve"> that claim that the results are 100%</w:t>
      </w:r>
      <w:r w:rsidR="00466DCC">
        <w:rPr>
          <w:rFonts w:ascii="Arial" w:hAnsi="Arial"/>
          <w:lang w:val="en-GB"/>
        </w:rPr>
        <w:t xml:space="preserve"> accurate - this</w:t>
      </w:r>
      <w:r w:rsidRPr="00AD54C0">
        <w:rPr>
          <w:rFonts w:ascii="Arial" w:hAnsi="Arial"/>
          <w:lang w:val="en-GB"/>
        </w:rPr>
        <w:t xml:space="preserve"> is false. </w:t>
      </w:r>
      <w:r w:rsidR="00466DCC">
        <w:rPr>
          <w:rFonts w:ascii="Arial" w:hAnsi="Arial"/>
          <w:lang w:val="en-GB"/>
        </w:rPr>
        <w:t>So, d</w:t>
      </w:r>
      <w:r w:rsidRPr="00AD54C0">
        <w:rPr>
          <w:rFonts w:ascii="Arial" w:hAnsi="Arial"/>
          <w:lang w:val="en-GB"/>
        </w:rPr>
        <w:t>octors</w:t>
      </w:r>
      <w:r w:rsidR="00466DCC">
        <w:rPr>
          <w:rFonts w:ascii="Arial" w:hAnsi="Arial"/>
          <w:lang w:val="en-GB"/>
        </w:rPr>
        <w:t xml:space="preserve"> are</w:t>
      </w:r>
      <w:r w:rsidRPr="00AD54C0">
        <w:rPr>
          <w:rFonts w:ascii="Arial" w:hAnsi="Arial"/>
          <w:lang w:val="en-GB"/>
        </w:rPr>
        <w:t xml:space="preserve"> </w:t>
      </w:r>
      <w:r w:rsidR="00466DCC">
        <w:rPr>
          <w:rFonts w:ascii="Arial" w:hAnsi="Arial"/>
          <w:lang w:val="en-GB"/>
        </w:rPr>
        <w:t xml:space="preserve">required to provide a </w:t>
      </w:r>
      <w:r w:rsidR="00532B03">
        <w:rPr>
          <w:rFonts w:ascii="Arial" w:hAnsi="Arial"/>
          <w:lang w:val="en-GB"/>
        </w:rPr>
        <w:t>d</w:t>
      </w:r>
      <w:r w:rsidRPr="00AD54C0">
        <w:rPr>
          <w:rFonts w:ascii="Arial" w:hAnsi="Arial"/>
          <w:lang w:val="en-GB"/>
        </w:rPr>
        <w:t>engue diag</w:t>
      </w:r>
      <w:r w:rsidR="00466DCC">
        <w:rPr>
          <w:rFonts w:ascii="Arial" w:hAnsi="Arial"/>
          <w:lang w:val="en-GB"/>
        </w:rPr>
        <w:t>nosis which is very difficult, but</w:t>
      </w:r>
      <w:r w:rsidRPr="00AD54C0">
        <w:rPr>
          <w:rFonts w:ascii="Arial" w:hAnsi="Arial"/>
          <w:lang w:val="en-GB"/>
        </w:rPr>
        <w:t>, we have seen that the clinical diagnosis is much better than the laboratory prediction. But</w:t>
      </w:r>
      <w:r w:rsidR="00466DCC">
        <w:rPr>
          <w:rFonts w:ascii="Arial" w:hAnsi="Arial"/>
          <w:lang w:val="en-GB"/>
        </w:rPr>
        <w:t xml:space="preserve">, the laboratory diagnosis </w:t>
      </w:r>
      <w:r w:rsidRPr="00AD54C0">
        <w:rPr>
          <w:rFonts w:ascii="Arial" w:hAnsi="Arial"/>
          <w:lang w:val="en-GB"/>
        </w:rPr>
        <w:t xml:space="preserve">is needed to prescribe </w:t>
      </w:r>
      <w:r w:rsidR="00466DCC">
        <w:rPr>
          <w:rFonts w:ascii="Arial" w:hAnsi="Arial"/>
          <w:lang w:val="en-GB"/>
        </w:rPr>
        <w:t xml:space="preserve">any antibiotics, and so antimicrobials are </w:t>
      </w:r>
      <w:r w:rsidR="00466DCC">
        <w:rPr>
          <w:rFonts w:ascii="Arial" w:hAnsi="Arial"/>
          <w:lang w:val="en-GB"/>
        </w:rPr>
        <w:lastRenderedPageBreak/>
        <w:t xml:space="preserve">prescribed </w:t>
      </w:r>
      <w:r w:rsidRPr="00AD54C0">
        <w:rPr>
          <w:rFonts w:ascii="Arial" w:hAnsi="Arial"/>
          <w:lang w:val="en-GB"/>
        </w:rPr>
        <w:t xml:space="preserve">without having a totally clear idea if </w:t>
      </w:r>
      <w:r w:rsidR="00532B03">
        <w:rPr>
          <w:rFonts w:ascii="Arial" w:hAnsi="Arial"/>
          <w:lang w:val="en-GB"/>
        </w:rPr>
        <w:t xml:space="preserve">the infection is actually </w:t>
      </w:r>
      <w:r w:rsidRPr="00AD54C0">
        <w:rPr>
          <w:rFonts w:ascii="Arial" w:hAnsi="Arial"/>
          <w:lang w:val="en-GB"/>
        </w:rPr>
        <w:t>dengue. So,</w:t>
      </w:r>
      <w:r w:rsidR="00466DCC">
        <w:rPr>
          <w:rFonts w:ascii="Arial" w:hAnsi="Arial"/>
          <w:lang w:val="en-GB"/>
        </w:rPr>
        <w:t xml:space="preserve"> I don't know really, if the </w:t>
      </w:r>
      <w:r w:rsidRPr="00AD54C0">
        <w:rPr>
          <w:rFonts w:ascii="Arial" w:hAnsi="Arial"/>
          <w:lang w:val="en-GB"/>
        </w:rPr>
        <w:t xml:space="preserve">priority is </w:t>
      </w:r>
      <w:r w:rsidR="00532B03">
        <w:rPr>
          <w:rFonts w:ascii="Arial" w:hAnsi="Arial"/>
          <w:lang w:val="en-GB"/>
        </w:rPr>
        <w:t>febrile syndromes,</w:t>
      </w:r>
      <w:r w:rsidRPr="00AD54C0">
        <w:rPr>
          <w:rFonts w:ascii="Arial" w:hAnsi="Arial"/>
          <w:lang w:val="en-GB"/>
        </w:rPr>
        <w:t xml:space="preserve"> </w:t>
      </w:r>
      <w:r w:rsidR="00532B03">
        <w:rPr>
          <w:rFonts w:ascii="Arial" w:hAnsi="Arial"/>
          <w:lang w:val="en-GB"/>
        </w:rPr>
        <w:t>all of which, we call dengue</w:t>
      </w:r>
      <w:r w:rsidRPr="00AD54C0">
        <w:rPr>
          <w:rFonts w:ascii="Arial" w:hAnsi="Arial"/>
          <w:lang w:val="en-GB"/>
        </w:rPr>
        <w:t xml:space="preserve">. </w:t>
      </w:r>
      <w:r w:rsidR="00532B03">
        <w:rPr>
          <w:rFonts w:ascii="Arial" w:hAnsi="Arial"/>
          <w:lang w:val="en-GB"/>
        </w:rPr>
        <w:t>T</w:t>
      </w:r>
      <w:r w:rsidRPr="00AD54C0">
        <w:rPr>
          <w:rFonts w:ascii="Arial" w:hAnsi="Arial"/>
          <w:lang w:val="en-GB"/>
        </w:rPr>
        <w:t>he pr</w:t>
      </w:r>
      <w:r w:rsidR="00532B03">
        <w:rPr>
          <w:rFonts w:ascii="Arial" w:hAnsi="Arial"/>
          <w:lang w:val="en-GB"/>
        </w:rPr>
        <w:t>iority is not dengue but</w:t>
      </w:r>
      <w:r w:rsidR="00466DCC">
        <w:rPr>
          <w:rFonts w:ascii="Arial" w:hAnsi="Arial"/>
          <w:lang w:val="en-GB"/>
        </w:rPr>
        <w:t xml:space="preserve"> febrile</w:t>
      </w:r>
      <w:r w:rsidR="00532B03">
        <w:rPr>
          <w:rFonts w:ascii="Arial" w:hAnsi="Arial"/>
          <w:lang w:val="en-GB"/>
        </w:rPr>
        <w:t xml:space="preserve"> syndromes which are difficult to diagnose</w:t>
      </w:r>
      <w:r w:rsidRPr="00AD54C0">
        <w:rPr>
          <w:rFonts w:ascii="Arial" w:hAnsi="Arial"/>
          <w:lang w:val="en-GB"/>
        </w:rPr>
        <w:t xml:space="preserve">. </w:t>
      </w:r>
    </w:p>
    <w:p w14:paraId="48A74A54" w14:textId="77777777" w:rsidR="00532B03" w:rsidRDefault="00532B03" w:rsidP="00B4138A">
      <w:pPr>
        <w:spacing w:after="0" w:line="360" w:lineRule="auto"/>
        <w:jc w:val="both"/>
        <w:rPr>
          <w:rFonts w:ascii="Arial" w:hAnsi="Arial"/>
          <w:lang w:val="en-GB"/>
        </w:rPr>
      </w:pPr>
    </w:p>
    <w:p w14:paraId="384AC251" w14:textId="035BEBB5" w:rsidR="00B4138A" w:rsidRPr="00AD54C0" w:rsidRDefault="00532B03" w:rsidP="00B4138A">
      <w:pPr>
        <w:spacing w:after="0" w:line="360" w:lineRule="auto"/>
        <w:jc w:val="both"/>
        <w:rPr>
          <w:lang w:val="en-GB"/>
        </w:rPr>
      </w:pPr>
      <w:r>
        <w:rPr>
          <w:rFonts w:ascii="Arial" w:hAnsi="Arial"/>
          <w:lang w:val="en-GB"/>
        </w:rPr>
        <w:t>In addition to the challenges of diagnosis and surveillance another limitation</w:t>
      </w:r>
      <w:r w:rsidR="00B4138A" w:rsidRPr="00AD54C0">
        <w:rPr>
          <w:rFonts w:ascii="Arial" w:hAnsi="Arial"/>
          <w:lang w:val="en-GB"/>
        </w:rPr>
        <w:t xml:space="preserve"> is that there is no treatment, t</w:t>
      </w:r>
      <w:r>
        <w:rPr>
          <w:rFonts w:ascii="Arial" w:hAnsi="Arial"/>
          <w:lang w:val="en-GB"/>
        </w:rPr>
        <w:t>here is no antiviral medication, so the focus is on how to manage the infection</w:t>
      </w:r>
      <w:r w:rsidR="00B4138A" w:rsidRPr="00AD54C0">
        <w:rPr>
          <w:rFonts w:ascii="Arial" w:hAnsi="Arial"/>
          <w:lang w:val="en-GB"/>
        </w:rPr>
        <w:t xml:space="preserve">, and </w:t>
      </w:r>
      <w:r>
        <w:rPr>
          <w:rFonts w:ascii="Arial" w:hAnsi="Arial"/>
          <w:lang w:val="en-GB"/>
        </w:rPr>
        <w:t xml:space="preserve">how to identify </w:t>
      </w:r>
      <w:r w:rsidR="00B4138A" w:rsidRPr="00AD54C0">
        <w:rPr>
          <w:rFonts w:ascii="Arial" w:hAnsi="Arial"/>
          <w:lang w:val="en-GB"/>
        </w:rPr>
        <w:t xml:space="preserve">those that will have complications. </w:t>
      </w:r>
      <w:r>
        <w:rPr>
          <w:rFonts w:ascii="Arial" w:hAnsi="Arial"/>
          <w:lang w:val="en-GB"/>
        </w:rPr>
        <w:t>There</w:t>
      </w:r>
      <w:r w:rsidR="00B4138A" w:rsidRPr="00AD54C0">
        <w:rPr>
          <w:rFonts w:ascii="Arial" w:hAnsi="Arial"/>
          <w:lang w:val="en-GB"/>
        </w:rPr>
        <w:t xml:space="preserve"> is anothe</w:t>
      </w:r>
      <w:r>
        <w:rPr>
          <w:rFonts w:ascii="Arial" w:hAnsi="Arial"/>
          <w:lang w:val="en-GB"/>
        </w:rPr>
        <w:t>r scenario that should determine the research p</w:t>
      </w:r>
      <w:r w:rsidR="00B4138A" w:rsidRPr="00AD54C0">
        <w:rPr>
          <w:rFonts w:ascii="Arial" w:hAnsi="Arial"/>
          <w:lang w:val="en-GB"/>
        </w:rPr>
        <w:t xml:space="preserve">riorities. Not everybody that has an infectious disease needs </w:t>
      </w:r>
      <w:r>
        <w:rPr>
          <w:rFonts w:ascii="Arial" w:hAnsi="Arial"/>
          <w:lang w:val="en-GB"/>
        </w:rPr>
        <w:t>medical attention</w:t>
      </w:r>
      <w:r w:rsidR="00B4138A" w:rsidRPr="00AD54C0">
        <w:rPr>
          <w:rFonts w:ascii="Arial" w:hAnsi="Arial"/>
          <w:lang w:val="en-GB"/>
        </w:rPr>
        <w:t xml:space="preserve">. </w:t>
      </w:r>
      <w:r>
        <w:rPr>
          <w:rFonts w:ascii="Arial" w:hAnsi="Arial"/>
          <w:lang w:val="en-GB"/>
        </w:rPr>
        <w:t xml:space="preserve">I might have a mild </w:t>
      </w:r>
      <w:r w:rsidR="00B4138A" w:rsidRPr="00AD54C0">
        <w:rPr>
          <w:rFonts w:ascii="Arial" w:hAnsi="Arial"/>
          <w:lang w:val="en-GB"/>
        </w:rPr>
        <w:t xml:space="preserve">respiratory infection, </w:t>
      </w:r>
      <w:r>
        <w:rPr>
          <w:rFonts w:ascii="Arial" w:hAnsi="Arial"/>
          <w:lang w:val="en-GB"/>
        </w:rPr>
        <w:t xml:space="preserve">but </w:t>
      </w:r>
      <w:r w:rsidR="00B4138A" w:rsidRPr="00AD54C0">
        <w:rPr>
          <w:rFonts w:ascii="Arial" w:hAnsi="Arial"/>
          <w:lang w:val="en-GB"/>
        </w:rPr>
        <w:t>I don't have to do anything, just take a lot of liqui</w:t>
      </w:r>
      <w:r>
        <w:rPr>
          <w:rFonts w:ascii="Arial" w:hAnsi="Arial"/>
          <w:lang w:val="en-GB"/>
        </w:rPr>
        <w:t xml:space="preserve">d and rest. </w:t>
      </w:r>
      <w:r w:rsidR="00B4138A" w:rsidRPr="00AD54C0">
        <w:rPr>
          <w:rFonts w:ascii="Arial" w:hAnsi="Arial"/>
          <w:lang w:val="en-GB"/>
        </w:rPr>
        <w:t>I think that is a priori</w:t>
      </w:r>
      <w:r>
        <w:rPr>
          <w:rFonts w:ascii="Arial" w:hAnsi="Arial"/>
          <w:lang w:val="en-GB"/>
        </w:rPr>
        <w:t>ty among all of these diseases; identifying who</w:t>
      </w:r>
      <w:r w:rsidR="00B4138A" w:rsidRPr="00AD54C0">
        <w:rPr>
          <w:rFonts w:ascii="Arial" w:hAnsi="Arial"/>
          <w:lang w:val="en-GB"/>
        </w:rPr>
        <w:t xml:space="preserve"> </w:t>
      </w:r>
      <w:r>
        <w:rPr>
          <w:rFonts w:ascii="Arial" w:hAnsi="Arial"/>
          <w:lang w:val="en-GB"/>
        </w:rPr>
        <w:t>should be prioritised in each scenario. W</w:t>
      </w:r>
      <w:r w:rsidR="00B4138A" w:rsidRPr="00AD54C0">
        <w:rPr>
          <w:rFonts w:ascii="Arial" w:hAnsi="Arial"/>
          <w:lang w:val="en-GB"/>
        </w:rPr>
        <w:t xml:space="preserve">e don't have to control all vectors, but </w:t>
      </w:r>
      <w:r w:rsidR="00067005">
        <w:rPr>
          <w:rFonts w:ascii="Arial" w:hAnsi="Arial"/>
          <w:lang w:val="en-GB"/>
        </w:rPr>
        <w:t xml:space="preserve">there </w:t>
      </w:r>
      <w:r w:rsidR="00B4138A" w:rsidRPr="00AD54C0">
        <w:rPr>
          <w:rFonts w:ascii="Arial" w:hAnsi="Arial"/>
          <w:lang w:val="en-GB"/>
        </w:rPr>
        <w:t>are certain regio</w:t>
      </w:r>
      <w:r w:rsidR="00067005">
        <w:rPr>
          <w:rFonts w:ascii="Arial" w:hAnsi="Arial"/>
          <w:lang w:val="en-GB"/>
        </w:rPr>
        <w:t xml:space="preserve">ns where we must apply control measures, </w:t>
      </w:r>
      <w:r w:rsidR="00B4138A" w:rsidRPr="00AD54C0">
        <w:rPr>
          <w:rFonts w:ascii="Arial" w:hAnsi="Arial"/>
          <w:lang w:val="en-GB"/>
        </w:rPr>
        <w:t xml:space="preserve">for example, the dengue </w:t>
      </w:r>
      <w:r w:rsidR="00067005">
        <w:rPr>
          <w:rFonts w:ascii="Arial" w:hAnsi="Arial"/>
          <w:lang w:val="en-GB"/>
        </w:rPr>
        <w:t>vector. We don't talk about the dengue vector specifically, but we talk of all</w:t>
      </w:r>
      <w:r w:rsidR="00B4138A" w:rsidRPr="00AD54C0">
        <w:rPr>
          <w:rFonts w:ascii="Arial" w:hAnsi="Arial"/>
          <w:lang w:val="en-GB"/>
        </w:rPr>
        <w:t xml:space="preserve"> vector</w:t>
      </w:r>
      <w:r w:rsidR="00067005">
        <w:rPr>
          <w:rFonts w:ascii="Arial" w:hAnsi="Arial"/>
          <w:lang w:val="en-GB"/>
        </w:rPr>
        <w:t>s as integrated.</w:t>
      </w:r>
    </w:p>
    <w:p w14:paraId="27C5B997" w14:textId="230FF6F9" w:rsidR="00B4138A" w:rsidRPr="00AD54C0" w:rsidRDefault="00B4138A" w:rsidP="00B4138A">
      <w:pPr>
        <w:spacing w:after="0" w:line="360" w:lineRule="auto"/>
        <w:jc w:val="both"/>
        <w:rPr>
          <w:lang w:val="en-GB"/>
        </w:rPr>
      </w:pPr>
    </w:p>
    <w:p w14:paraId="676D9252" w14:textId="17D419F0" w:rsidR="00B4138A" w:rsidRPr="00AD54C0" w:rsidRDefault="00067005" w:rsidP="00B4138A">
      <w:pPr>
        <w:spacing w:after="0" w:line="360" w:lineRule="auto"/>
        <w:jc w:val="both"/>
        <w:rPr>
          <w:lang w:val="en-GB"/>
        </w:rPr>
      </w:pPr>
      <w:r>
        <w:rPr>
          <w:rFonts w:ascii="Arial" w:hAnsi="Arial"/>
          <w:b/>
          <w:lang w:val="en-GB"/>
        </w:rPr>
        <w:t>Rio Facilitator 1</w:t>
      </w:r>
    </w:p>
    <w:p w14:paraId="71934407" w14:textId="14A8834D" w:rsidR="00B4138A" w:rsidRPr="00AD54C0" w:rsidRDefault="00B4138A" w:rsidP="00B4138A">
      <w:pPr>
        <w:spacing w:after="0" w:line="360" w:lineRule="auto"/>
        <w:jc w:val="both"/>
        <w:rPr>
          <w:lang w:val="en-GB"/>
        </w:rPr>
      </w:pPr>
      <w:r w:rsidRPr="00AD54C0">
        <w:rPr>
          <w:rFonts w:ascii="Arial" w:hAnsi="Arial"/>
          <w:lang w:val="en-GB"/>
        </w:rPr>
        <w:t xml:space="preserve">Any </w:t>
      </w:r>
      <w:r w:rsidR="00067005">
        <w:rPr>
          <w:rFonts w:ascii="Arial" w:hAnsi="Arial"/>
          <w:lang w:val="en-GB"/>
        </w:rPr>
        <w:t xml:space="preserve">other </w:t>
      </w:r>
      <w:r w:rsidRPr="00AD54C0">
        <w:rPr>
          <w:rFonts w:ascii="Arial" w:hAnsi="Arial"/>
          <w:lang w:val="en-GB"/>
        </w:rPr>
        <w:t xml:space="preserve">comments? Okay, </w:t>
      </w:r>
      <w:r w:rsidR="00067005">
        <w:rPr>
          <w:rFonts w:ascii="Arial" w:hAnsi="Arial"/>
          <w:lang w:val="en-GB"/>
        </w:rPr>
        <w:t xml:space="preserve">we'll start at the back and then </w:t>
      </w:r>
      <w:r w:rsidRPr="00AD54C0">
        <w:rPr>
          <w:rFonts w:ascii="Arial" w:hAnsi="Arial"/>
          <w:lang w:val="en-GB"/>
        </w:rPr>
        <w:t>we'll go to the front</w:t>
      </w:r>
      <w:r w:rsidR="00067005">
        <w:rPr>
          <w:rFonts w:ascii="Arial" w:hAnsi="Arial"/>
          <w:lang w:val="en-GB"/>
        </w:rPr>
        <w:t>.</w:t>
      </w:r>
    </w:p>
    <w:p w14:paraId="39A5C47E" w14:textId="77777777" w:rsidR="00B4138A" w:rsidRPr="00AD54C0" w:rsidRDefault="00B4138A" w:rsidP="00B4138A">
      <w:pPr>
        <w:spacing w:after="0" w:line="360" w:lineRule="auto"/>
        <w:jc w:val="both"/>
        <w:rPr>
          <w:lang w:val="en-GB"/>
        </w:rPr>
      </w:pPr>
    </w:p>
    <w:p w14:paraId="276FEAAB" w14:textId="3E3D5427" w:rsidR="00B4138A" w:rsidRPr="00AD54C0" w:rsidRDefault="00067005" w:rsidP="00B4138A">
      <w:pPr>
        <w:spacing w:after="0" w:line="360" w:lineRule="auto"/>
        <w:jc w:val="both"/>
        <w:rPr>
          <w:lang w:val="en-GB"/>
        </w:rPr>
      </w:pPr>
      <w:r>
        <w:rPr>
          <w:rFonts w:ascii="Arial" w:hAnsi="Arial"/>
          <w:b/>
          <w:lang w:val="en-GB"/>
        </w:rPr>
        <w:t>Rio 19</w:t>
      </w:r>
    </w:p>
    <w:p w14:paraId="0B8A743F" w14:textId="2C7B6ADD" w:rsidR="00B4138A" w:rsidRPr="00AD54C0" w:rsidRDefault="00B4138A" w:rsidP="00B4138A">
      <w:pPr>
        <w:spacing w:after="0" w:line="360" w:lineRule="auto"/>
        <w:jc w:val="both"/>
        <w:rPr>
          <w:rFonts w:ascii="Arial" w:hAnsi="Arial"/>
          <w:lang w:val="en-GB"/>
        </w:rPr>
      </w:pPr>
      <w:r w:rsidRPr="00AD54C0">
        <w:rPr>
          <w:rFonts w:ascii="Arial" w:hAnsi="Arial"/>
          <w:lang w:val="en-GB"/>
        </w:rPr>
        <w:t xml:space="preserve">I </w:t>
      </w:r>
      <w:r w:rsidR="00067005">
        <w:rPr>
          <w:rFonts w:ascii="Arial" w:hAnsi="Arial"/>
          <w:lang w:val="en-GB"/>
        </w:rPr>
        <w:t>work</w:t>
      </w:r>
      <w:r w:rsidRPr="00AD54C0">
        <w:rPr>
          <w:rFonts w:ascii="Arial" w:hAnsi="Arial"/>
          <w:lang w:val="en-GB"/>
        </w:rPr>
        <w:t xml:space="preserve"> with vector borne diseases, </w:t>
      </w:r>
      <w:r w:rsidR="00067005">
        <w:rPr>
          <w:rFonts w:ascii="Arial" w:hAnsi="Arial"/>
          <w:lang w:val="en-GB"/>
        </w:rPr>
        <w:t xml:space="preserve">but </w:t>
      </w:r>
      <w:r w:rsidRPr="00AD54C0">
        <w:rPr>
          <w:rFonts w:ascii="Arial" w:hAnsi="Arial"/>
          <w:lang w:val="en-GB"/>
        </w:rPr>
        <w:t>recently I have started working with sexual diseases as well</w:t>
      </w:r>
      <w:r w:rsidR="00067005">
        <w:rPr>
          <w:rFonts w:ascii="Arial" w:hAnsi="Arial"/>
          <w:lang w:val="en-GB"/>
        </w:rPr>
        <w:t>,</w:t>
      </w:r>
      <w:r w:rsidRPr="00AD54C0">
        <w:rPr>
          <w:rFonts w:ascii="Arial" w:hAnsi="Arial"/>
          <w:lang w:val="en-GB"/>
        </w:rPr>
        <w:t xml:space="preserve"> and transmission</w:t>
      </w:r>
      <w:r w:rsidR="00067005">
        <w:rPr>
          <w:rFonts w:ascii="Arial" w:hAnsi="Arial"/>
          <w:lang w:val="en-GB"/>
        </w:rPr>
        <w:t>. W</w:t>
      </w:r>
      <w:r w:rsidRPr="00AD54C0">
        <w:rPr>
          <w:rFonts w:ascii="Arial" w:hAnsi="Arial"/>
          <w:lang w:val="en-GB"/>
        </w:rPr>
        <w:t xml:space="preserve">hen we talk about </w:t>
      </w:r>
      <w:r w:rsidR="00067005">
        <w:rPr>
          <w:rFonts w:ascii="Arial" w:hAnsi="Arial"/>
          <w:lang w:val="en-GB"/>
        </w:rPr>
        <w:t>HIV,</w:t>
      </w:r>
      <w:r w:rsidRPr="00AD54C0">
        <w:rPr>
          <w:rFonts w:ascii="Arial" w:hAnsi="Arial"/>
          <w:lang w:val="en-GB"/>
        </w:rPr>
        <w:t xml:space="preserve"> </w:t>
      </w:r>
      <w:r w:rsidR="00067005">
        <w:rPr>
          <w:rFonts w:ascii="Arial" w:hAnsi="Arial"/>
          <w:lang w:val="en-GB"/>
        </w:rPr>
        <w:t>I think</w:t>
      </w:r>
      <w:r w:rsidRPr="00AD54C0">
        <w:rPr>
          <w:rFonts w:ascii="Arial" w:hAnsi="Arial"/>
          <w:lang w:val="en-GB"/>
        </w:rPr>
        <w:t xml:space="preserve"> this should be </w:t>
      </w:r>
      <w:r w:rsidR="00067005">
        <w:rPr>
          <w:rFonts w:ascii="Arial" w:hAnsi="Arial"/>
          <w:lang w:val="en-GB"/>
        </w:rPr>
        <w:t>considered</w:t>
      </w:r>
      <w:r w:rsidRPr="00AD54C0">
        <w:rPr>
          <w:rFonts w:ascii="Arial" w:hAnsi="Arial"/>
          <w:lang w:val="en-GB"/>
        </w:rPr>
        <w:t xml:space="preserve"> with other sexual</w:t>
      </w:r>
      <w:r w:rsidR="00067005">
        <w:rPr>
          <w:rFonts w:ascii="Arial" w:hAnsi="Arial"/>
          <w:lang w:val="en-GB"/>
        </w:rPr>
        <w:t>ly transmitted</w:t>
      </w:r>
      <w:r w:rsidRPr="00AD54C0">
        <w:rPr>
          <w:rFonts w:ascii="Arial" w:hAnsi="Arial"/>
          <w:lang w:val="en-GB"/>
        </w:rPr>
        <w:t xml:space="preserve"> diseases, because </w:t>
      </w:r>
      <w:r w:rsidR="00067005">
        <w:rPr>
          <w:rFonts w:ascii="Arial" w:hAnsi="Arial"/>
          <w:lang w:val="en-GB"/>
        </w:rPr>
        <w:t xml:space="preserve">having other sexually transmitted diseases </w:t>
      </w:r>
      <w:r w:rsidRPr="00AD54C0">
        <w:rPr>
          <w:rFonts w:ascii="Arial" w:hAnsi="Arial"/>
          <w:lang w:val="en-GB"/>
        </w:rPr>
        <w:t xml:space="preserve">increases the </w:t>
      </w:r>
      <w:r w:rsidR="00067005">
        <w:rPr>
          <w:rFonts w:ascii="Arial" w:hAnsi="Arial"/>
          <w:lang w:val="en-GB"/>
        </w:rPr>
        <w:t>chance</w:t>
      </w:r>
      <w:r w:rsidRPr="00AD54C0">
        <w:rPr>
          <w:rFonts w:ascii="Arial" w:hAnsi="Arial"/>
          <w:lang w:val="en-GB"/>
        </w:rPr>
        <w:t xml:space="preserve"> of having HIV.</w:t>
      </w:r>
      <w:r w:rsidR="00067005">
        <w:rPr>
          <w:rFonts w:ascii="Arial" w:hAnsi="Arial"/>
          <w:lang w:val="en-GB"/>
        </w:rPr>
        <w:t xml:space="preserve"> I</w:t>
      </w:r>
      <w:r w:rsidRPr="00AD54C0">
        <w:rPr>
          <w:rFonts w:ascii="Arial" w:hAnsi="Arial"/>
          <w:lang w:val="en-GB"/>
        </w:rPr>
        <w:t>n</w:t>
      </w:r>
      <w:r w:rsidR="00067005">
        <w:rPr>
          <w:rFonts w:ascii="Arial" w:hAnsi="Arial"/>
          <w:lang w:val="en-GB"/>
        </w:rPr>
        <w:t xml:space="preserve"> Colombia, for instance, we do</w:t>
      </w:r>
      <w:r w:rsidRPr="00AD54C0">
        <w:rPr>
          <w:rFonts w:ascii="Arial" w:hAnsi="Arial"/>
          <w:lang w:val="en-GB"/>
        </w:rPr>
        <w:t xml:space="preserve"> syndromic management</w:t>
      </w:r>
      <w:r w:rsidR="00067005">
        <w:rPr>
          <w:rFonts w:ascii="Arial" w:hAnsi="Arial"/>
          <w:lang w:val="en-GB"/>
        </w:rPr>
        <w:t>,</w:t>
      </w:r>
      <w:r w:rsidRPr="00AD54C0">
        <w:rPr>
          <w:rFonts w:ascii="Arial" w:hAnsi="Arial"/>
          <w:lang w:val="en-GB"/>
        </w:rPr>
        <w:t xml:space="preserve"> this is to say that </w:t>
      </w:r>
      <w:r w:rsidR="00067005">
        <w:rPr>
          <w:rFonts w:ascii="Arial" w:hAnsi="Arial"/>
          <w:lang w:val="en-GB"/>
        </w:rPr>
        <w:t xml:space="preserve">we treat a patient according to their symptoms. </w:t>
      </w:r>
      <w:r w:rsidRPr="00AD54C0">
        <w:rPr>
          <w:rFonts w:ascii="Arial" w:hAnsi="Arial"/>
          <w:lang w:val="en-GB"/>
        </w:rPr>
        <w:t>This</w:t>
      </w:r>
      <w:r w:rsidR="00067005">
        <w:rPr>
          <w:rFonts w:ascii="Arial" w:hAnsi="Arial"/>
          <w:lang w:val="en-GB"/>
        </w:rPr>
        <w:t xml:space="preserve"> means that we might not know the precise</w:t>
      </w:r>
      <w:r w:rsidRPr="00AD54C0">
        <w:rPr>
          <w:rFonts w:ascii="Arial" w:hAnsi="Arial"/>
          <w:lang w:val="en-GB"/>
        </w:rPr>
        <w:t xml:space="preserve"> </w:t>
      </w:r>
      <w:r w:rsidR="00067005">
        <w:rPr>
          <w:rFonts w:ascii="Arial" w:hAnsi="Arial"/>
          <w:lang w:val="en-GB"/>
        </w:rPr>
        <w:t>infections that a patient has, and this creates antimicrobial</w:t>
      </w:r>
      <w:r w:rsidRPr="00AD54C0">
        <w:rPr>
          <w:rFonts w:ascii="Arial" w:hAnsi="Arial"/>
          <w:lang w:val="en-GB"/>
        </w:rPr>
        <w:t xml:space="preserve"> </w:t>
      </w:r>
      <w:r w:rsidR="00067005">
        <w:rPr>
          <w:rFonts w:ascii="Arial" w:hAnsi="Arial"/>
          <w:lang w:val="en-GB"/>
        </w:rPr>
        <w:t>resistance. The</w:t>
      </w:r>
      <w:r w:rsidRPr="00AD54C0">
        <w:rPr>
          <w:rFonts w:ascii="Arial" w:hAnsi="Arial"/>
          <w:lang w:val="en-GB"/>
        </w:rPr>
        <w:t>se diseases affect vulnerable population</w:t>
      </w:r>
      <w:r w:rsidR="00067005">
        <w:rPr>
          <w:rFonts w:ascii="Arial" w:hAnsi="Arial"/>
          <w:lang w:val="en-GB"/>
        </w:rPr>
        <w:t>s. W</w:t>
      </w:r>
      <w:r w:rsidRPr="00AD54C0">
        <w:rPr>
          <w:rFonts w:ascii="Arial" w:hAnsi="Arial"/>
          <w:lang w:val="en-GB"/>
        </w:rPr>
        <w:t xml:space="preserve">e talk about a lot about syphilis, </w:t>
      </w:r>
      <w:r w:rsidR="00067005">
        <w:rPr>
          <w:rFonts w:ascii="Arial" w:hAnsi="Arial"/>
          <w:lang w:val="en-GB"/>
        </w:rPr>
        <w:t xml:space="preserve">but </w:t>
      </w:r>
      <w:r w:rsidRPr="00AD54C0">
        <w:rPr>
          <w:rFonts w:ascii="Arial" w:hAnsi="Arial"/>
          <w:lang w:val="en-GB"/>
        </w:rPr>
        <w:t xml:space="preserve">we don’t know </w:t>
      </w:r>
      <w:r w:rsidR="00067005">
        <w:rPr>
          <w:rFonts w:ascii="Arial" w:hAnsi="Arial"/>
          <w:lang w:val="en-GB"/>
        </w:rPr>
        <w:t xml:space="preserve">how it affects </w:t>
      </w:r>
      <w:r w:rsidRPr="00AD54C0">
        <w:rPr>
          <w:rFonts w:ascii="Arial" w:hAnsi="Arial"/>
          <w:lang w:val="en-GB"/>
        </w:rPr>
        <w:t xml:space="preserve">minority groups. </w:t>
      </w:r>
      <w:r w:rsidR="003D2006">
        <w:rPr>
          <w:rFonts w:ascii="Arial" w:hAnsi="Arial"/>
          <w:lang w:val="en-GB"/>
        </w:rPr>
        <w:t>I have been working a lot on</w:t>
      </w:r>
      <w:r w:rsidRPr="00AD54C0">
        <w:rPr>
          <w:rFonts w:ascii="Arial" w:hAnsi="Arial"/>
          <w:lang w:val="en-GB"/>
        </w:rPr>
        <w:t xml:space="preserve"> Leishmaniasis </w:t>
      </w:r>
      <w:r w:rsidR="003D2006">
        <w:rPr>
          <w:rFonts w:ascii="Arial" w:hAnsi="Arial"/>
          <w:lang w:val="en-GB"/>
        </w:rPr>
        <w:t>and similar diseases with our</w:t>
      </w:r>
      <w:r w:rsidRPr="00AD54C0">
        <w:rPr>
          <w:rFonts w:ascii="Arial" w:hAnsi="Arial"/>
          <w:lang w:val="en-GB"/>
        </w:rPr>
        <w:t xml:space="preserve"> communities. </w:t>
      </w:r>
      <w:r w:rsidR="003D2006">
        <w:rPr>
          <w:rFonts w:ascii="Arial" w:hAnsi="Arial"/>
          <w:lang w:val="en-GB"/>
        </w:rPr>
        <w:t>I feel that t</w:t>
      </w:r>
      <w:r w:rsidRPr="00AD54C0">
        <w:rPr>
          <w:rFonts w:ascii="Arial" w:hAnsi="Arial"/>
          <w:lang w:val="en-GB"/>
        </w:rPr>
        <w:t>his survey has</w:t>
      </w:r>
      <w:r w:rsidR="003D2006">
        <w:rPr>
          <w:rFonts w:ascii="Arial" w:hAnsi="Arial"/>
          <w:lang w:val="en-GB"/>
        </w:rPr>
        <w:t xml:space="preserve"> a</w:t>
      </w:r>
      <w:r w:rsidRPr="00AD54C0">
        <w:rPr>
          <w:rFonts w:ascii="Arial" w:hAnsi="Arial"/>
          <w:lang w:val="en-GB"/>
        </w:rPr>
        <w:t xml:space="preserve"> researcher bias. I think that the priorities</w:t>
      </w:r>
      <w:r w:rsidR="003D2006">
        <w:rPr>
          <w:rFonts w:ascii="Arial" w:hAnsi="Arial"/>
          <w:lang w:val="en-GB"/>
        </w:rPr>
        <w:t xml:space="preserve"> should focus on</w:t>
      </w:r>
      <w:r w:rsidRPr="00AD54C0">
        <w:rPr>
          <w:rFonts w:ascii="Arial" w:hAnsi="Arial"/>
          <w:lang w:val="en-GB"/>
        </w:rPr>
        <w:t xml:space="preserve"> people that live in the countryside,</w:t>
      </w:r>
      <w:r w:rsidR="003D2006">
        <w:rPr>
          <w:rFonts w:ascii="Arial" w:hAnsi="Arial"/>
          <w:lang w:val="en-GB"/>
        </w:rPr>
        <w:t xml:space="preserve"> we still don't have diagnostics, and it’s proven</w:t>
      </w:r>
      <w:r w:rsidRPr="00AD54C0">
        <w:rPr>
          <w:rFonts w:ascii="Arial" w:hAnsi="Arial"/>
          <w:lang w:val="en-GB"/>
        </w:rPr>
        <w:t xml:space="preserve"> in th</w:t>
      </w:r>
      <w:r w:rsidR="003D2006">
        <w:rPr>
          <w:rFonts w:ascii="Arial" w:hAnsi="Arial"/>
          <w:lang w:val="en-GB"/>
        </w:rPr>
        <w:t xml:space="preserve">e in the case of leishmaniasis, that of </w:t>
      </w:r>
      <w:r w:rsidRPr="00AD54C0">
        <w:rPr>
          <w:rFonts w:ascii="Arial" w:hAnsi="Arial"/>
          <w:lang w:val="en-GB"/>
        </w:rPr>
        <w:t xml:space="preserve">course, </w:t>
      </w:r>
      <w:r w:rsidR="003D2006">
        <w:rPr>
          <w:rFonts w:ascii="Arial" w:hAnsi="Arial"/>
          <w:lang w:val="en-GB"/>
        </w:rPr>
        <w:t xml:space="preserve">if we </w:t>
      </w:r>
      <w:r w:rsidRPr="00AD54C0">
        <w:rPr>
          <w:rFonts w:ascii="Arial" w:hAnsi="Arial"/>
          <w:lang w:val="en-GB"/>
        </w:rPr>
        <w:t xml:space="preserve">make the diagnosis easier, the treatment is given by the government, it's free, but to get access to this treatment, is quite a challenge in rural areas, </w:t>
      </w:r>
      <w:r w:rsidR="003D2006">
        <w:rPr>
          <w:rFonts w:ascii="Arial" w:hAnsi="Arial"/>
          <w:lang w:val="en-GB"/>
        </w:rPr>
        <w:t>I mean the 20 days of injections that we have to do, it’s hard to do that in the countryside</w:t>
      </w:r>
      <w:r w:rsidRPr="00AD54C0">
        <w:rPr>
          <w:rFonts w:ascii="Arial" w:hAnsi="Arial"/>
          <w:lang w:val="en-GB"/>
        </w:rPr>
        <w:t xml:space="preserve">. </w:t>
      </w:r>
      <w:r w:rsidR="003D2006">
        <w:rPr>
          <w:rFonts w:ascii="Arial" w:hAnsi="Arial"/>
          <w:lang w:val="en-GB"/>
        </w:rPr>
        <w:t xml:space="preserve">So we have a very delicate scenario. When we talk about diseases like leishmaniasis, where an accurate diagnosis needs to be provided as soon as possible, we need diagnostics that are easy, and cheap or even free for everyone who lives in the countryside. </w:t>
      </w:r>
    </w:p>
    <w:p w14:paraId="599A4B5C" w14:textId="77777777" w:rsidR="00B4138A" w:rsidRPr="00AD54C0" w:rsidRDefault="00B4138A" w:rsidP="00B4138A">
      <w:pPr>
        <w:spacing w:after="0" w:line="360" w:lineRule="auto"/>
        <w:jc w:val="both"/>
        <w:rPr>
          <w:rFonts w:ascii="Arial" w:hAnsi="Arial"/>
          <w:lang w:val="en-GB"/>
        </w:rPr>
      </w:pPr>
    </w:p>
    <w:p w14:paraId="3251C35A" w14:textId="77777777" w:rsidR="00C761BC" w:rsidRDefault="00C761BC" w:rsidP="003D2006">
      <w:pPr>
        <w:spacing w:after="0" w:line="360" w:lineRule="auto"/>
        <w:jc w:val="both"/>
        <w:rPr>
          <w:rFonts w:ascii="Arial" w:hAnsi="Arial"/>
          <w:b/>
          <w:lang w:val="en-GB"/>
        </w:rPr>
      </w:pPr>
    </w:p>
    <w:p w14:paraId="64937685" w14:textId="77F2A285" w:rsidR="003D2006" w:rsidRPr="00AD54C0" w:rsidRDefault="003D2006" w:rsidP="003D2006">
      <w:pPr>
        <w:spacing w:after="0" w:line="360" w:lineRule="auto"/>
        <w:jc w:val="both"/>
        <w:rPr>
          <w:lang w:val="en-GB"/>
        </w:rPr>
      </w:pPr>
      <w:r>
        <w:rPr>
          <w:rFonts w:ascii="Arial" w:hAnsi="Arial"/>
          <w:b/>
          <w:lang w:val="en-GB"/>
        </w:rPr>
        <w:lastRenderedPageBreak/>
        <w:t>Rio Facilitator 1</w:t>
      </w:r>
    </w:p>
    <w:p w14:paraId="0F49E44A" w14:textId="3415E28B" w:rsidR="00B4138A" w:rsidRPr="00AD54C0" w:rsidRDefault="003D2006" w:rsidP="00B4138A">
      <w:pPr>
        <w:spacing w:after="0" w:line="360" w:lineRule="auto"/>
        <w:jc w:val="both"/>
        <w:rPr>
          <w:rFonts w:ascii="Arial" w:hAnsi="Arial"/>
          <w:lang w:val="en-GB"/>
        </w:rPr>
      </w:pPr>
      <w:r>
        <w:rPr>
          <w:rFonts w:ascii="Arial" w:hAnsi="Arial"/>
          <w:lang w:val="en-GB"/>
        </w:rPr>
        <w:t>Due to audio issues, w</w:t>
      </w:r>
      <w:r w:rsidR="00B4138A" w:rsidRPr="00AD54C0">
        <w:rPr>
          <w:rFonts w:ascii="Arial" w:hAnsi="Arial"/>
          <w:lang w:val="en-GB"/>
        </w:rPr>
        <w:t>e've decided that for online par</w:t>
      </w:r>
      <w:r>
        <w:rPr>
          <w:rFonts w:ascii="Arial" w:hAnsi="Arial"/>
          <w:lang w:val="en-GB"/>
        </w:rPr>
        <w:t>ticipants, we will have to continue</w:t>
      </w:r>
      <w:r w:rsidR="00B4138A" w:rsidRPr="00AD54C0">
        <w:rPr>
          <w:rFonts w:ascii="Arial" w:hAnsi="Arial"/>
          <w:lang w:val="en-GB"/>
        </w:rPr>
        <w:t xml:space="preserve"> with only </w:t>
      </w:r>
      <w:r>
        <w:rPr>
          <w:rFonts w:ascii="Arial" w:hAnsi="Arial"/>
          <w:lang w:val="en-GB"/>
        </w:rPr>
        <w:t>written questions in the chat</w:t>
      </w:r>
      <w:r w:rsidR="00B4138A" w:rsidRPr="00AD54C0">
        <w:rPr>
          <w:rFonts w:ascii="Arial" w:hAnsi="Arial"/>
          <w:lang w:val="en-GB"/>
        </w:rPr>
        <w:t xml:space="preserve">, please. </w:t>
      </w:r>
    </w:p>
    <w:p w14:paraId="20C79286" w14:textId="77777777" w:rsidR="00B4138A" w:rsidRPr="00AD54C0" w:rsidRDefault="00B4138A" w:rsidP="00B4138A">
      <w:pPr>
        <w:spacing w:after="0" w:line="360" w:lineRule="auto"/>
        <w:jc w:val="both"/>
        <w:rPr>
          <w:rFonts w:ascii="Arial" w:hAnsi="Arial"/>
          <w:lang w:val="en-GB"/>
        </w:rPr>
      </w:pPr>
    </w:p>
    <w:p w14:paraId="234CD587" w14:textId="4BC01083" w:rsidR="00B4138A" w:rsidRDefault="003D2006" w:rsidP="00B4138A">
      <w:pPr>
        <w:spacing w:after="0" w:line="360" w:lineRule="auto"/>
        <w:jc w:val="both"/>
        <w:rPr>
          <w:rFonts w:ascii="Arial" w:hAnsi="Arial"/>
          <w:b/>
          <w:bCs/>
          <w:lang w:val="en-GB"/>
        </w:rPr>
      </w:pPr>
      <w:r>
        <w:rPr>
          <w:rFonts w:ascii="Arial" w:hAnsi="Arial"/>
          <w:b/>
          <w:bCs/>
          <w:lang w:val="en-GB"/>
        </w:rPr>
        <w:t xml:space="preserve">Rio </w:t>
      </w:r>
      <w:r w:rsidR="00B4138A" w:rsidRPr="150BD9F9">
        <w:rPr>
          <w:rFonts w:ascii="Arial" w:hAnsi="Arial"/>
          <w:b/>
          <w:bCs/>
          <w:lang w:val="en-GB"/>
        </w:rPr>
        <w:t>48</w:t>
      </w:r>
    </w:p>
    <w:p w14:paraId="55A87462" w14:textId="1B7C897E" w:rsidR="00B4138A" w:rsidRPr="00AD54C0" w:rsidRDefault="003D2006" w:rsidP="00B4138A">
      <w:pPr>
        <w:spacing w:after="0" w:line="360" w:lineRule="auto"/>
        <w:jc w:val="both"/>
        <w:rPr>
          <w:lang w:val="en-GB"/>
        </w:rPr>
      </w:pPr>
      <w:r>
        <w:rPr>
          <w:rFonts w:ascii="Arial" w:hAnsi="Arial"/>
          <w:lang w:val="en-GB"/>
        </w:rPr>
        <w:t>Thank you very much.</w:t>
      </w:r>
      <w:r w:rsidR="00B4138A" w:rsidRPr="00AD54C0">
        <w:rPr>
          <w:rFonts w:ascii="Arial" w:hAnsi="Arial"/>
          <w:lang w:val="en-GB"/>
        </w:rPr>
        <w:t xml:space="preserve"> I am a doctor</w:t>
      </w:r>
      <w:r>
        <w:rPr>
          <w:rFonts w:ascii="Arial" w:hAnsi="Arial"/>
          <w:lang w:val="en-GB"/>
        </w:rPr>
        <w:t xml:space="preserve"> from Argentina</w:t>
      </w:r>
      <w:r w:rsidR="00B4138A" w:rsidRPr="00AD54C0">
        <w:rPr>
          <w:rFonts w:ascii="Arial" w:hAnsi="Arial"/>
          <w:lang w:val="en-GB"/>
        </w:rPr>
        <w:t xml:space="preserve">, I work in very poor </w:t>
      </w:r>
      <w:r w:rsidR="00B87495">
        <w:rPr>
          <w:rFonts w:ascii="Arial" w:hAnsi="Arial"/>
          <w:lang w:val="en-GB"/>
        </w:rPr>
        <w:t xml:space="preserve">urban </w:t>
      </w:r>
      <w:r w:rsidR="00B4138A" w:rsidRPr="00AD54C0">
        <w:rPr>
          <w:rFonts w:ascii="Arial" w:hAnsi="Arial"/>
          <w:lang w:val="en-GB"/>
        </w:rPr>
        <w:t>area</w:t>
      </w:r>
      <w:r w:rsidR="00B87495">
        <w:rPr>
          <w:rFonts w:ascii="Arial" w:hAnsi="Arial"/>
          <w:lang w:val="en-GB"/>
        </w:rPr>
        <w:t>, and when I look at the list of disease priorities, what I see is that all those diseases -</w:t>
      </w:r>
      <w:r w:rsidR="00B4138A" w:rsidRPr="00AD54C0">
        <w:rPr>
          <w:rFonts w:ascii="Arial" w:hAnsi="Arial"/>
          <w:lang w:val="en-GB"/>
        </w:rPr>
        <w:t xml:space="preserve"> we do treat them in Argentina. That's something I have t</w:t>
      </w:r>
      <w:r w:rsidR="00B87495">
        <w:rPr>
          <w:rFonts w:ascii="Arial" w:hAnsi="Arial"/>
          <w:lang w:val="en-GB"/>
        </w:rPr>
        <w:t>o say, I would like to underline -</w:t>
      </w:r>
      <w:r w:rsidR="00B4138A" w:rsidRPr="00AD54C0">
        <w:rPr>
          <w:rFonts w:ascii="Arial" w:hAnsi="Arial"/>
          <w:lang w:val="en-GB"/>
        </w:rPr>
        <w:t xml:space="preserve"> although I do a</w:t>
      </w:r>
      <w:r w:rsidR="00B87495">
        <w:rPr>
          <w:rFonts w:ascii="Arial" w:hAnsi="Arial"/>
          <w:lang w:val="en-GB"/>
        </w:rPr>
        <w:t xml:space="preserve">gree with all that was said previously - </w:t>
      </w:r>
      <w:r w:rsidR="00B4138A" w:rsidRPr="00AD54C0">
        <w:rPr>
          <w:rFonts w:ascii="Arial" w:hAnsi="Arial"/>
          <w:lang w:val="en-GB"/>
        </w:rPr>
        <w:t xml:space="preserve">I </w:t>
      </w:r>
      <w:r w:rsidR="00B87495">
        <w:rPr>
          <w:rFonts w:ascii="Arial" w:hAnsi="Arial"/>
          <w:lang w:val="en-GB"/>
        </w:rPr>
        <w:t xml:space="preserve">believe </w:t>
      </w:r>
      <w:r w:rsidR="00B4138A" w:rsidRPr="00AD54C0">
        <w:rPr>
          <w:rFonts w:ascii="Arial" w:hAnsi="Arial"/>
          <w:lang w:val="en-GB"/>
        </w:rPr>
        <w:t xml:space="preserve">we should underline some </w:t>
      </w:r>
      <w:r w:rsidR="00B87495">
        <w:rPr>
          <w:rFonts w:ascii="Arial" w:hAnsi="Arial"/>
          <w:lang w:val="en-GB"/>
        </w:rPr>
        <w:t xml:space="preserve">of these priorities. </w:t>
      </w:r>
      <w:r w:rsidR="00B4138A" w:rsidRPr="00AD54C0">
        <w:rPr>
          <w:rFonts w:ascii="Arial" w:hAnsi="Arial"/>
          <w:lang w:val="en-GB"/>
        </w:rPr>
        <w:t>I would say that it's ve</w:t>
      </w:r>
      <w:r w:rsidR="00B87495">
        <w:rPr>
          <w:rFonts w:ascii="Arial" w:hAnsi="Arial"/>
          <w:lang w:val="en-GB"/>
        </w:rPr>
        <w:t>ry important to group priorities in a syndromic way. I</w:t>
      </w:r>
      <w:r w:rsidR="00B4138A" w:rsidRPr="00AD54C0">
        <w:rPr>
          <w:rFonts w:ascii="Arial" w:hAnsi="Arial"/>
          <w:lang w:val="en-GB"/>
        </w:rPr>
        <w:t xml:space="preserve">n this sense, </w:t>
      </w:r>
      <w:r w:rsidR="00B87495">
        <w:rPr>
          <w:rFonts w:ascii="Arial" w:hAnsi="Arial"/>
          <w:lang w:val="en-GB"/>
        </w:rPr>
        <w:t>we can consider</w:t>
      </w:r>
      <w:r w:rsidR="00B4138A" w:rsidRPr="00AD54C0">
        <w:rPr>
          <w:rFonts w:ascii="Arial" w:hAnsi="Arial"/>
          <w:lang w:val="en-GB"/>
        </w:rPr>
        <w:t xml:space="preserve"> fevers, chikungunya, and other kinds of viruses </w:t>
      </w:r>
      <w:r w:rsidR="00B87495">
        <w:rPr>
          <w:rFonts w:ascii="Arial" w:hAnsi="Arial"/>
          <w:lang w:val="en-GB"/>
        </w:rPr>
        <w:t>collectively. I</w:t>
      </w:r>
      <w:r w:rsidR="00B4138A" w:rsidRPr="00AD54C0">
        <w:rPr>
          <w:rFonts w:ascii="Arial" w:hAnsi="Arial"/>
          <w:lang w:val="en-GB"/>
        </w:rPr>
        <w:t xml:space="preserve">n communities where I've been working for the last two </w:t>
      </w:r>
      <w:r w:rsidR="00B87495">
        <w:rPr>
          <w:rFonts w:ascii="Arial" w:hAnsi="Arial"/>
          <w:lang w:val="en-GB"/>
        </w:rPr>
        <w:t>years, with people that are deprived of their liberties,</w:t>
      </w:r>
      <w:r w:rsidR="00B4138A" w:rsidRPr="00AD54C0">
        <w:rPr>
          <w:rFonts w:ascii="Arial" w:hAnsi="Arial"/>
          <w:lang w:val="en-GB"/>
        </w:rPr>
        <w:t xml:space="preserve"> </w:t>
      </w:r>
      <w:r w:rsidR="00B87495">
        <w:rPr>
          <w:rFonts w:ascii="Arial" w:hAnsi="Arial"/>
          <w:lang w:val="en-GB"/>
        </w:rPr>
        <w:t>we see TB and</w:t>
      </w:r>
      <w:r w:rsidR="00B4138A" w:rsidRPr="00AD54C0">
        <w:rPr>
          <w:rFonts w:ascii="Arial" w:hAnsi="Arial"/>
          <w:lang w:val="en-GB"/>
        </w:rPr>
        <w:t xml:space="preserve"> HIV being underdiagnosed. </w:t>
      </w:r>
      <w:r w:rsidR="00B87495">
        <w:rPr>
          <w:rFonts w:ascii="Arial" w:hAnsi="Arial"/>
          <w:lang w:val="en-GB"/>
        </w:rPr>
        <w:t xml:space="preserve">It's something that’s really important, </w:t>
      </w:r>
      <w:r w:rsidR="00B4138A" w:rsidRPr="00AD54C0">
        <w:rPr>
          <w:rFonts w:ascii="Arial" w:hAnsi="Arial"/>
          <w:lang w:val="en-GB"/>
        </w:rPr>
        <w:t xml:space="preserve">it happens a lot in Argentina. </w:t>
      </w:r>
      <w:r w:rsidR="00B87495">
        <w:rPr>
          <w:rFonts w:ascii="Arial" w:hAnsi="Arial"/>
          <w:lang w:val="en-GB"/>
        </w:rPr>
        <w:t>F</w:t>
      </w:r>
      <w:r w:rsidR="00B4138A" w:rsidRPr="00AD54C0">
        <w:rPr>
          <w:rFonts w:ascii="Arial" w:hAnsi="Arial"/>
          <w:lang w:val="en-GB"/>
        </w:rPr>
        <w:t>or</w:t>
      </w:r>
      <w:r w:rsidR="00B87495">
        <w:rPr>
          <w:rFonts w:ascii="Arial" w:hAnsi="Arial"/>
          <w:lang w:val="en-GB"/>
        </w:rPr>
        <w:t xml:space="preserve"> those of</w:t>
      </w:r>
      <w:r w:rsidR="00B4138A" w:rsidRPr="00AD54C0">
        <w:rPr>
          <w:rFonts w:ascii="Arial" w:hAnsi="Arial"/>
          <w:lang w:val="en-GB"/>
        </w:rPr>
        <w:t xml:space="preserve"> us who work with no</w:t>
      </w:r>
      <w:r w:rsidR="00B87495">
        <w:rPr>
          <w:rFonts w:ascii="Arial" w:hAnsi="Arial"/>
          <w:lang w:val="en-GB"/>
        </w:rPr>
        <w:t>tification systems, our data is</w:t>
      </w:r>
      <w:r w:rsidR="00B4138A" w:rsidRPr="00AD54C0">
        <w:rPr>
          <w:rFonts w:ascii="Arial" w:hAnsi="Arial"/>
          <w:lang w:val="en-GB"/>
        </w:rPr>
        <w:t xml:space="preserve"> not completely </w:t>
      </w:r>
      <w:r w:rsidR="00B87495">
        <w:rPr>
          <w:rFonts w:ascii="Arial" w:hAnsi="Arial"/>
          <w:lang w:val="en-GB"/>
        </w:rPr>
        <w:t>accurate</w:t>
      </w:r>
      <w:r w:rsidR="00B4138A" w:rsidRPr="00AD54C0">
        <w:rPr>
          <w:rFonts w:ascii="Arial" w:hAnsi="Arial"/>
          <w:lang w:val="en-GB"/>
        </w:rPr>
        <w:t>.</w:t>
      </w:r>
      <w:r w:rsidR="00B87495">
        <w:rPr>
          <w:rFonts w:ascii="Arial" w:hAnsi="Arial"/>
          <w:lang w:val="en-GB"/>
        </w:rPr>
        <w:t xml:space="preserve"> Annually</w:t>
      </w:r>
      <w:r w:rsidR="00B4138A" w:rsidRPr="00AD54C0">
        <w:rPr>
          <w:rFonts w:ascii="Arial" w:hAnsi="Arial"/>
          <w:lang w:val="en-GB"/>
        </w:rPr>
        <w:t xml:space="preserve">, </w:t>
      </w:r>
      <w:r w:rsidR="00B87495">
        <w:rPr>
          <w:rFonts w:ascii="Arial" w:hAnsi="Arial"/>
          <w:lang w:val="en-GB"/>
        </w:rPr>
        <w:t>there has been an increase in</w:t>
      </w:r>
      <w:r w:rsidR="00B4138A" w:rsidRPr="00AD54C0">
        <w:rPr>
          <w:rFonts w:ascii="Arial" w:hAnsi="Arial"/>
          <w:lang w:val="en-GB"/>
        </w:rPr>
        <w:t xml:space="preserve"> what we call in Argentina, </w:t>
      </w:r>
      <w:r w:rsidR="004C198A">
        <w:rPr>
          <w:rFonts w:ascii="Arial" w:hAnsi="Arial"/>
          <w:lang w:val="en-GB"/>
        </w:rPr>
        <w:t>Villas [</w:t>
      </w:r>
      <w:r w:rsidR="00B4138A" w:rsidRPr="004C198A">
        <w:rPr>
          <w:rFonts w:ascii="Arial" w:hAnsi="Arial"/>
          <w:i/>
          <w:lang w:val="en-GB"/>
        </w:rPr>
        <w:t>slums</w:t>
      </w:r>
      <w:r w:rsidR="004C198A">
        <w:rPr>
          <w:rFonts w:ascii="Arial" w:hAnsi="Arial"/>
          <w:i/>
          <w:lang w:val="en-GB"/>
        </w:rPr>
        <w:t>/shanty towns</w:t>
      </w:r>
      <w:r w:rsidR="004C198A">
        <w:rPr>
          <w:rFonts w:ascii="Arial" w:hAnsi="Arial"/>
          <w:lang w:val="en-GB"/>
        </w:rPr>
        <w:t>]</w:t>
      </w:r>
      <w:r w:rsidR="00B87495">
        <w:rPr>
          <w:rFonts w:ascii="Arial" w:hAnsi="Arial"/>
          <w:lang w:val="en-GB"/>
        </w:rPr>
        <w:t>,</w:t>
      </w:r>
      <w:r w:rsidR="00B4138A" w:rsidRPr="00AD54C0">
        <w:rPr>
          <w:rFonts w:ascii="Arial" w:hAnsi="Arial"/>
          <w:lang w:val="en-GB"/>
        </w:rPr>
        <w:t xml:space="preserve"> and these </w:t>
      </w:r>
      <w:r w:rsidR="004C198A">
        <w:rPr>
          <w:rFonts w:ascii="Arial" w:hAnsi="Arial"/>
          <w:lang w:val="en-GB"/>
        </w:rPr>
        <w:t xml:space="preserve">neighbourhoods </w:t>
      </w:r>
      <w:r w:rsidR="00B4138A" w:rsidRPr="00AD54C0">
        <w:rPr>
          <w:rFonts w:ascii="Arial" w:hAnsi="Arial"/>
          <w:lang w:val="en-GB"/>
        </w:rPr>
        <w:t>are not always cov</w:t>
      </w:r>
      <w:r w:rsidR="004C198A">
        <w:rPr>
          <w:rFonts w:ascii="Arial" w:hAnsi="Arial"/>
          <w:lang w:val="en-GB"/>
        </w:rPr>
        <w:t xml:space="preserve">ered by notification systems for </w:t>
      </w:r>
      <w:r w:rsidR="00B4138A" w:rsidRPr="00AD54C0">
        <w:rPr>
          <w:rFonts w:ascii="Arial" w:hAnsi="Arial"/>
          <w:lang w:val="en-GB"/>
        </w:rPr>
        <w:t xml:space="preserve">diseases </w:t>
      </w:r>
      <w:r w:rsidR="004C198A">
        <w:rPr>
          <w:rFonts w:ascii="Arial" w:hAnsi="Arial"/>
          <w:lang w:val="en-GB"/>
        </w:rPr>
        <w:t>which require compulsory notification</w:t>
      </w:r>
      <w:r w:rsidR="00B4138A" w:rsidRPr="00AD54C0">
        <w:rPr>
          <w:rFonts w:ascii="Arial" w:hAnsi="Arial"/>
          <w:lang w:val="en-GB"/>
        </w:rPr>
        <w:t xml:space="preserve">. We still don't have a system to </w:t>
      </w:r>
      <w:r w:rsidR="004C198A">
        <w:rPr>
          <w:rFonts w:ascii="Arial" w:hAnsi="Arial"/>
          <w:lang w:val="en-GB"/>
        </w:rPr>
        <w:t>identify infections in a compulsor</w:t>
      </w:r>
      <w:r w:rsidR="00B4138A" w:rsidRPr="00AD54C0">
        <w:rPr>
          <w:rFonts w:ascii="Arial" w:hAnsi="Arial"/>
          <w:lang w:val="en-GB"/>
        </w:rPr>
        <w:t xml:space="preserve">y </w:t>
      </w:r>
      <w:r w:rsidR="004C198A">
        <w:rPr>
          <w:rFonts w:ascii="Arial" w:hAnsi="Arial"/>
          <w:lang w:val="en-GB"/>
        </w:rPr>
        <w:t>way, including veterinary diseases, which are also very important.</w:t>
      </w:r>
    </w:p>
    <w:p w14:paraId="3A85B35C" w14:textId="77777777" w:rsidR="00B4138A" w:rsidRPr="00AD54C0" w:rsidRDefault="00B4138A" w:rsidP="00B4138A">
      <w:pPr>
        <w:spacing w:after="0" w:line="360" w:lineRule="auto"/>
        <w:jc w:val="both"/>
        <w:rPr>
          <w:lang w:val="en-GB"/>
        </w:rPr>
      </w:pPr>
    </w:p>
    <w:p w14:paraId="363EAF82" w14:textId="5ACB92FF" w:rsidR="00B4138A" w:rsidRPr="00AD54C0" w:rsidRDefault="004C198A" w:rsidP="00B4138A">
      <w:pPr>
        <w:spacing w:after="0" w:line="360" w:lineRule="auto"/>
        <w:jc w:val="both"/>
        <w:rPr>
          <w:lang w:val="en-GB"/>
        </w:rPr>
      </w:pPr>
      <w:r>
        <w:rPr>
          <w:rFonts w:ascii="Arial" w:hAnsi="Arial"/>
          <w:b/>
          <w:lang w:val="en-GB"/>
        </w:rPr>
        <w:t>Rio Facilitator 1</w:t>
      </w:r>
    </w:p>
    <w:p w14:paraId="1DDFD4F6" w14:textId="4CF25155" w:rsidR="00B4138A" w:rsidRPr="00AD54C0" w:rsidRDefault="004C198A" w:rsidP="00B4138A">
      <w:pPr>
        <w:spacing w:after="0" w:line="360" w:lineRule="auto"/>
        <w:jc w:val="both"/>
        <w:rPr>
          <w:lang w:val="en-GB"/>
        </w:rPr>
      </w:pPr>
      <w:r>
        <w:rPr>
          <w:rFonts w:ascii="Arial" w:hAnsi="Arial"/>
          <w:lang w:val="en-GB"/>
        </w:rPr>
        <w:t>Thank you. Do we have any comments from online participants to read out? No? Okay.</w:t>
      </w:r>
    </w:p>
    <w:p w14:paraId="2EF9A6D4" w14:textId="77777777" w:rsidR="00B4138A" w:rsidRPr="00AD54C0" w:rsidRDefault="00B4138A" w:rsidP="00B4138A">
      <w:pPr>
        <w:spacing w:after="0" w:line="360" w:lineRule="auto"/>
        <w:jc w:val="both"/>
        <w:rPr>
          <w:lang w:val="en-GB"/>
        </w:rPr>
      </w:pPr>
    </w:p>
    <w:p w14:paraId="3A81D51A" w14:textId="5D365EA2" w:rsidR="00B4138A" w:rsidRPr="00AD54C0" w:rsidRDefault="004C198A" w:rsidP="00B4138A">
      <w:pPr>
        <w:spacing w:after="0" w:line="360" w:lineRule="auto"/>
        <w:jc w:val="both"/>
        <w:rPr>
          <w:lang w:val="en-GB"/>
        </w:rPr>
      </w:pPr>
      <w:r>
        <w:rPr>
          <w:rFonts w:ascii="Arial" w:hAnsi="Arial"/>
          <w:b/>
          <w:lang w:val="en-GB"/>
        </w:rPr>
        <w:t>Rio 13</w:t>
      </w:r>
    </w:p>
    <w:p w14:paraId="21D9283B" w14:textId="6CCA3D2B" w:rsidR="00B4138A" w:rsidRPr="00AD54C0" w:rsidRDefault="00B4138A" w:rsidP="00B4138A">
      <w:pPr>
        <w:spacing w:after="0" w:line="360" w:lineRule="auto"/>
        <w:jc w:val="both"/>
        <w:rPr>
          <w:lang w:val="en-GB"/>
        </w:rPr>
      </w:pPr>
      <w:r w:rsidRPr="00AD54C0">
        <w:rPr>
          <w:rFonts w:ascii="Arial" w:hAnsi="Arial"/>
          <w:lang w:val="en-GB"/>
        </w:rPr>
        <w:t>So, I thin</w:t>
      </w:r>
      <w:r w:rsidR="004C198A">
        <w:rPr>
          <w:rFonts w:ascii="Arial" w:hAnsi="Arial"/>
          <w:lang w:val="en-GB"/>
        </w:rPr>
        <w:t xml:space="preserve">k my comments follow on </w:t>
      </w:r>
      <w:r w:rsidRPr="00AD54C0">
        <w:rPr>
          <w:rFonts w:ascii="Arial" w:hAnsi="Arial"/>
          <w:lang w:val="en-GB"/>
        </w:rPr>
        <w:t xml:space="preserve">from the comments made by </w:t>
      </w:r>
      <w:r w:rsidR="004C198A">
        <w:rPr>
          <w:rFonts w:ascii="Arial" w:hAnsi="Arial"/>
          <w:lang w:val="en-GB"/>
        </w:rPr>
        <w:t>other participants about</w:t>
      </w:r>
      <w:r w:rsidRPr="00AD54C0">
        <w:rPr>
          <w:rFonts w:ascii="Arial" w:hAnsi="Arial"/>
          <w:lang w:val="en-GB"/>
        </w:rPr>
        <w:t xml:space="preserve"> classifying things differen</w:t>
      </w:r>
      <w:r w:rsidR="004C198A">
        <w:rPr>
          <w:rFonts w:ascii="Arial" w:hAnsi="Arial"/>
          <w:lang w:val="en-GB"/>
        </w:rPr>
        <w:t xml:space="preserve">tly, </w:t>
      </w:r>
      <w:r w:rsidR="00221D44">
        <w:rPr>
          <w:rFonts w:ascii="Arial" w:hAnsi="Arial"/>
          <w:lang w:val="en-GB"/>
        </w:rPr>
        <w:t xml:space="preserve">for example, </w:t>
      </w:r>
      <w:r w:rsidRPr="00AD54C0">
        <w:rPr>
          <w:rFonts w:ascii="Arial" w:hAnsi="Arial"/>
          <w:lang w:val="en-GB"/>
        </w:rPr>
        <w:t>syndromic classification, but what I was actually looking at is the fac</w:t>
      </w:r>
      <w:r w:rsidR="004C198A">
        <w:rPr>
          <w:rFonts w:ascii="Arial" w:hAnsi="Arial"/>
          <w:lang w:val="en-GB"/>
        </w:rPr>
        <w:t>t that we have several diseases</w:t>
      </w:r>
      <w:r w:rsidR="00221D44">
        <w:rPr>
          <w:rFonts w:ascii="Arial" w:hAnsi="Arial"/>
          <w:lang w:val="en-GB"/>
        </w:rPr>
        <w:t>, or items,</w:t>
      </w:r>
      <w:r w:rsidR="004C198A">
        <w:rPr>
          <w:rFonts w:ascii="Arial" w:hAnsi="Arial"/>
          <w:lang w:val="en-GB"/>
        </w:rPr>
        <w:t xml:space="preserve"> that are subsets of </w:t>
      </w:r>
      <w:r w:rsidRPr="00AD54C0">
        <w:rPr>
          <w:rFonts w:ascii="Arial" w:hAnsi="Arial"/>
          <w:lang w:val="en-GB"/>
        </w:rPr>
        <w:t>other</w:t>
      </w:r>
      <w:r w:rsidR="00221D44">
        <w:rPr>
          <w:rFonts w:ascii="Arial" w:hAnsi="Arial"/>
          <w:lang w:val="en-GB"/>
        </w:rPr>
        <w:t>s</w:t>
      </w:r>
      <w:r w:rsidR="004C198A">
        <w:rPr>
          <w:rFonts w:ascii="Arial" w:hAnsi="Arial"/>
          <w:lang w:val="en-GB"/>
        </w:rPr>
        <w:t>. S</w:t>
      </w:r>
      <w:r w:rsidRPr="00AD54C0">
        <w:rPr>
          <w:rFonts w:ascii="Arial" w:hAnsi="Arial"/>
          <w:lang w:val="en-GB"/>
        </w:rPr>
        <w:t xml:space="preserve">o we have </w:t>
      </w:r>
      <w:r w:rsidR="004C198A">
        <w:rPr>
          <w:rFonts w:ascii="Arial" w:hAnsi="Arial"/>
          <w:lang w:val="en-GB"/>
        </w:rPr>
        <w:t>dengue, which is an arbovirus. C</w:t>
      </w:r>
      <w:r w:rsidRPr="00AD54C0">
        <w:rPr>
          <w:rFonts w:ascii="Arial" w:hAnsi="Arial"/>
          <w:lang w:val="en-GB"/>
        </w:rPr>
        <w:t xml:space="preserve">hikungunya, which is </w:t>
      </w:r>
      <w:r w:rsidR="004C198A">
        <w:rPr>
          <w:rFonts w:ascii="Arial" w:hAnsi="Arial"/>
          <w:lang w:val="en-GB"/>
        </w:rPr>
        <w:t xml:space="preserve">a virus, and both </w:t>
      </w:r>
      <w:r w:rsidRPr="00AD54C0">
        <w:rPr>
          <w:rFonts w:ascii="Arial" w:hAnsi="Arial"/>
          <w:lang w:val="en-GB"/>
        </w:rPr>
        <w:t xml:space="preserve">of them are vector borne diseases. So, I just wondered if you have you classified </w:t>
      </w:r>
      <w:r w:rsidR="004C198A">
        <w:rPr>
          <w:rFonts w:ascii="Arial" w:hAnsi="Arial"/>
          <w:lang w:val="en-GB"/>
        </w:rPr>
        <w:t>the diseases</w:t>
      </w:r>
      <w:r w:rsidRPr="00AD54C0">
        <w:rPr>
          <w:rFonts w:ascii="Arial" w:hAnsi="Arial"/>
          <w:lang w:val="en-GB"/>
        </w:rPr>
        <w:t xml:space="preserve"> differently</w:t>
      </w:r>
      <w:r w:rsidR="004C198A">
        <w:rPr>
          <w:rFonts w:ascii="Arial" w:hAnsi="Arial"/>
          <w:lang w:val="en-GB"/>
        </w:rPr>
        <w:t>, and checked where they ranked in the prioritisation, w</w:t>
      </w:r>
      <w:r w:rsidRPr="00AD54C0">
        <w:rPr>
          <w:rFonts w:ascii="Arial" w:hAnsi="Arial"/>
          <w:lang w:val="en-GB"/>
        </w:rPr>
        <w:t xml:space="preserve">ould vector borne diseases then be </w:t>
      </w:r>
      <w:r w:rsidR="004C198A">
        <w:rPr>
          <w:rFonts w:ascii="Arial" w:hAnsi="Arial"/>
          <w:lang w:val="en-GB"/>
        </w:rPr>
        <w:t>the most prominent? O</w:t>
      </w:r>
      <w:r w:rsidRPr="00AD54C0">
        <w:rPr>
          <w:rFonts w:ascii="Arial" w:hAnsi="Arial"/>
          <w:lang w:val="en-GB"/>
        </w:rPr>
        <w:t xml:space="preserve">f course, I agree </w:t>
      </w:r>
      <w:r w:rsidR="004C198A">
        <w:rPr>
          <w:rFonts w:ascii="Arial" w:hAnsi="Arial"/>
          <w:lang w:val="en-GB"/>
        </w:rPr>
        <w:t xml:space="preserve">and </w:t>
      </w:r>
      <w:r w:rsidRPr="00AD54C0">
        <w:rPr>
          <w:rFonts w:ascii="Arial" w:hAnsi="Arial"/>
          <w:lang w:val="en-GB"/>
        </w:rPr>
        <w:t>understand why</w:t>
      </w:r>
      <w:r w:rsidR="004C198A">
        <w:rPr>
          <w:rFonts w:ascii="Arial" w:hAnsi="Arial"/>
          <w:lang w:val="en-GB"/>
        </w:rPr>
        <w:t xml:space="preserve"> d</w:t>
      </w:r>
      <w:r w:rsidRPr="00AD54C0">
        <w:rPr>
          <w:rFonts w:ascii="Arial" w:hAnsi="Arial"/>
          <w:lang w:val="en-GB"/>
        </w:rPr>
        <w:t xml:space="preserve">engue </w:t>
      </w:r>
      <w:r w:rsidR="004C198A">
        <w:rPr>
          <w:rFonts w:ascii="Arial" w:hAnsi="Arial"/>
          <w:lang w:val="en-GB"/>
        </w:rPr>
        <w:t xml:space="preserve">has been prioritized highly in LAC, </w:t>
      </w:r>
      <w:r w:rsidRPr="00AD54C0">
        <w:rPr>
          <w:rFonts w:ascii="Arial" w:hAnsi="Arial"/>
          <w:lang w:val="en-GB"/>
        </w:rPr>
        <w:t>we only document what we know</w:t>
      </w:r>
      <w:r w:rsidR="004C198A">
        <w:rPr>
          <w:rFonts w:ascii="Arial" w:hAnsi="Arial"/>
          <w:lang w:val="en-GB"/>
        </w:rPr>
        <w:t xml:space="preserve">. The comments about febrile illnesses are </w:t>
      </w:r>
      <w:r w:rsidRPr="00AD54C0">
        <w:rPr>
          <w:rFonts w:ascii="Arial" w:hAnsi="Arial"/>
          <w:lang w:val="en-GB"/>
        </w:rPr>
        <w:t xml:space="preserve">very important </w:t>
      </w:r>
      <w:r w:rsidR="00221D44">
        <w:rPr>
          <w:rFonts w:ascii="Arial" w:hAnsi="Arial"/>
          <w:lang w:val="en-GB"/>
        </w:rPr>
        <w:t>- we assume they</w:t>
      </w:r>
      <w:r w:rsidRPr="00AD54C0">
        <w:rPr>
          <w:rFonts w:ascii="Arial" w:hAnsi="Arial"/>
          <w:lang w:val="en-GB"/>
        </w:rPr>
        <w:t xml:space="preserve"> all</w:t>
      </w:r>
      <w:r w:rsidR="00221D44">
        <w:rPr>
          <w:rFonts w:ascii="Arial" w:hAnsi="Arial"/>
          <w:lang w:val="en-GB"/>
        </w:rPr>
        <w:t xml:space="preserve"> are dengue - but dengue belongs up there, it’s a big burden, i</w:t>
      </w:r>
      <w:r w:rsidRPr="00AD54C0">
        <w:rPr>
          <w:rFonts w:ascii="Arial" w:hAnsi="Arial"/>
          <w:lang w:val="en-GB"/>
        </w:rPr>
        <w:t>t's what's present. But I think if you cl</w:t>
      </w:r>
      <w:r w:rsidR="00221D44">
        <w:rPr>
          <w:rFonts w:ascii="Arial" w:hAnsi="Arial"/>
          <w:lang w:val="en-GB"/>
        </w:rPr>
        <w:t>assify the diseases</w:t>
      </w:r>
      <w:r w:rsidRPr="00AD54C0">
        <w:rPr>
          <w:rFonts w:ascii="Arial" w:hAnsi="Arial"/>
          <w:lang w:val="en-GB"/>
        </w:rPr>
        <w:t xml:space="preserve"> differently, you can capture more of the unknown</w:t>
      </w:r>
      <w:r w:rsidR="00221D44">
        <w:rPr>
          <w:rFonts w:ascii="Arial" w:hAnsi="Arial"/>
          <w:lang w:val="en-GB"/>
        </w:rPr>
        <w:t>s by putting vector-</w:t>
      </w:r>
      <w:r w:rsidRPr="00AD54C0">
        <w:rPr>
          <w:rFonts w:ascii="Arial" w:hAnsi="Arial"/>
          <w:lang w:val="en-GB"/>
        </w:rPr>
        <w:t>borne</w:t>
      </w:r>
      <w:r w:rsidR="00221D44">
        <w:rPr>
          <w:rFonts w:ascii="Arial" w:hAnsi="Arial"/>
          <w:lang w:val="en-GB"/>
        </w:rPr>
        <w:t xml:space="preserve">, or even arboviruses - probably vector-borne - </w:t>
      </w:r>
      <w:r w:rsidRPr="00AD54C0">
        <w:rPr>
          <w:rFonts w:ascii="Arial" w:hAnsi="Arial"/>
          <w:lang w:val="en-GB"/>
        </w:rPr>
        <w:t>up at the top. Thank you.</w:t>
      </w:r>
    </w:p>
    <w:p w14:paraId="22E9147C" w14:textId="77777777" w:rsidR="00B4138A" w:rsidRPr="00AD54C0" w:rsidRDefault="00B4138A" w:rsidP="00B4138A">
      <w:pPr>
        <w:spacing w:after="0" w:line="360" w:lineRule="auto"/>
        <w:jc w:val="both"/>
        <w:rPr>
          <w:lang w:val="en-GB"/>
        </w:rPr>
      </w:pPr>
    </w:p>
    <w:p w14:paraId="79DBCEFA" w14:textId="77777777" w:rsidR="00C761BC" w:rsidRDefault="00C761BC" w:rsidP="00B4138A">
      <w:pPr>
        <w:spacing w:after="0" w:line="360" w:lineRule="auto"/>
        <w:jc w:val="both"/>
        <w:rPr>
          <w:rFonts w:ascii="Arial" w:hAnsi="Arial"/>
          <w:b/>
          <w:lang w:val="en-GB"/>
        </w:rPr>
      </w:pPr>
    </w:p>
    <w:p w14:paraId="62C3A399" w14:textId="15C9CD75" w:rsidR="00B4138A" w:rsidRPr="00AD54C0" w:rsidRDefault="00221D44" w:rsidP="00B4138A">
      <w:pPr>
        <w:spacing w:after="0" w:line="360" w:lineRule="auto"/>
        <w:jc w:val="both"/>
        <w:rPr>
          <w:lang w:val="en-GB"/>
        </w:rPr>
      </w:pPr>
      <w:r>
        <w:rPr>
          <w:rFonts w:ascii="Arial" w:hAnsi="Arial"/>
          <w:b/>
          <w:lang w:val="en-GB"/>
        </w:rPr>
        <w:lastRenderedPageBreak/>
        <w:t>Rio Facilitator 1</w:t>
      </w:r>
    </w:p>
    <w:p w14:paraId="06681A86" w14:textId="29A87652" w:rsidR="00B4138A" w:rsidRPr="00AD54C0" w:rsidRDefault="00221D44" w:rsidP="00B4138A">
      <w:pPr>
        <w:spacing w:after="0" w:line="360" w:lineRule="auto"/>
        <w:jc w:val="both"/>
        <w:rPr>
          <w:lang w:val="en-GB"/>
        </w:rPr>
      </w:pPr>
      <w:r>
        <w:rPr>
          <w:rFonts w:ascii="Arial" w:hAnsi="Arial"/>
          <w:lang w:val="en-GB"/>
        </w:rPr>
        <w:t>Thank you that’s</w:t>
      </w:r>
      <w:r w:rsidR="00B4138A" w:rsidRPr="00AD54C0">
        <w:rPr>
          <w:rFonts w:ascii="Arial" w:hAnsi="Arial"/>
          <w:lang w:val="en-GB"/>
        </w:rPr>
        <w:t xml:space="preserve"> a really good point. And just to clarify what I w</w:t>
      </w:r>
      <w:r>
        <w:rPr>
          <w:rFonts w:ascii="Arial" w:hAnsi="Arial"/>
          <w:lang w:val="en-GB"/>
        </w:rPr>
        <w:t xml:space="preserve">as saying earlier, </w:t>
      </w:r>
      <w:r w:rsidR="00B4138A" w:rsidRPr="00AD54C0">
        <w:rPr>
          <w:rFonts w:ascii="Arial" w:hAnsi="Arial"/>
          <w:lang w:val="en-GB"/>
        </w:rPr>
        <w:t>what we're presenting here is the data in its rawest for</w:t>
      </w:r>
      <w:r>
        <w:rPr>
          <w:rFonts w:ascii="Arial" w:hAnsi="Arial"/>
          <w:lang w:val="en-GB"/>
        </w:rPr>
        <w:t>m. So, if somebody wrote in the survey box ‘</w:t>
      </w:r>
      <w:r w:rsidR="00B4138A" w:rsidRPr="00AD54C0">
        <w:rPr>
          <w:rFonts w:ascii="Arial" w:hAnsi="Arial"/>
          <w:lang w:val="en-GB"/>
        </w:rPr>
        <w:t>Dengue</w:t>
      </w:r>
      <w:r>
        <w:rPr>
          <w:rFonts w:ascii="Arial" w:hAnsi="Arial"/>
          <w:lang w:val="en-GB"/>
        </w:rPr>
        <w:t>’, we totalled every response that said ‘dengue’. If they wrote ‘arbovirus’ or ‘arbo</w:t>
      </w:r>
      <w:r w:rsidR="00B4138A" w:rsidRPr="00AD54C0">
        <w:rPr>
          <w:rFonts w:ascii="Arial" w:hAnsi="Arial"/>
          <w:lang w:val="en-GB"/>
        </w:rPr>
        <w:t>viruses</w:t>
      </w:r>
      <w:r>
        <w:rPr>
          <w:rFonts w:ascii="Arial" w:hAnsi="Arial"/>
          <w:lang w:val="en-GB"/>
        </w:rPr>
        <w:t>’</w:t>
      </w:r>
      <w:r w:rsidR="00B4138A" w:rsidRPr="00AD54C0">
        <w:rPr>
          <w:rFonts w:ascii="Arial" w:hAnsi="Arial"/>
          <w:lang w:val="en-GB"/>
        </w:rPr>
        <w:t xml:space="preserve">, we </w:t>
      </w:r>
      <w:r>
        <w:rPr>
          <w:rFonts w:ascii="Arial" w:hAnsi="Arial"/>
          <w:lang w:val="en-GB"/>
        </w:rPr>
        <w:t xml:space="preserve">totalled </w:t>
      </w:r>
      <w:r w:rsidR="0071025C">
        <w:rPr>
          <w:rFonts w:ascii="Arial" w:hAnsi="Arial"/>
          <w:lang w:val="en-GB"/>
        </w:rPr>
        <w:t>t</w:t>
      </w:r>
      <w:r>
        <w:rPr>
          <w:rFonts w:ascii="Arial" w:hAnsi="Arial"/>
          <w:lang w:val="en-GB"/>
        </w:rPr>
        <w:t>hose responses only under the category ‘arboviruses’. You're absolutely right, t</w:t>
      </w:r>
      <w:r w:rsidR="0071025C">
        <w:rPr>
          <w:rFonts w:ascii="Arial" w:hAnsi="Arial"/>
          <w:lang w:val="en-GB"/>
        </w:rPr>
        <w:t>here are so many differe</w:t>
      </w:r>
      <w:r w:rsidR="0071025C" w:rsidRPr="00AD54C0">
        <w:rPr>
          <w:rFonts w:ascii="Arial" w:hAnsi="Arial"/>
          <w:lang w:val="en-GB"/>
        </w:rPr>
        <w:t>nt</w:t>
      </w:r>
      <w:r w:rsidR="00B4138A" w:rsidRPr="00AD54C0">
        <w:rPr>
          <w:rFonts w:ascii="Arial" w:hAnsi="Arial"/>
          <w:lang w:val="en-GB"/>
        </w:rPr>
        <w:t xml:space="preserve"> ways of looking at this data, we can look at </w:t>
      </w:r>
      <w:r>
        <w:rPr>
          <w:rFonts w:ascii="Arial" w:hAnsi="Arial"/>
          <w:lang w:val="en-GB"/>
        </w:rPr>
        <w:t xml:space="preserve">it symptomatically, we can look at </w:t>
      </w:r>
      <w:r w:rsidR="00B4138A" w:rsidRPr="00AD54C0">
        <w:rPr>
          <w:rFonts w:ascii="Arial" w:hAnsi="Arial"/>
          <w:lang w:val="en-GB"/>
        </w:rPr>
        <w:t xml:space="preserve">general disease groupings like arboviruses, we can look at things like neglected tropical diseases, which </w:t>
      </w:r>
      <w:r w:rsidR="0071025C">
        <w:rPr>
          <w:rFonts w:ascii="Arial" w:hAnsi="Arial"/>
          <w:lang w:val="en-GB"/>
        </w:rPr>
        <w:t xml:space="preserve">would be prioritized very highly if we were to </w:t>
      </w:r>
      <w:r w:rsidR="00B4138A" w:rsidRPr="00AD54C0">
        <w:rPr>
          <w:rFonts w:ascii="Arial" w:hAnsi="Arial"/>
          <w:lang w:val="en-GB"/>
        </w:rPr>
        <w:t>group them. But for the purpose of this dis</w:t>
      </w:r>
      <w:r w:rsidR="0071025C">
        <w:rPr>
          <w:rFonts w:ascii="Arial" w:hAnsi="Arial"/>
          <w:lang w:val="en-GB"/>
        </w:rPr>
        <w:t xml:space="preserve">cussion, we wanted to present the findings as broadly as possible, so that </w:t>
      </w:r>
      <w:r w:rsidR="00B4138A" w:rsidRPr="00AD54C0">
        <w:rPr>
          <w:rFonts w:ascii="Arial" w:hAnsi="Arial"/>
          <w:lang w:val="en-GB"/>
        </w:rPr>
        <w:t>we can interpret th</w:t>
      </w:r>
      <w:r w:rsidR="0071025C">
        <w:rPr>
          <w:rFonts w:ascii="Arial" w:hAnsi="Arial"/>
          <w:lang w:val="en-GB"/>
        </w:rPr>
        <w:t>is in many different ways. So w</w:t>
      </w:r>
      <w:r w:rsidR="00B4138A" w:rsidRPr="00AD54C0">
        <w:rPr>
          <w:rFonts w:ascii="Arial" w:hAnsi="Arial"/>
          <w:lang w:val="en-GB"/>
        </w:rPr>
        <w:t xml:space="preserve">e haven't </w:t>
      </w:r>
      <w:r w:rsidR="0071025C">
        <w:rPr>
          <w:rFonts w:ascii="Arial" w:hAnsi="Arial"/>
          <w:lang w:val="en-GB"/>
        </w:rPr>
        <w:t xml:space="preserve">grouped any of the survey responses, </w:t>
      </w:r>
      <w:r w:rsidR="00B4138A" w:rsidRPr="00AD54C0">
        <w:rPr>
          <w:rFonts w:ascii="Arial" w:hAnsi="Arial"/>
          <w:lang w:val="en-GB"/>
        </w:rPr>
        <w:t>deliberately</w:t>
      </w:r>
      <w:r w:rsidR="0071025C">
        <w:rPr>
          <w:rFonts w:ascii="Arial" w:hAnsi="Arial"/>
          <w:lang w:val="en-GB"/>
        </w:rPr>
        <w:t>,</w:t>
      </w:r>
      <w:r w:rsidR="00B4138A" w:rsidRPr="00AD54C0">
        <w:rPr>
          <w:rFonts w:ascii="Arial" w:hAnsi="Arial"/>
          <w:lang w:val="en-GB"/>
        </w:rPr>
        <w:t xml:space="preserve"> to </w:t>
      </w:r>
      <w:r w:rsidR="0071025C">
        <w:rPr>
          <w:rFonts w:ascii="Arial" w:hAnsi="Arial"/>
          <w:lang w:val="en-GB"/>
        </w:rPr>
        <w:t>allow for discussion in this meeting.</w:t>
      </w:r>
    </w:p>
    <w:p w14:paraId="62CE3668" w14:textId="77777777" w:rsidR="00B4138A" w:rsidRPr="00AD54C0" w:rsidRDefault="00B4138A" w:rsidP="00B4138A">
      <w:pPr>
        <w:spacing w:after="0" w:line="360" w:lineRule="auto"/>
        <w:jc w:val="both"/>
        <w:rPr>
          <w:lang w:val="en-GB"/>
        </w:rPr>
      </w:pPr>
    </w:p>
    <w:p w14:paraId="1C0A28AC" w14:textId="2314BFF9" w:rsidR="00B4138A" w:rsidRPr="00AD54C0" w:rsidRDefault="0071025C" w:rsidP="00B4138A">
      <w:pPr>
        <w:spacing w:after="0" w:line="360" w:lineRule="auto"/>
        <w:jc w:val="both"/>
        <w:rPr>
          <w:lang w:val="en-GB"/>
        </w:rPr>
      </w:pPr>
      <w:r>
        <w:rPr>
          <w:rFonts w:ascii="Arial" w:hAnsi="Arial"/>
          <w:b/>
          <w:bCs/>
          <w:lang w:val="en-GB"/>
        </w:rPr>
        <w:t>Rio 2</w:t>
      </w:r>
    </w:p>
    <w:p w14:paraId="4CC70FBF" w14:textId="1080E9E7" w:rsidR="00B4138A" w:rsidRPr="00AD54C0" w:rsidRDefault="0071025C" w:rsidP="00B4138A">
      <w:pPr>
        <w:spacing w:after="0" w:line="360" w:lineRule="auto"/>
        <w:jc w:val="both"/>
        <w:rPr>
          <w:rFonts w:ascii="Arial" w:hAnsi="Arial"/>
          <w:lang w:val="en-GB"/>
        </w:rPr>
      </w:pPr>
      <w:r>
        <w:rPr>
          <w:rFonts w:ascii="Arial" w:hAnsi="Arial"/>
          <w:lang w:val="en-GB"/>
        </w:rPr>
        <w:t xml:space="preserve">This is a very clear list of priorities. </w:t>
      </w:r>
      <w:r w:rsidR="00B4138A" w:rsidRPr="150BD9F9">
        <w:rPr>
          <w:rFonts w:ascii="Arial" w:hAnsi="Arial"/>
          <w:lang w:val="en-GB"/>
        </w:rPr>
        <w:t>I agree with the list</w:t>
      </w:r>
      <w:r>
        <w:rPr>
          <w:rFonts w:ascii="Arial" w:hAnsi="Arial"/>
          <w:lang w:val="en-GB"/>
        </w:rPr>
        <w:t xml:space="preserve"> of priorities</w:t>
      </w:r>
      <w:r w:rsidR="00B4138A" w:rsidRPr="150BD9F9">
        <w:rPr>
          <w:rFonts w:ascii="Arial" w:hAnsi="Arial"/>
          <w:lang w:val="en-GB"/>
        </w:rPr>
        <w:t xml:space="preserve">, we still have to think </w:t>
      </w:r>
      <w:r>
        <w:rPr>
          <w:rFonts w:ascii="Arial" w:hAnsi="Arial"/>
          <w:lang w:val="en-GB"/>
        </w:rPr>
        <w:t>about</w:t>
      </w:r>
      <w:r w:rsidR="00B4138A" w:rsidRPr="150BD9F9">
        <w:rPr>
          <w:rFonts w:ascii="Arial" w:hAnsi="Arial"/>
          <w:lang w:val="en-GB"/>
        </w:rPr>
        <w:t xml:space="preserve"> implementation science in relation to dis</w:t>
      </w:r>
      <w:r>
        <w:rPr>
          <w:rFonts w:ascii="Arial" w:hAnsi="Arial"/>
          <w:lang w:val="en-GB"/>
        </w:rPr>
        <w:t>ease control, and more about</w:t>
      </w:r>
      <w:r w:rsidR="00B4138A" w:rsidRPr="150BD9F9">
        <w:rPr>
          <w:rFonts w:ascii="Arial" w:hAnsi="Arial"/>
          <w:lang w:val="en-GB"/>
        </w:rPr>
        <w:t xml:space="preserve"> research in health services because we are unable to find certain diseases, even th</w:t>
      </w:r>
      <w:r>
        <w:rPr>
          <w:rFonts w:ascii="Arial" w:hAnsi="Arial"/>
          <w:lang w:val="en-GB"/>
        </w:rPr>
        <w:t>ough we have many tools for their</w:t>
      </w:r>
      <w:r w:rsidR="00B4138A" w:rsidRPr="150BD9F9">
        <w:rPr>
          <w:rFonts w:ascii="Arial" w:hAnsi="Arial"/>
          <w:lang w:val="en-GB"/>
        </w:rPr>
        <w:t xml:space="preserve"> control. For instance, malaria, we know how to cont</w:t>
      </w:r>
      <w:r>
        <w:rPr>
          <w:rFonts w:ascii="Arial" w:hAnsi="Arial"/>
          <w:lang w:val="en-GB"/>
        </w:rPr>
        <w:t xml:space="preserve">rol malaria in certain contexts. So why </w:t>
      </w:r>
      <w:r w:rsidR="00B4138A" w:rsidRPr="150BD9F9">
        <w:rPr>
          <w:rFonts w:ascii="Arial" w:hAnsi="Arial"/>
          <w:lang w:val="en-GB"/>
        </w:rPr>
        <w:t xml:space="preserve">do we have so much malaria? </w:t>
      </w:r>
      <w:r>
        <w:rPr>
          <w:rFonts w:ascii="Arial" w:hAnsi="Arial"/>
          <w:lang w:val="en-GB"/>
        </w:rPr>
        <w:t>W</w:t>
      </w:r>
      <w:r w:rsidR="00B4138A" w:rsidRPr="150BD9F9">
        <w:rPr>
          <w:rFonts w:ascii="Arial" w:hAnsi="Arial"/>
          <w:lang w:val="en-GB"/>
        </w:rPr>
        <w:t xml:space="preserve">hy do we still have people dying from malaria, here in </w:t>
      </w:r>
      <w:r>
        <w:rPr>
          <w:rFonts w:ascii="Arial" w:hAnsi="Arial"/>
          <w:lang w:val="en-GB"/>
        </w:rPr>
        <w:t>Latin America when we are able to do diagnosis? W</w:t>
      </w:r>
      <w:r w:rsidR="00B4138A" w:rsidRPr="150BD9F9">
        <w:rPr>
          <w:rFonts w:ascii="Arial" w:hAnsi="Arial"/>
          <w:lang w:val="en-GB"/>
        </w:rPr>
        <w:t xml:space="preserve">e have to think about the context, we have to think </w:t>
      </w:r>
      <w:r>
        <w:rPr>
          <w:rFonts w:ascii="Arial" w:hAnsi="Arial"/>
          <w:lang w:val="en-GB"/>
        </w:rPr>
        <w:t>about the implementation of control measures</w:t>
      </w:r>
      <w:r w:rsidR="00B4138A" w:rsidRPr="150BD9F9">
        <w:rPr>
          <w:rFonts w:ascii="Arial" w:hAnsi="Arial"/>
          <w:lang w:val="en-GB"/>
        </w:rPr>
        <w:t xml:space="preserve"> </w:t>
      </w:r>
      <w:r>
        <w:rPr>
          <w:rFonts w:ascii="Arial" w:hAnsi="Arial"/>
          <w:lang w:val="en-GB"/>
        </w:rPr>
        <w:t xml:space="preserve">in </w:t>
      </w:r>
      <w:r w:rsidR="00B4138A" w:rsidRPr="150BD9F9">
        <w:rPr>
          <w:rFonts w:ascii="Arial" w:hAnsi="Arial"/>
          <w:lang w:val="en-GB"/>
        </w:rPr>
        <w:t>health services, and fundamentally also work within the</w:t>
      </w:r>
      <w:r>
        <w:rPr>
          <w:rFonts w:ascii="Arial" w:hAnsi="Arial"/>
          <w:lang w:val="en-GB"/>
        </w:rPr>
        <w:t xml:space="preserve"> community and consider health education.</w:t>
      </w:r>
      <w:r w:rsidR="00B4138A" w:rsidRPr="150BD9F9">
        <w:rPr>
          <w:rFonts w:ascii="Arial" w:hAnsi="Arial"/>
          <w:lang w:val="en-GB"/>
        </w:rPr>
        <w:t xml:space="preserve"> I have one doubt, </w:t>
      </w:r>
      <w:r>
        <w:rPr>
          <w:rFonts w:ascii="Arial" w:hAnsi="Arial"/>
          <w:lang w:val="en-GB"/>
        </w:rPr>
        <w:t>in relation to Malaria</w:t>
      </w:r>
      <w:r w:rsidR="00B4138A" w:rsidRPr="150BD9F9">
        <w:rPr>
          <w:rFonts w:ascii="Arial" w:hAnsi="Arial"/>
          <w:lang w:val="en-GB"/>
        </w:rPr>
        <w:t xml:space="preserve">, I saw </w:t>
      </w:r>
      <w:r>
        <w:rPr>
          <w:rFonts w:ascii="Arial" w:hAnsi="Arial"/>
          <w:lang w:val="en-GB"/>
        </w:rPr>
        <w:t>[</w:t>
      </w:r>
      <w:r w:rsidRPr="0071025C">
        <w:rPr>
          <w:rFonts w:ascii="Arial" w:hAnsi="Arial"/>
          <w:i/>
          <w:lang w:val="en-GB"/>
        </w:rPr>
        <w:t>from the presentation</w:t>
      </w:r>
      <w:r>
        <w:rPr>
          <w:rFonts w:ascii="Arial" w:hAnsi="Arial"/>
          <w:lang w:val="en-GB"/>
        </w:rPr>
        <w:t>] that urbanization was considered to be a driver of</w:t>
      </w:r>
      <w:r w:rsidR="00B4138A" w:rsidRPr="150BD9F9">
        <w:rPr>
          <w:rFonts w:ascii="Arial" w:hAnsi="Arial"/>
          <w:lang w:val="en-GB"/>
        </w:rPr>
        <w:t xml:space="preserve"> malaria</w:t>
      </w:r>
      <w:r>
        <w:rPr>
          <w:rFonts w:ascii="Arial" w:hAnsi="Arial"/>
          <w:lang w:val="en-GB"/>
        </w:rPr>
        <w:t xml:space="preserve"> escalation</w:t>
      </w:r>
      <w:r w:rsidR="00B4138A" w:rsidRPr="150BD9F9">
        <w:rPr>
          <w:rFonts w:ascii="Arial" w:hAnsi="Arial"/>
          <w:lang w:val="en-GB"/>
        </w:rPr>
        <w:t xml:space="preserve"> in Latin America, </w:t>
      </w:r>
      <w:r>
        <w:rPr>
          <w:rFonts w:ascii="Arial" w:hAnsi="Arial"/>
          <w:lang w:val="en-GB"/>
        </w:rPr>
        <w:t>whereas malaria is a disease that mostly impacts rural areas, for example in miners and indigenous populations</w:t>
      </w:r>
      <w:r w:rsidR="0087638A">
        <w:rPr>
          <w:rFonts w:ascii="Arial" w:hAnsi="Arial"/>
          <w:lang w:val="en-GB"/>
        </w:rPr>
        <w:t>.</w:t>
      </w:r>
    </w:p>
    <w:p w14:paraId="0BB3F43F" w14:textId="77777777" w:rsidR="00B4138A" w:rsidRPr="00AD54C0" w:rsidRDefault="00B4138A" w:rsidP="00B4138A">
      <w:pPr>
        <w:spacing w:after="0" w:line="360" w:lineRule="auto"/>
        <w:jc w:val="both"/>
        <w:rPr>
          <w:lang w:val="en-GB"/>
        </w:rPr>
      </w:pPr>
    </w:p>
    <w:p w14:paraId="11ADD0E8" w14:textId="41B5C3C4" w:rsidR="00B4138A" w:rsidRPr="00AD54C0" w:rsidRDefault="00933D5B" w:rsidP="00B4138A">
      <w:pPr>
        <w:spacing w:after="0" w:line="360" w:lineRule="auto"/>
        <w:jc w:val="both"/>
        <w:rPr>
          <w:lang w:val="en-GB"/>
        </w:rPr>
      </w:pPr>
      <w:r>
        <w:rPr>
          <w:rFonts w:ascii="Arial" w:hAnsi="Arial"/>
          <w:b/>
          <w:lang w:val="en-GB"/>
        </w:rPr>
        <w:t>Rio 100</w:t>
      </w:r>
    </w:p>
    <w:p w14:paraId="03889A24" w14:textId="52A8E24B" w:rsidR="00933D5B" w:rsidRDefault="00933D5B" w:rsidP="00B4138A">
      <w:pPr>
        <w:spacing w:after="0" w:line="360" w:lineRule="auto"/>
        <w:jc w:val="both"/>
        <w:rPr>
          <w:rFonts w:ascii="Arial" w:hAnsi="Arial"/>
          <w:lang w:val="en-GB"/>
        </w:rPr>
      </w:pPr>
      <w:r w:rsidRPr="00933D5B">
        <w:rPr>
          <w:rFonts w:ascii="Arial" w:hAnsi="Arial"/>
          <w:lang w:val="en-GB"/>
        </w:rPr>
        <w:t>My observation was around the qualitative findings.  I was surprised that land-use change (other than urbanisation) was not identified as a factor in disease escalation.  It may reflect the expertise/interest of participants in relation to clinical management/treatment of disease, but in addressing microbial reservoirs and transmission dynamics, I think it’s important we also consider underlying drivers such as land-use ch</w:t>
      </w:r>
      <w:r>
        <w:rPr>
          <w:rFonts w:ascii="Arial" w:hAnsi="Arial"/>
          <w:lang w:val="en-GB"/>
        </w:rPr>
        <w:t>ange (not just climate change).</w:t>
      </w:r>
    </w:p>
    <w:p w14:paraId="4F75E12B" w14:textId="77777777" w:rsidR="00B45B9F" w:rsidRDefault="00B45B9F" w:rsidP="00B4138A">
      <w:pPr>
        <w:spacing w:after="0" w:line="360" w:lineRule="auto"/>
        <w:jc w:val="both"/>
        <w:rPr>
          <w:rFonts w:ascii="Arial" w:hAnsi="Arial"/>
          <w:b/>
          <w:lang w:val="en-GB"/>
        </w:rPr>
      </w:pPr>
    </w:p>
    <w:p w14:paraId="6BBD8488" w14:textId="5EF3F11D" w:rsidR="00B4138A" w:rsidRPr="00AD54C0" w:rsidRDefault="0087638A" w:rsidP="00B4138A">
      <w:pPr>
        <w:spacing w:after="0" w:line="360" w:lineRule="auto"/>
        <w:jc w:val="both"/>
        <w:rPr>
          <w:lang w:val="en-GB"/>
        </w:rPr>
      </w:pPr>
      <w:r>
        <w:rPr>
          <w:rFonts w:ascii="Arial" w:hAnsi="Arial"/>
          <w:b/>
          <w:lang w:val="en-GB"/>
        </w:rPr>
        <w:t>Rio 38</w:t>
      </w:r>
    </w:p>
    <w:p w14:paraId="609235D6" w14:textId="10433EA4" w:rsidR="00B4138A" w:rsidRPr="00AD54C0" w:rsidRDefault="00B4138A" w:rsidP="00B4138A">
      <w:pPr>
        <w:spacing w:after="0" w:line="360" w:lineRule="auto"/>
        <w:jc w:val="both"/>
        <w:rPr>
          <w:lang w:val="en-GB"/>
        </w:rPr>
      </w:pPr>
      <w:r w:rsidRPr="00AD54C0">
        <w:rPr>
          <w:rFonts w:ascii="Arial" w:hAnsi="Arial"/>
          <w:lang w:val="en-GB"/>
        </w:rPr>
        <w:t xml:space="preserve">I'm quite surprised </w:t>
      </w:r>
      <w:r w:rsidR="0087638A">
        <w:rPr>
          <w:rFonts w:ascii="Arial" w:hAnsi="Arial"/>
          <w:lang w:val="en-GB"/>
        </w:rPr>
        <w:t>to see that in these lists of disease priorities, HIV was</w:t>
      </w:r>
      <w:r w:rsidRPr="00AD54C0">
        <w:rPr>
          <w:rFonts w:ascii="Arial" w:hAnsi="Arial"/>
          <w:lang w:val="en-GB"/>
        </w:rPr>
        <w:t xml:space="preserve"> not </w:t>
      </w:r>
      <w:r w:rsidR="0087638A">
        <w:rPr>
          <w:rFonts w:ascii="Arial" w:hAnsi="Arial"/>
          <w:lang w:val="en-GB"/>
        </w:rPr>
        <w:t xml:space="preserve">considered </w:t>
      </w:r>
      <w:r w:rsidRPr="00AD54C0">
        <w:rPr>
          <w:rFonts w:ascii="Arial" w:hAnsi="Arial"/>
          <w:lang w:val="en-GB"/>
        </w:rPr>
        <w:t>a problem</w:t>
      </w:r>
      <w:r w:rsidR="0087638A">
        <w:rPr>
          <w:rFonts w:ascii="Arial" w:hAnsi="Arial"/>
          <w:lang w:val="en-GB"/>
        </w:rPr>
        <w:t xml:space="preserve"> by participants in the Global North</w:t>
      </w:r>
      <w:r w:rsidRPr="00AD54C0">
        <w:rPr>
          <w:rFonts w:ascii="Arial" w:hAnsi="Arial"/>
          <w:lang w:val="en-GB"/>
        </w:rPr>
        <w:t>, but it is a problem</w:t>
      </w:r>
      <w:r w:rsidR="0087638A">
        <w:rPr>
          <w:rFonts w:ascii="Arial" w:hAnsi="Arial"/>
          <w:lang w:val="en-GB"/>
        </w:rPr>
        <w:t>,</w:t>
      </w:r>
      <w:r w:rsidRPr="00AD54C0">
        <w:rPr>
          <w:rFonts w:ascii="Arial" w:hAnsi="Arial"/>
          <w:lang w:val="en-GB"/>
        </w:rPr>
        <w:t xml:space="preserve"> a world health problem. </w:t>
      </w:r>
      <w:r w:rsidR="0087638A">
        <w:rPr>
          <w:rFonts w:ascii="Arial" w:hAnsi="Arial"/>
          <w:lang w:val="en-GB"/>
        </w:rPr>
        <w:t>W</w:t>
      </w:r>
      <w:r w:rsidRPr="00AD54C0">
        <w:rPr>
          <w:rFonts w:ascii="Arial" w:hAnsi="Arial"/>
          <w:lang w:val="en-GB"/>
        </w:rPr>
        <w:t xml:space="preserve">e </w:t>
      </w:r>
      <w:r w:rsidR="0087638A">
        <w:rPr>
          <w:rFonts w:ascii="Arial" w:hAnsi="Arial"/>
          <w:lang w:val="en-GB"/>
        </w:rPr>
        <w:t>have seen</w:t>
      </w:r>
      <w:r w:rsidRPr="00AD54C0">
        <w:rPr>
          <w:rFonts w:ascii="Arial" w:hAnsi="Arial"/>
          <w:lang w:val="en-GB"/>
        </w:rPr>
        <w:t xml:space="preserve"> many cases in </w:t>
      </w:r>
      <w:r w:rsidR="0087638A">
        <w:rPr>
          <w:rFonts w:ascii="Arial" w:hAnsi="Arial"/>
          <w:lang w:val="en-GB"/>
        </w:rPr>
        <w:t>recent years, we have been seeing it</w:t>
      </w:r>
      <w:r w:rsidRPr="00AD54C0">
        <w:rPr>
          <w:rFonts w:ascii="Arial" w:hAnsi="Arial"/>
          <w:lang w:val="en-GB"/>
        </w:rPr>
        <w:t xml:space="preserve"> in young</w:t>
      </w:r>
      <w:r w:rsidR="0087638A">
        <w:rPr>
          <w:rFonts w:ascii="Arial" w:hAnsi="Arial"/>
          <w:lang w:val="en-GB"/>
        </w:rPr>
        <w:t xml:space="preserve"> people in universities, so </w:t>
      </w:r>
      <w:proofErr w:type="gramStart"/>
      <w:r w:rsidR="0087638A">
        <w:rPr>
          <w:rFonts w:ascii="Arial" w:hAnsi="Arial"/>
          <w:lang w:val="en-GB"/>
        </w:rPr>
        <w:t>it’s</w:t>
      </w:r>
      <w:proofErr w:type="gramEnd"/>
      <w:r w:rsidR="0087638A">
        <w:rPr>
          <w:rFonts w:ascii="Arial" w:hAnsi="Arial"/>
          <w:lang w:val="en-GB"/>
        </w:rPr>
        <w:t xml:space="preserve"> increase </w:t>
      </w:r>
      <w:r w:rsidRPr="00AD54C0">
        <w:rPr>
          <w:rFonts w:ascii="Arial" w:hAnsi="Arial"/>
          <w:lang w:val="en-GB"/>
        </w:rPr>
        <w:t>is not be</w:t>
      </w:r>
      <w:r w:rsidR="0087638A">
        <w:rPr>
          <w:rFonts w:ascii="Arial" w:hAnsi="Arial"/>
          <w:lang w:val="en-GB"/>
        </w:rPr>
        <w:t xml:space="preserve">cause of </w:t>
      </w:r>
      <w:r w:rsidR="0087638A">
        <w:rPr>
          <w:rFonts w:ascii="Arial" w:hAnsi="Arial"/>
          <w:lang w:val="en-GB"/>
        </w:rPr>
        <w:lastRenderedPageBreak/>
        <w:t>lack of education. I</w:t>
      </w:r>
      <w:r w:rsidRPr="00AD54C0">
        <w:rPr>
          <w:rFonts w:ascii="Arial" w:hAnsi="Arial"/>
          <w:lang w:val="en-GB"/>
        </w:rPr>
        <w:t>t is really worrying. There's something wrong, probably in relation to sex</w:t>
      </w:r>
      <w:r w:rsidR="0087638A">
        <w:rPr>
          <w:rFonts w:ascii="Arial" w:hAnsi="Arial"/>
          <w:lang w:val="en-GB"/>
        </w:rPr>
        <w:t>ual attitudes and</w:t>
      </w:r>
      <w:r w:rsidRPr="00AD54C0">
        <w:rPr>
          <w:rFonts w:ascii="Arial" w:hAnsi="Arial"/>
          <w:lang w:val="en-GB"/>
        </w:rPr>
        <w:t xml:space="preserve"> behaviour</w:t>
      </w:r>
      <w:r w:rsidR="0087638A">
        <w:rPr>
          <w:rFonts w:ascii="Arial" w:hAnsi="Arial"/>
          <w:lang w:val="en-GB"/>
        </w:rPr>
        <w:t>s</w:t>
      </w:r>
      <w:r w:rsidRPr="00AD54C0">
        <w:rPr>
          <w:rFonts w:ascii="Arial" w:hAnsi="Arial"/>
          <w:lang w:val="en-GB"/>
        </w:rPr>
        <w:t xml:space="preserve">. </w:t>
      </w:r>
      <w:r w:rsidR="0087638A">
        <w:rPr>
          <w:rFonts w:ascii="Arial" w:hAnsi="Arial"/>
          <w:lang w:val="en-GB"/>
        </w:rPr>
        <w:t>We have to focus on</w:t>
      </w:r>
      <w:r w:rsidRPr="00AD54C0">
        <w:rPr>
          <w:rFonts w:ascii="Arial" w:hAnsi="Arial"/>
          <w:lang w:val="en-GB"/>
        </w:rPr>
        <w:t xml:space="preserve"> prevention </w:t>
      </w:r>
      <w:r w:rsidR="0087638A">
        <w:rPr>
          <w:rFonts w:ascii="Arial" w:hAnsi="Arial"/>
          <w:lang w:val="en-GB"/>
        </w:rPr>
        <w:t xml:space="preserve">and </w:t>
      </w:r>
      <w:r w:rsidRPr="00AD54C0">
        <w:rPr>
          <w:rFonts w:ascii="Arial" w:hAnsi="Arial"/>
          <w:lang w:val="en-GB"/>
        </w:rPr>
        <w:t>understand the re</w:t>
      </w:r>
      <w:r w:rsidR="0087638A">
        <w:rPr>
          <w:rFonts w:ascii="Arial" w:hAnsi="Arial"/>
          <w:lang w:val="en-GB"/>
        </w:rPr>
        <w:t>asons why this is happening. O</w:t>
      </w:r>
      <w:r w:rsidRPr="00AD54C0">
        <w:rPr>
          <w:rFonts w:ascii="Arial" w:hAnsi="Arial"/>
          <w:lang w:val="en-GB"/>
        </w:rPr>
        <w:t xml:space="preserve">f course, </w:t>
      </w:r>
      <w:r w:rsidR="0087638A">
        <w:rPr>
          <w:rFonts w:ascii="Arial" w:hAnsi="Arial"/>
          <w:lang w:val="en-GB"/>
        </w:rPr>
        <w:t>undoubtedly, w</w:t>
      </w:r>
      <w:r w:rsidRPr="00AD54C0">
        <w:rPr>
          <w:rFonts w:ascii="Arial" w:hAnsi="Arial"/>
          <w:lang w:val="en-GB"/>
        </w:rPr>
        <w:t>e have to study this</w:t>
      </w:r>
      <w:r w:rsidR="0087638A">
        <w:rPr>
          <w:rFonts w:ascii="Arial" w:hAnsi="Arial"/>
          <w:lang w:val="en-GB"/>
        </w:rPr>
        <w:t>, we have to do surveys and try</w:t>
      </w:r>
      <w:r w:rsidRPr="00AD54C0">
        <w:rPr>
          <w:rFonts w:ascii="Arial" w:hAnsi="Arial"/>
          <w:lang w:val="en-GB"/>
        </w:rPr>
        <w:t xml:space="preserve"> to show</w:t>
      </w:r>
      <w:r w:rsidR="0087638A">
        <w:rPr>
          <w:rFonts w:ascii="Arial" w:hAnsi="Arial"/>
          <w:lang w:val="en-GB"/>
        </w:rPr>
        <w:t xml:space="preserve"> this to</w:t>
      </w:r>
      <w:r w:rsidRPr="00AD54C0">
        <w:rPr>
          <w:rFonts w:ascii="Arial" w:hAnsi="Arial"/>
          <w:lang w:val="en-GB"/>
        </w:rPr>
        <w:t xml:space="preserve"> policy makers and try to change this.  We have to </w:t>
      </w:r>
      <w:r w:rsidR="0087638A">
        <w:rPr>
          <w:rFonts w:ascii="Arial" w:hAnsi="Arial"/>
          <w:lang w:val="en-GB"/>
        </w:rPr>
        <w:t>im</w:t>
      </w:r>
      <w:r w:rsidRPr="00AD54C0">
        <w:rPr>
          <w:rFonts w:ascii="Arial" w:hAnsi="Arial"/>
          <w:lang w:val="en-GB"/>
        </w:rPr>
        <w:t xml:space="preserve">prove and we have to help and contribute to eradicate HIV. </w:t>
      </w:r>
    </w:p>
    <w:p w14:paraId="64284A40" w14:textId="77777777" w:rsidR="00B4138A" w:rsidRPr="00AD54C0" w:rsidRDefault="00B4138A" w:rsidP="00B4138A">
      <w:pPr>
        <w:spacing w:after="0" w:line="360" w:lineRule="auto"/>
        <w:jc w:val="both"/>
        <w:rPr>
          <w:lang w:val="en-GB"/>
        </w:rPr>
      </w:pPr>
    </w:p>
    <w:p w14:paraId="78B56E96" w14:textId="40103E01" w:rsidR="00B4138A" w:rsidRPr="00AD54C0" w:rsidRDefault="0087638A" w:rsidP="00B4138A">
      <w:pPr>
        <w:spacing w:after="0" w:line="360" w:lineRule="auto"/>
        <w:jc w:val="both"/>
        <w:rPr>
          <w:lang w:val="en-GB"/>
        </w:rPr>
      </w:pPr>
      <w:r>
        <w:rPr>
          <w:rFonts w:ascii="Arial" w:hAnsi="Arial"/>
          <w:b/>
          <w:lang w:val="en-GB"/>
        </w:rPr>
        <w:t>Rio 7</w:t>
      </w:r>
    </w:p>
    <w:p w14:paraId="63605B90" w14:textId="3982C170" w:rsidR="00B4138A" w:rsidRPr="00AD54C0" w:rsidRDefault="00B4138A" w:rsidP="00B4138A">
      <w:pPr>
        <w:spacing w:after="0" w:line="360" w:lineRule="auto"/>
        <w:jc w:val="both"/>
        <w:rPr>
          <w:lang w:val="en-GB"/>
        </w:rPr>
      </w:pPr>
      <w:r w:rsidRPr="00AD54C0">
        <w:rPr>
          <w:rFonts w:ascii="Arial" w:hAnsi="Arial"/>
          <w:lang w:val="en-GB"/>
        </w:rPr>
        <w:t>This kind of list really bothers me</w:t>
      </w:r>
      <w:r w:rsidR="0087638A">
        <w:rPr>
          <w:rFonts w:ascii="Arial" w:hAnsi="Arial"/>
          <w:lang w:val="en-GB"/>
        </w:rPr>
        <w:t>.</w:t>
      </w:r>
      <w:r w:rsidRPr="00AD54C0">
        <w:rPr>
          <w:rFonts w:ascii="Arial" w:hAnsi="Arial"/>
          <w:lang w:val="en-GB"/>
        </w:rPr>
        <w:t xml:space="preserve"> I disagree. I don't think we</w:t>
      </w:r>
      <w:r w:rsidR="0087638A">
        <w:rPr>
          <w:rFonts w:ascii="Arial" w:hAnsi="Arial"/>
          <w:lang w:val="en-GB"/>
        </w:rPr>
        <w:t xml:space="preserve"> need to</w:t>
      </w:r>
      <w:r w:rsidRPr="00AD54C0">
        <w:rPr>
          <w:rFonts w:ascii="Arial" w:hAnsi="Arial"/>
          <w:lang w:val="en-GB"/>
        </w:rPr>
        <w:t xml:space="preserve"> have a list of diseases, because all diseases </w:t>
      </w:r>
      <w:r w:rsidR="0087638A">
        <w:rPr>
          <w:rFonts w:ascii="Arial" w:hAnsi="Arial"/>
          <w:lang w:val="en-GB"/>
        </w:rPr>
        <w:t xml:space="preserve">are </w:t>
      </w:r>
      <w:r w:rsidRPr="00AD54C0">
        <w:rPr>
          <w:rFonts w:ascii="Arial" w:hAnsi="Arial"/>
          <w:lang w:val="en-GB"/>
        </w:rPr>
        <w:t>priorities. So, the question that we should ask here</w:t>
      </w:r>
      <w:r w:rsidR="0087638A">
        <w:rPr>
          <w:rFonts w:ascii="Arial" w:hAnsi="Arial"/>
          <w:lang w:val="en-GB"/>
        </w:rPr>
        <w:t xml:space="preserve"> in Latin America, clearly,</w:t>
      </w:r>
      <w:r w:rsidRPr="00AD54C0">
        <w:rPr>
          <w:rFonts w:ascii="Arial" w:hAnsi="Arial"/>
          <w:lang w:val="en-GB"/>
        </w:rPr>
        <w:t xml:space="preserve"> is how to give access to heal</w:t>
      </w:r>
      <w:r w:rsidR="0087638A">
        <w:rPr>
          <w:rFonts w:ascii="Arial" w:hAnsi="Arial"/>
          <w:lang w:val="en-GB"/>
        </w:rPr>
        <w:t>th services for our populations -</w:t>
      </w:r>
      <w:r w:rsidRPr="00AD54C0">
        <w:rPr>
          <w:rFonts w:ascii="Arial" w:hAnsi="Arial"/>
          <w:lang w:val="en-GB"/>
        </w:rPr>
        <w:t xml:space="preserve"> diagnosis</w:t>
      </w:r>
      <w:r w:rsidR="0087638A">
        <w:rPr>
          <w:rFonts w:ascii="Arial" w:hAnsi="Arial"/>
          <w:lang w:val="en-GB"/>
        </w:rPr>
        <w:t>,</w:t>
      </w:r>
      <w:r w:rsidRPr="00AD54C0">
        <w:rPr>
          <w:rFonts w:ascii="Arial" w:hAnsi="Arial"/>
          <w:lang w:val="en-GB"/>
        </w:rPr>
        <w:t xml:space="preserve"> treatment</w:t>
      </w:r>
      <w:r w:rsidR="0087638A">
        <w:rPr>
          <w:rFonts w:ascii="Arial" w:hAnsi="Arial"/>
          <w:lang w:val="en-GB"/>
        </w:rPr>
        <w:t>s, as we heard in the beginning -</w:t>
      </w:r>
      <w:r w:rsidRPr="00AD54C0">
        <w:rPr>
          <w:rFonts w:ascii="Arial" w:hAnsi="Arial"/>
          <w:lang w:val="en-GB"/>
        </w:rPr>
        <w:t xml:space="preserve"> from the standpoint of so</w:t>
      </w:r>
      <w:r w:rsidR="0087638A">
        <w:rPr>
          <w:rFonts w:ascii="Arial" w:hAnsi="Arial"/>
          <w:lang w:val="en-GB"/>
        </w:rPr>
        <w:t>cial determinants.</w:t>
      </w:r>
      <w:r w:rsidRPr="00AD54C0">
        <w:rPr>
          <w:rFonts w:ascii="Arial" w:hAnsi="Arial"/>
          <w:lang w:val="en-GB"/>
        </w:rPr>
        <w:t xml:space="preserve"> I work with community-ba</w:t>
      </w:r>
      <w:r w:rsidR="004C1A06">
        <w:rPr>
          <w:rFonts w:ascii="Arial" w:hAnsi="Arial"/>
          <w:lang w:val="en-GB"/>
        </w:rPr>
        <w:t>sed interventions and actions, a</w:t>
      </w:r>
      <w:r w:rsidRPr="00AD54C0">
        <w:rPr>
          <w:rFonts w:ascii="Arial" w:hAnsi="Arial"/>
          <w:lang w:val="en-GB"/>
        </w:rPr>
        <w:t xml:space="preserve">nd this is something </w:t>
      </w:r>
      <w:r w:rsidR="004C1A06">
        <w:rPr>
          <w:rFonts w:ascii="Arial" w:hAnsi="Arial"/>
          <w:lang w:val="en-GB"/>
        </w:rPr>
        <w:t xml:space="preserve">that </w:t>
      </w:r>
      <w:r w:rsidRPr="00AD54C0">
        <w:rPr>
          <w:rFonts w:ascii="Arial" w:hAnsi="Arial"/>
          <w:lang w:val="en-GB"/>
        </w:rPr>
        <w:t xml:space="preserve">we saw that during COVID, </w:t>
      </w:r>
      <w:r w:rsidR="004C1A06">
        <w:rPr>
          <w:rFonts w:ascii="Arial" w:hAnsi="Arial"/>
          <w:lang w:val="en-GB"/>
        </w:rPr>
        <w:t>social determinants</w:t>
      </w:r>
      <w:r w:rsidRPr="00AD54C0">
        <w:rPr>
          <w:rFonts w:ascii="Arial" w:hAnsi="Arial"/>
          <w:lang w:val="en-GB"/>
        </w:rPr>
        <w:t xml:space="preserve"> were absolutely forgotten</w:t>
      </w:r>
      <w:r w:rsidR="004C1A06">
        <w:rPr>
          <w:rFonts w:ascii="Arial" w:hAnsi="Arial"/>
          <w:lang w:val="en-GB"/>
        </w:rPr>
        <w:t xml:space="preserve"> and left behind. W</w:t>
      </w:r>
      <w:r w:rsidRPr="00AD54C0">
        <w:rPr>
          <w:rFonts w:ascii="Arial" w:hAnsi="Arial"/>
          <w:lang w:val="en-GB"/>
        </w:rPr>
        <w:t xml:space="preserve">e had to </w:t>
      </w:r>
      <w:r w:rsidR="004C1A06">
        <w:rPr>
          <w:rFonts w:ascii="Arial" w:hAnsi="Arial"/>
          <w:lang w:val="en-GB"/>
        </w:rPr>
        <w:t>focus</w:t>
      </w:r>
      <w:r w:rsidRPr="00AD54C0">
        <w:rPr>
          <w:rFonts w:ascii="Arial" w:hAnsi="Arial"/>
          <w:lang w:val="en-GB"/>
        </w:rPr>
        <w:t xml:space="preserve"> </w:t>
      </w:r>
      <w:r w:rsidR="004C1A06">
        <w:rPr>
          <w:rFonts w:ascii="Arial" w:hAnsi="Arial"/>
          <w:lang w:val="en-GB"/>
        </w:rPr>
        <w:t>on</w:t>
      </w:r>
      <w:r w:rsidRPr="00AD54C0">
        <w:rPr>
          <w:rFonts w:ascii="Arial" w:hAnsi="Arial"/>
          <w:lang w:val="en-GB"/>
        </w:rPr>
        <w:t xml:space="preserve"> the biomed</w:t>
      </w:r>
      <w:r w:rsidR="004C1A06">
        <w:rPr>
          <w:rFonts w:ascii="Arial" w:hAnsi="Arial"/>
          <w:lang w:val="en-GB"/>
        </w:rPr>
        <w:t>ical approach.</w:t>
      </w:r>
      <w:r w:rsidRPr="00AD54C0">
        <w:rPr>
          <w:rFonts w:ascii="Arial" w:hAnsi="Arial"/>
          <w:lang w:val="en-GB"/>
        </w:rPr>
        <w:t xml:space="preserve"> </w:t>
      </w:r>
      <w:r w:rsidR="004C1A06">
        <w:rPr>
          <w:rFonts w:ascii="Arial" w:hAnsi="Arial"/>
          <w:lang w:val="en-GB"/>
        </w:rPr>
        <w:t>I’ve worked in intensive care, but</w:t>
      </w:r>
      <w:r w:rsidRPr="00AD54C0">
        <w:rPr>
          <w:rFonts w:ascii="Arial" w:hAnsi="Arial"/>
          <w:lang w:val="en-GB"/>
        </w:rPr>
        <w:t xml:space="preserve"> when COVID started, I went to work in the slums</w:t>
      </w:r>
      <w:r w:rsidR="004C1A06">
        <w:rPr>
          <w:rFonts w:ascii="Arial" w:hAnsi="Arial"/>
          <w:lang w:val="en-GB"/>
        </w:rPr>
        <w:t>,</w:t>
      </w:r>
      <w:r w:rsidRPr="00AD54C0">
        <w:rPr>
          <w:rFonts w:ascii="Arial" w:hAnsi="Arial"/>
          <w:lang w:val="en-GB"/>
        </w:rPr>
        <w:t xml:space="preserve"> in the favelas, because it would be useless to </w:t>
      </w:r>
      <w:r w:rsidR="004C1A06">
        <w:rPr>
          <w:rFonts w:ascii="Arial" w:hAnsi="Arial"/>
          <w:lang w:val="en-GB"/>
        </w:rPr>
        <w:t>sit</w:t>
      </w:r>
      <w:r w:rsidRPr="00AD54C0">
        <w:rPr>
          <w:rFonts w:ascii="Arial" w:hAnsi="Arial"/>
          <w:lang w:val="en-GB"/>
        </w:rPr>
        <w:t xml:space="preserve"> back in my Intensive Care Unit waiting for the patients to come in. So, when we </w:t>
      </w:r>
      <w:r w:rsidR="004C1A06">
        <w:rPr>
          <w:rFonts w:ascii="Arial" w:hAnsi="Arial"/>
          <w:lang w:val="en-GB"/>
        </w:rPr>
        <w:t>create these lists [</w:t>
      </w:r>
      <w:r w:rsidR="004C1A06" w:rsidRPr="004C1A06">
        <w:rPr>
          <w:rFonts w:ascii="Arial" w:hAnsi="Arial"/>
          <w:i/>
          <w:lang w:val="en-GB"/>
        </w:rPr>
        <w:t>of priorities</w:t>
      </w:r>
      <w:r w:rsidR="004C1A06">
        <w:rPr>
          <w:rFonts w:ascii="Arial" w:hAnsi="Arial"/>
          <w:lang w:val="en-GB"/>
        </w:rPr>
        <w:t>], as</w:t>
      </w:r>
      <w:r w:rsidRPr="00AD54C0">
        <w:rPr>
          <w:rFonts w:ascii="Arial" w:hAnsi="Arial"/>
          <w:lang w:val="en-GB"/>
        </w:rPr>
        <w:t xml:space="preserve"> some of my colleagues have said, we can add</w:t>
      </w:r>
      <w:r w:rsidR="004C1A06">
        <w:rPr>
          <w:rFonts w:ascii="Arial" w:hAnsi="Arial"/>
          <w:lang w:val="en-GB"/>
        </w:rPr>
        <w:t xml:space="preserve"> to</w:t>
      </w:r>
      <w:r w:rsidRPr="00AD54C0">
        <w:rPr>
          <w:rFonts w:ascii="Arial" w:hAnsi="Arial"/>
          <w:lang w:val="en-GB"/>
        </w:rPr>
        <w:t xml:space="preserve"> this list</w:t>
      </w:r>
      <w:r w:rsidR="004C1A06">
        <w:rPr>
          <w:rFonts w:ascii="Arial" w:hAnsi="Arial"/>
          <w:lang w:val="en-GB"/>
        </w:rPr>
        <w:t>,</w:t>
      </w:r>
      <w:r w:rsidRPr="00AD54C0">
        <w:rPr>
          <w:rFonts w:ascii="Arial" w:hAnsi="Arial"/>
          <w:lang w:val="en-GB"/>
        </w:rPr>
        <w:t xml:space="preserve"> or we can group them </w:t>
      </w:r>
      <w:r w:rsidR="004C1A06">
        <w:rPr>
          <w:rFonts w:ascii="Arial" w:hAnsi="Arial"/>
          <w:lang w:val="en-GB"/>
        </w:rPr>
        <w:t>under other areas such as antimicrobial resistance.</w:t>
      </w:r>
      <w:r w:rsidRPr="00AD54C0">
        <w:rPr>
          <w:rFonts w:ascii="Arial" w:hAnsi="Arial"/>
          <w:lang w:val="en-GB"/>
        </w:rPr>
        <w:t xml:space="preserve"> </w:t>
      </w:r>
      <w:proofErr w:type="spellStart"/>
      <w:r w:rsidR="004C1A06" w:rsidRPr="004C1A06">
        <w:rPr>
          <w:rFonts w:ascii="Arial" w:hAnsi="Arial"/>
          <w:lang w:val="en-GB"/>
        </w:rPr>
        <w:t>Klebsiella</w:t>
      </w:r>
      <w:proofErr w:type="spellEnd"/>
      <w:r w:rsidR="004C1A06" w:rsidRPr="004C1A06">
        <w:rPr>
          <w:rFonts w:ascii="Arial" w:hAnsi="Arial"/>
          <w:lang w:val="en-GB"/>
        </w:rPr>
        <w:t xml:space="preserve"> </w:t>
      </w:r>
      <w:proofErr w:type="spellStart"/>
      <w:r w:rsidR="004C1A06" w:rsidRPr="004C1A06">
        <w:rPr>
          <w:rFonts w:ascii="Arial" w:hAnsi="Arial"/>
          <w:lang w:val="en-GB"/>
        </w:rPr>
        <w:t>pneumoniae</w:t>
      </w:r>
      <w:proofErr w:type="spellEnd"/>
      <w:r w:rsidR="004C1A06" w:rsidRPr="004C1A06">
        <w:rPr>
          <w:rFonts w:ascii="Arial" w:hAnsi="Arial"/>
          <w:lang w:val="en-GB"/>
        </w:rPr>
        <w:t xml:space="preserve"> </w:t>
      </w:r>
      <w:proofErr w:type="spellStart"/>
      <w:r w:rsidR="004C1A06" w:rsidRPr="004C1A06">
        <w:rPr>
          <w:rFonts w:ascii="Arial" w:hAnsi="Arial"/>
          <w:lang w:val="en-GB"/>
        </w:rPr>
        <w:t>carbapenemases</w:t>
      </w:r>
      <w:proofErr w:type="spellEnd"/>
      <w:r w:rsidR="004C1A06">
        <w:rPr>
          <w:rFonts w:ascii="Arial" w:hAnsi="Arial"/>
          <w:lang w:val="en-GB"/>
        </w:rPr>
        <w:t xml:space="preserve"> for instance, are </w:t>
      </w:r>
      <w:r w:rsidRPr="00AD54C0">
        <w:rPr>
          <w:rFonts w:ascii="Arial" w:hAnsi="Arial"/>
          <w:lang w:val="en-GB"/>
        </w:rPr>
        <w:t xml:space="preserve">seven times more prevalent </w:t>
      </w:r>
      <w:r w:rsidR="004C1A06">
        <w:rPr>
          <w:rFonts w:ascii="Arial" w:hAnsi="Arial"/>
          <w:lang w:val="en-GB"/>
        </w:rPr>
        <w:t xml:space="preserve">in </w:t>
      </w:r>
      <w:r w:rsidRPr="00AD54C0">
        <w:rPr>
          <w:rFonts w:ascii="Arial" w:hAnsi="Arial"/>
          <w:lang w:val="en-GB"/>
        </w:rPr>
        <w:t xml:space="preserve">Latin America then in the </w:t>
      </w:r>
      <w:r w:rsidR="004C1A06">
        <w:rPr>
          <w:rFonts w:ascii="Arial" w:hAnsi="Arial"/>
          <w:lang w:val="en-GB"/>
        </w:rPr>
        <w:t>Global North. So why is it not o</w:t>
      </w:r>
      <w:r w:rsidRPr="00AD54C0">
        <w:rPr>
          <w:rFonts w:ascii="Arial" w:hAnsi="Arial"/>
          <w:lang w:val="en-GB"/>
        </w:rPr>
        <w:t xml:space="preserve">n the list? Because as we heard, there is no surveillance in most countries. So, </w:t>
      </w:r>
      <w:r w:rsidR="004C1A06">
        <w:rPr>
          <w:rFonts w:ascii="Arial" w:hAnsi="Arial"/>
          <w:lang w:val="en-GB"/>
        </w:rPr>
        <w:t xml:space="preserve">this prioritisation should involve a little bit of common sense, which can help us </w:t>
      </w:r>
      <w:r w:rsidRPr="00AD54C0">
        <w:rPr>
          <w:rFonts w:ascii="Arial" w:hAnsi="Arial"/>
          <w:lang w:val="en-GB"/>
        </w:rPr>
        <w:t>escape from having a list that i</w:t>
      </w:r>
      <w:r w:rsidR="004C1A06">
        <w:rPr>
          <w:rFonts w:ascii="Arial" w:hAnsi="Arial"/>
          <w:lang w:val="en-GB"/>
        </w:rPr>
        <w:t>s quite obvious, actually. M</w:t>
      </w:r>
      <w:r w:rsidRPr="00AD54C0">
        <w:rPr>
          <w:rFonts w:ascii="Arial" w:hAnsi="Arial"/>
          <w:lang w:val="en-GB"/>
        </w:rPr>
        <w:t>aybe we should move fro</w:t>
      </w:r>
      <w:r w:rsidR="004C1A06">
        <w:rPr>
          <w:rFonts w:ascii="Arial" w:hAnsi="Arial"/>
          <w:lang w:val="en-GB"/>
        </w:rPr>
        <w:t xml:space="preserve">m this biomedical approach and </w:t>
      </w:r>
      <w:r w:rsidRPr="00AD54C0">
        <w:rPr>
          <w:rFonts w:ascii="Arial" w:hAnsi="Arial"/>
          <w:lang w:val="en-GB"/>
        </w:rPr>
        <w:t xml:space="preserve">have a broader view. </w:t>
      </w:r>
    </w:p>
    <w:p w14:paraId="02A592E3" w14:textId="77777777" w:rsidR="00B4138A" w:rsidRPr="00AD54C0" w:rsidRDefault="00B4138A" w:rsidP="00B4138A">
      <w:pPr>
        <w:spacing w:after="0" w:line="360" w:lineRule="auto"/>
        <w:jc w:val="both"/>
        <w:rPr>
          <w:lang w:val="en-GB"/>
        </w:rPr>
      </w:pPr>
    </w:p>
    <w:p w14:paraId="234ECD6D" w14:textId="7404FBCC" w:rsidR="004C1A06" w:rsidRPr="00AD54C0" w:rsidRDefault="00933D5B" w:rsidP="004C1A06">
      <w:pPr>
        <w:spacing w:after="0" w:line="360" w:lineRule="auto"/>
        <w:jc w:val="both"/>
        <w:rPr>
          <w:lang w:val="en-GB"/>
        </w:rPr>
      </w:pPr>
      <w:r>
        <w:rPr>
          <w:rFonts w:ascii="Arial" w:hAnsi="Arial"/>
          <w:b/>
          <w:lang w:val="en-GB"/>
        </w:rPr>
        <w:t>Rio 54</w:t>
      </w:r>
    </w:p>
    <w:p w14:paraId="668746B8" w14:textId="18A8769C" w:rsidR="004C1A06" w:rsidRPr="00C761BC" w:rsidRDefault="00B4138A" w:rsidP="00B4138A">
      <w:pPr>
        <w:spacing w:after="0" w:line="360" w:lineRule="auto"/>
        <w:jc w:val="both"/>
        <w:rPr>
          <w:lang w:val="en-GB"/>
        </w:rPr>
      </w:pPr>
      <w:r w:rsidRPr="00AD54C0">
        <w:rPr>
          <w:rFonts w:ascii="Arial" w:hAnsi="Arial"/>
          <w:lang w:val="en-GB"/>
        </w:rPr>
        <w:t>I consider that the findings of this study are very interesting, because they reflect the und</w:t>
      </w:r>
      <w:r w:rsidR="00933D5B">
        <w:rPr>
          <w:rFonts w:ascii="Arial" w:hAnsi="Arial"/>
          <w:lang w:val="en-GB"/>
        </w:rPr>
        <w:t xml:space="preserve">erstanding of the participants. </w:t>
      </w:r>
      <w:r w:rsidR="00933D5B" w:rsidRPr="00933D5B">
        <w:rPr>
          <w:rFonts w:ascii="Arial" w:hAnsi="Arial"/>
          <w:lang w:val="en-GB"/>
        </w:rPr>
        <w:t>In general I agree with the list generated</w:t>
      </w:r>
      <w:r w:rsidR="00933D5B">
        <w:rPr>
          <w:rFonts w:ascii="Arial" w:hAnsi="Arial"/>
          <w:lang w:val="en-GB"/>
        </w:rPr>
        <w:t>,</w:t>
      </w:r>
      <w:r w:rsidR="00933D5B" w:rsidRPr="00933D5B">
        <w:rPr>
          <w:rFonts w:ascii="Arial" w:hAnsi="Arial"/>
          <w:lang w:val="en-GB"/>
        </w:rPr>
        <w:t xml:space="preserve"> but it is important to keep in mind that it is possible that </w:t>
      </w:r>
      <w:r w:rsidR="00933D5B">
        <w:rPr>
          <w:rFonts w:ascii="Arial" w:hAnsi="Arial"/>
          <w:lang w:val="en-GB"/>
        </w:rPr>
        <w:t>there may be some issues not visible in this</w:t>
      </w:r>
      <w:r w:rsidR="00933D5B" w:rsidRPr="00933D5B">
        <w:rPr>
          <w:rFonts w:ascii="Arial" w:hAnsi="Arial"/>
          <w:lang w:val="en-GB"/>
        </w:rPr>
        <w:t xml:space="preserve"> research and decision-makers' agendas may not be reflected </w:t>
      </w:r>
      <w:r w:rsidR="00933D5B">
        <w:rPr>
          <w:rFonts w:ascii="Arial" w:hAnsi="Arial"/>
          <w:lang w:val="en-GB"/>
        </w:rPr>
        <w:t>due to a</w:t>
      </w:r>
      <w:r w:rsidR="00933D5B" w:rsidRPr="00933D5B">
        <w:rPr>
          <w:rFonts w:ascii="Arial" w:hAnsi="Arial"/>
          <w:lang w:val="en-GB"/>
        </w:rPr>
        <w:t xml:space="preserve"> lack of documentation of cases. Contextual analysis is fundamental to define interventions </w:t>
      </w:r>
      <w:r w:rsidR="00933D5B">
        <w:rPr>
          <w:rFonts w:ascii="Arial" w:hAnsi="Arial"/>
          <w:lang w:val="en-GB"/>
        </w:rPr>
        <w:t>and evaluate</w:t>
      </w:r>
      <w:r w:rsidR="00933D5B" w:rsidRPr="00933D5B">
        <w:rPr>
          <w:rFonts w:ascii="Arial" w:hAnsi="Arial"/>
          <w:lang w:val="en-GB"/>
        </w:rPr>
        <w:t xml:space="preserve"> interventions.</w:t>
      </w:r>
    </w:p>
    <w:p w14:paraId="58AE7860" w14:textId="77777777" w:rsidR="004C1A06" w:rsidRDefault="004C1A06" w:rsidP="00B4138A">
      <w:pPr>
        <w:spacing w:after="0" w:line="360" w:lineRule="auto"/>
        <w:jc w:val="both"/>
        <w:rPr>
          <w:rFonts w:ascii="Arial" w:hAnsi="Arial"/>
          <w:b/>
          <w:lang w:val="en-GB"/>
        </w:rPr>
      </w:pPr>
    </w:p>
    <w:p w14:paraId="44D09DD8" w14:textId="3A2C831B" w:rsidR="00B4138A" w:rsidRPr="00AD54C0" w:rsidRDefault="004C1A06" w:rsidP="00B4138A">
      <w:pPr>
        <w:spacing w:after="0" w:line="360" w:lineRule="auto"/>
        <w:jc w:val="both"/>
        <w:rPr>
          <w:lang w:val="en-GB"/>
        </w:rPr>
      </w:pPr>
      <w:r>
        <w:rPr>
          <w:rFonts w:ascii="Arial" w:hAnsi="Arial"/>
          <w:b/>
          <w:lang w:val="en-GB"/>
        </w:rPr>
        <w:t>Rio Facilitator 1</w:t>
      </w:r>
    </w:p>
    <w:p w14:paraId="12443D6A" w14:textId="06B41992" w:rsidR="00B4138A" w:rsidRPr="00AD54C0" w:rsidRDefault="004C1A06" w:rsidP="00B4138A">
      <w:pPr>
        <w:spacing w:after="0" w:line="360" w:lineRule="auto"/>
        <w:jc w:val="both"/>
        <w:rPr>
          <w:lang w:val="en-GB"/>
        </w:rPr>
      </w:pPr>
      <w:r>
        <w:rPr>
          <w:rFonts w:ascii="Arial" w:hAnsi="Arial"/>
          <w:lang w:val="en-GB"/>
        </w:rPr>
        <w:t>On to the next point. W</w:t>
      </w:r>
      <w:r w:rsidR="00B4138A" w:rsidRPr="00AD54C0">
        <w:rPr>
          <w:rFonts w:ascii="Arial" w:hAnsi="Arial"/>
          <w:lang w:val="en-GB"/>
        </w:rPr>
        <w:t xml:space="preserve">e're getting </w:t>
      </w:r>
      <w:r>
        <w:rPr>
          <w:rFonts w:ascii="Arial" w:hAnsi="Arial"/>
          <w:lang w:val="en-GB"/>
        </w:rPr>
        <w:t>so many rich examples already, b</w:t>
      </w:r>
      <w:r w:rsidR="00B4138A" w:rsidRPr="00AD54C0">
        <w:rPr>
          <w:rFonts w:ascii="Arial" w:hAnsi="Arial"/>
          <w:lang w:val="en-GB"/>
        </w:rPr>
        <w:t xml:space="preserve">ut it'd be great to really </w:t>
      </w:r>
      <w:r>
        <w:rPr>
          <w:rFonts w:ascii="Arial" w:hAnsi="Arial"/>
          <w:lang w:val="en-GB"/>
        </w:rPr>
        <w:t>start to dig down into these</w:t>
      </w:r>
      <w:r w:rsidR="00B4138A" w:rsidRPr="00AD54C0">
        <w:rPr>
          <w:rFonts w:ascii="Arial" w:hAnsi="Arial"/>
          <w:lang w:val="en-GB"/>
        </w:rPr>
        <w:t>. So, if you have experience working in any of these diseases that</w:t>
      </w:r>
      <w:r>
        <w:rPr>
          <w:rFonts w:ascii="Arial" w:hAnsi="Arial"/>
          <w:lang w:val="en-GB"/>
        </w:rPr>
        <w:t xml:space="preserve"> have been highly prioritized</w:t>
      </w:r>
      <w:r w:rsidR="00B4138A" w:rsidRPr="00AD54C0">
        <w:rPr>
          <w:rFonts w:ascii="Arial" w:hAnsi="Arial"/>
          <w:lang w:val="en-GB"/>
        </w:rPr>
        <w:t>, if you can give us some</w:t>
      </w:r>
      <w:r>
        <w:rPr>
          <w:rFonts w:ascii="Arial" w:hAnsi="Arial"/>
          <w:lang w:val="en-GB"/>
        </w:rPr>
        <w:t xml:space="preserve"> of those contextual findings and</w:t>
      </w:r>
      <w:r w:rsidR="00B4138A" w:rsidRPr="00AD54C0">
        <w:rPr>
          <w:rFonts w:ascii="Arial" w:hAnsi="Arial"/>
          <w:lang w:val="en-GB"/>
        </w:rPr>
        <w:t xml:space="preserve"> that background, plea</w:t>
      </w:r>
      <w:r>
        <w:rPr>
          <w:rFonts w:ascii="Arial" w:hAnsi="Arial"/>
          <w:lang w:val="en-GB"/>
        </w:rPr>
        <w:t>se do start to share it. And a</w:t>
      </w:r>
      <w:r w:rsidR="00B4138A" w:rsidRPr="00AD54C0">
        <w:rPr>
          <w:rFonts w:ascii="Arial" w:hAnsi="Arial"/>
          <w:lang w:val="en-GB"/>
        </w:rPr>
        <w:t xml:space="preserve"> point </w:t>
      </w:r>
      <w:r>
        <w:rPr>
          <w:rFonts w:ascii="Arial" w:hAnsi="Arial"/>
          <w:lang w:val="en-GB"/>
        </w:rPr>
        <w:t>related</w:t>
      </w:r>
      <w:r w:rsidR="00B4138A" w:rsidRPr="00AD54C0">
        <w:rPr>
          <w:rFonts w:ascii="Arial" w:hAnsi="Arial"/>
          <w:lang w:val="en-GB"/>
        </w:rPr>
        <w:t xml:space="preserve"> to what </w:t>
      </w:r>
      <w:r w:rsidR="00933D5B" w:rsidRPr="00933D5B">
        <w:rPr>
          <w:rFonts w:ascii="Arial" w:hAnsi="Arial"/>
          <w:lang w:val="en-GB"/>
        </w:rPr>
        <w:t>Rio 100</w:t>
      </w:r>
      <w:r>
        <w:rPr>
          <w:rFonts w:ascii="Arial" w:hAnsi="Arial"/>
          <w:lang w:val="en-GB"/>
        </w:rPr>
        <w:t xml:space="preserve"> was saying</w:t>
      </w:r>
      <w:r w:rsidR="00B4138A" w:rsidRPr="00AD54C0">
        <w:rPr>
          <w:rFonts w:ascii="Arial" w:hAnsi="Arial"/>
          <w:lang w:val="en-GB"/>
        </w:rPr>
        <w:t xml:space="preserve">, we're really interested if you think there are things that came up in that qualitative data that aren't here on the slides, because this is just a really </w:t>
      </w:r>
      <w:r w:rsidR="00B4138A" w:rsidRPr="00AD54C0">
        <w:rPr>
          <w:rFonts w:ascii="Arial" w:hAnsi="Arial"/>
          <w:lang w:val="en-GB"/>
        </w:rPr>
        <w:lastRenderedPageBreak/>
        <w:t>broad overview of the sort of things tha</w:t>
      </w:r>
      <w:r>
        <w:rPr>
          <w:rFonts w:ascii="Arial" w:hAnsi="Arial"/>
          <w:lang w:val="en-GB"/>
        </w:rPr>
        <w:t>t come out. F</w:t>
      </w:r>
      <w:r w:rsidR="00B4138A" w:rsidRPr="00AD54C0">
        <w:rPr>
          <w:rFonts w:ascii="Arial" w:hAnsi="Arial"/>
          <w:lang w:val="en-GB"/>
        </w:rPr>
        <w:t xml:space="preserve">or example, the </w:t>
      </w:r>
      <w:r>
        <w:rPr>
          <w:rFonts w:ascii="Arial" w:hAnsi="Arial"/>
          <w:lang w:val="en-GB"/>
        </w:rPr>
        <w:t>comment</w:t>
      </w:r>
      <w:r w:rsidR="00B4138A" w:rsidRPr="00AD54C0">
        <w:rPr>
          <w:rFonts w:ascii="Arial" w:hAnsi="Arial"/>
          <w:lang w:val="en-GB"/>
        </w:rPr>
        <w:t xml:space="preserve"> </w:t>
      </w:r>
      <w:r>
        <w:rPr>
          <w:rFonts w:ascii="Arial" w:hAnsi="Arial"/>
          <w:lang w:val="en-GB"/>
        </w:rPr>
        <w:t>on</w:t>
      </w:r>
      <w:r w:rsidR="00B4138A" w:rsidRPr="00AD54C0">
        <w:rPr>
          <w:rFonts w:ascii="Arial" w:hAnsi="Arial"/>
          <w:lang w:val="en-GB"/>
        </w:rPr>
        <w:t xml:space="preserve"> malaria and urbanization earlier</w:t>
      </w:r>
      <w:r>
        <w:rPr>
          <w:rFonts w:ascii="Arial" w:hAnsi="Arial"/>
          <w:lang w:val="en-GB"/>
        </w:rPr>
        <w:t>,</w:t>
      </w:r>
      <w:r w:rsidR="00B4138A" w:rsidRPr="00AD54C0">
        <w:rPr>
          <w:rFonts w:ascii="Arial" w:hAnsi="Arial"/>
          <w:lang w:val="en-GB"/>
        </w:rPr>
        <w:t xml:space="preserve"> absolute</w:t>
      </w:r>
      <w:r w:rsidR="006320B9">
        <w:rPr>
          <w:rFonts w:ascii="Arial" w:hAnsi="Arial"/>
          <w:lang w:val="en-GB"/>
        </w:rPr>
        <w:t>ly</w:t>
      </w:r>
      <w:r>
        <w:rPr>
          <w:rFonts w:ascii="Arial" w:hAnsi="Arial"/>
          <w:lang w:val="en-GB"/>
        </w:rPr>
        <w:t>,</w:t>
      </w:r>
      <w:r w:rsidR="00B4138A" w:rsidRPr="00AD54C0">
        <w:rPr>
          <w:rFonts w:ascii="Arial" w:hAnsi="Arial"/>
          <w:lang w:val="en-GB"/>
        </w:rPr>
        <w:t xml:space="preserve"> please </w:t>
      </w:r>
      <w:r>
        <w:rPr>
          <w:rFonts w:ascii="Arial" w:hAnsi="Arial"/>
          <w:lang w:val="en-GB"/>
        </w:rPr>
        <w:t>share those</w:t>
      </w:r>
      <w:r w:rsidR="00B4138A" w:rsidRPr="00AD54C0">
        <w:rPr>
          <w:rFonts w:ascii="Arial" w:hAnsi="Arial"/>
          <w:lang w:val="en-GB"/>
        </w:rPr>
        <w:t xml:space="preserve"> thing</w:t>
      </w:r>
      <w:r>
        <w:rPr>
          <w:rFonts w:ascii="Arial" w:hAnsi="Arial"/>
          <w:lang w:val="en-GB"/>
        </w:rPr>
        <w:t>s</w:t>
      </w:r>
      <w:r w:rsidR="00B4138A" w:rsidRPr="00AD54C0">
        <w:rPr>
          <w:rFonts w:ascii="Arial" w:hAnsi="Arial"/>
          <w:lang w:val="en-GB"/>
        </w:rPr>
        <w:t xml:space="preserve">. </w:t>
      </w:r>
      <w:r>
        <w:rPr>
          <w:rFonts w:ascii="Arial" w:hAnsi="Arial"/>
          <w:lang w:val="en-GB"/>
        </w:rPr>
        <w:t>These examples are on the slide</w:t>
      </w:r>
      <w:r w:rsidR="00B4138A" w:rsidRPr="00AD54C0">
        <w:rPr>
          <w:rFonts w:ascii="Arial" w:hAnsi="Arial"/>
          <w:lang w:val="en-GB"/>
        </w:rPr>
        <w:t xml:space="preserve"> to stimulate the discussion. </w:t>
      </w:r>
    </w:p>
    <w:p w14:paraId="5EF4CC18" w14:textId="77777777" w:rsidR="00B4138A" w:rsidRPr="00AD54C0" w:rsidRDefault="00B4138A" w:rsidP="00B4138A">
      <w:pPr>
        <w:spacing w:after="0" w:line="360" w:lineRule="auto"/>
        <w:jc w:val="both"/>
        <w:rPr>
          <w:lang w:val="en-GB"/>
        </w:rPr>
      </w:pPr>
    </w:p>
    <w:p w14:paraId="7046A496" w14:textId="5703BEA4" w:rsidR="00B4138A" w:rsidRPr="00933D5B" w:rsidRDefault="006320B9" w:rsidP="00B4138A">
      <w:pPr>
        <w:spacing w:after="0" w:line="360" w:lineRule="auto"/>
        <w:jc w:val="both"/>
        <w:rPr>
          <w:b/>
          <w:lang w:val="en-GB"/>
        </w:rPr>
      </w:pPr>
      <w:r w:rsidRPr="00933D5B">
        <w:rPr>
          <w:rFonts w:ascii="Arial" w:hAnsi="Arial"/>
          <w:b/>
          <w:lang w:val="en-GB"/>
        </w:rPr>
        <w:t>Rio 54</w:t>
      </w:r>
    </w:p>
    <w:p w14:paraId="6124EF99" w14:textId="172ADD5D" w:rsidR="00B4138A" w:rsidRPr="00AD54C0" w:rsidRDefault="00B4138A" w:rsidP="00B4138A">
      <w:pPr>
        <w:spacing w:after="0" w:line="360" w:lineRule="auto"/>
        <w:jc w:val="both"/>
        <w:rPr>
          <w:lang w:val="en-GB"/>
        </w:rPr>
      </w:pPr>
      <w:r w:rsidRPr="00AD54C0">
        <w:rPr>
          <w:rFonts w:ascii="Arial" w:hAnsi="Arial"/>
          <w:lang w:val="en-GB"/>
        </w:rPr>
        <w:t xml:space="preserve">Thank you, I wanted to go back to some of the comments that I heard from </w:t>
      </w:r>
      <w:r w:rsidR="006320B9">
        <w:rPr>
          <w:rFonts w:ascii="Arial" w:hAnsi="Arial"/>
          <w:lang w:val="en-GB"/>
        </w:rPr>
        <w:t>Rio 5</w:t>
      </w:r>
      <w:r w:rsidRPr="00AD54C0">
        <w:rPr>
          <w:rFonts w:ascii="Arial" w:hAnsi="Arial"/>
          <w:lang w:val="en-GB"/>
        </w:rPr>
        <w:t>, or the number 54. I w</w:t>
      </w:r>
      <w:r w:rsidR="006320B9">
        <w:rPr>
          <w:rFonts w:ascii="Arial" w:hAnsi="Arial"/>
          <w:lang w:val="en-GB"/>
        </w:rPr>
        <w:t xml:space="preserve">ill talk especially about </w:t>
      </w:r>
      <w:r w:rsidRPr="00AD54C0">
        <w:rPr>
          <w:rFonts w:ascii="Arial" w:hAnsi="Arial"/>
          <w:lang w:val="en-GB"/>
        </w:rPr>
        <w:t>antimicrobial resistance because it is a goo</w:t>
      </w:r>
      <w:r w:rsidR="006320B9">
        <w:rPr>
          <w:rFonts w:ascii="Arial" w:hAnsi="Arial"/>
          <w:lang w:val="en-GB"/>
        </w:rPr>
        <w:t>d example. A</w:t>
      </w:r>
      <w:r w:rsidRPr="00AD54C0">
        <w:rPr>
          <w:rFonts w:ascii="Arial" w:hAnsi="Arial"/>
          <w:lang w:val="en-GB"/>
        </w:rPr>
        <w:t xml:space="preserve">s our colleague said, </w:t>
      </w:r>
      <w:r w:rsidR="006320B9">
        <w:rPr>
          <w:rFonts w:ascii="Arial" w:hAnsi="Arial"/>
          <w:lang w:val="en-GB"/>
        </w:rPr>
        <w:t>the challenges are</w:t>
      </w:r>
      <w:r w:rsidRPr="00AD54C0">
        <w:rPr>
          <w:rFonts w:ascii="Arial" w:hAnsi="Arial"/>
          <w:lang w:val="en-GB"/>
        </w:rPr>
        <w:t xml:space="preserve"> </w:t>
      </w:r>
      <w:r w:rsidR="006320B9">
        <w:rPr>
          <w:rFonts w:ascii="Arial" w:hAnsi="Arial"/>
          <w:lang w:val="en-GB"/>
        </w:rPr>
        <w:t xml:space="preserve">down to </w:t>
      </w:r>
      <w:r w:rsidRPr="00AD54C0">
        <w:rPr>
          <w:rFonts w:ascii="Arial" w:hAnsi="Arial"/>
          <w:lang w:val="en-GB"/>
        </w:rPr>
        <w:t>surveillance system</w:t>
      </w:r>
      <w:r w:rsidR="006320B9">
        <w:rPr>
          <w:rFonts w:ascii="Arial" w:hAnsi="Arial"/>
          <w:lang w:val="en-GB"/>
        </w:rPr>
        <w:t>s</w:t>
      </w:r>
      <w:r w:rsidRPr="00AD54C0">
        <w:rPr>
          <w:rFonts w:ascii="Arial" w:hAnsi="Arial"/>
          <w:lang w:val="en-GB"/>
        </w:rPr>
        <w:t xml:space="preserve">. </w:t>
      </w:r>
      <w:r w:rsidR="006320B9">
        <w:rPr>
          <w:rFonts w:ascii="Arial" w:hAnsi="Arial"/>
          <w:lang w:val="en-GB"/>
        </w:rPr>
        <w:t xml:space="preserve">There are many differences between the high-income countries and </w:t>
      </w:r>
      <w:r w:rsidRPr="00AD54C0">
        <w:rPr>
          <w:rFonts w:ascii="Arial" w:hAnsi="Arial"/>
          <w:lang w:val="en-GB"/>
        </w:rPr>
        <w:t>low income</w:t>
      </w:r>
      <w:r w:rsidR="006320B9">
        <w:rPr>
          <w:rFonts w:ascii="Arial" w:hAnsi="Arial"/>
          <w:lang w:val="en-GB"/>
        </w:rPr>
        <w:t xml:space="preserve"> countries</w:t>
      </w:r>
      <w:r w:rsidRPr="00AD54C0">
        <w:rPr>
          <w:rFonts w:ascii="Arial" w:hAnsi="Arial"/>
          <w:lang w:val="en-GB"/>
        </w:rPr>
        <w:t>, because the low-income countries don't have access to drugs. So, to have a surveillance</w:t>
      </w:r>
      <w:r w:rsidR="006320B9">
        <w:rPr>
          <w:rFonts w:ascii="Arial" w:hAnsi="Arial"/>
          <w:lang w:val="en-GB"/>
        </w:rPr>
        <w:t xml:space="preserve"> system</w:t>
      </w:r>
      <w:r w:rsidRPr="00AD54C0">
        <w:rPr>
          <w:rFonts w:ascii="Arial" w:hAnsi="Arial"/>
          <w:lang w:val="en-GB"/>
        </w:rPr>
        <w:t xml:space="preserve"> is almost utopia</w:t>
      </w:r>
      <w:r w:rsidR="006320B9">
        <w:rPr>
          <w:rFonts w:ascii="Arial" w:hAnsi="Arial"/>
          <w:lang w:val="en-GB"/>
        </w:rPr>
        <w:t>n.  So we need stronger</w:t>
      </w:r>
      <w:r w:rsidRPr="00AD54C0">
        <w:rPr>
          <w:rFonts w:ascii="Arial" w:hAnsi="Arial"/>
          <w:lang w:val="en-GB"/>
        </w:rPr>
        <w:t xml:space="preserve"> surveillance system</w:t>
      </w:r>
      <w:r w:rsidR="006320B9">
        <w:rPr>
          <w:rFonts w:ascii="Arial" w:hAnsi="Arial"/>
          <w:lang w:val="en-GB"/>
        </w:rPr>
        <w:t xml:space="preserve">s, but </w:t>
      </w:r>
      <w:r w:rsidRPr="00AD54C0">
        <w:rPr>
          <w:rFonts w:ascii="Arial" w:hAnsi="Arial"/>
          <w:lang w:val="en-GB"/>
        </w:rPr>
        <w:t>also</w:t>
      </w:r>
      <w:r w:rsidR="006320B9">
        <w:rPr>
          <w:rFonts w:ascii="Arial" w:hAnsi="Arial"/>
          <w:lang w:val="en-GB"/>
        </w:rPr>
        <w:t xml:space="preserve"> a</w:t>
      </w:r>
      <w:r w:rsidRPr="00AD54C0">
        <w:rPr>
          <w:rFonts w:ascii="Arial" w:hAnsi="Arial"/>
          <w:lang w:val="en-GB"/>
        </w:rPr>
        <w:t xml:space="preserve"> multi</w:t>
      </w:r>
      <w:r w:rsidR="006320B9">
        <w:rPr>
          <w:rFonts w:ascii="Arial" w:hAnsi="Arial"/>
          <w:lang w:val="en-GB"/>
        </w:rPr>
        <w:t>-</w:t>
      </w:r>
      <w:r w:rsidRPr="00AD54C0">
        <w:rPr>
          <w:rFonts w:ascii="Arial" w:hAnsi="Arial"/>
          <w:lang w:val="en-GB"/>
        </w:rPr>
        <w:t>sectoral approach. For</w:t>
      </w:r>
      <w:r w:rsidR="006320B9">
        <w:rPr>
          <w:rFonts w:ascii="Arial" w:hAnsi="Arial"/>
          <w:lang w:val="en-GB"/>
        </w:rPr>
        <w:t xml:space="preserve"> example, I may scare you, but</w:t>
      </w:r>
      <w:r w:rsidRPr="00AD54C0">
        <w:rPr>
          <w:rFonts w:ascii="Arial" w:hAnsi="Arial"/>
          <w:lang w:val="en-GB"/>
        </w:rPr>
        <w:t xml:space="preserve"> the</w:t>
      </w:r>
      <w:r w:rsidR="006320B9">
        <w:rPr>
          <w:rFonts w:ascii="Arial" w:hAnsi="Arial"/>
          <w:lang w:val="en-GB"/>
        </w:rPr>
        <w:t xml:space="preserve"> animal health organization made a list of </w:t>
      </w:r>
      <w:r w:rsidRPr="00AD54C0">
        <w:rPr>
          <w:rFonts w:ascii="Arial" w:hAnsi="Arial"/>
          <w:lang w:val="en-GB"/>
        </w:rPr>
        <w:t xml:space="preserve">antibiotics and we found out that </w:t>
      </w:r>
      <w:r w:rsidR="006320B9">
        <w:rPr>
          <w:rFonts w:ascii="Arial" w:hAnsi="Arial"/>
          <w:lang w:val="en-GB"/>
        </w:rPr>
        <w:t xml:space="preserve">on </w:t>
      </w:r>
      <w:r w:rsidRPr="00AD54C0">
        <w:rPr>
          <w:rFonts w:ascii="Arial" w:hAnsi="Arial"/>
          <w:lang w:val="en-GB"/>
        </w:rPr>
        <w:t xml:space="preserve">this list, many </w:t>
      </w:r>
      <w:r w:rsidR="006320B9">
        <w:rPr>
          <w:rFonts w:ascii="Arial" w:hAnsi="Arial"/>
          <w:lang w:val="en-GB"/>
        </w:rPr>
        <w:t>of the anti</w:t>
      </w:r>
      <w:r w:rsidR="006320B9" w:rsidRPr="00AD54C0">
        <w:rPr>
          <w:rFonts w:ascii="Arial" w:hAnsi="Arial"/>
          <w:lang w:val="en-GB"/>
        </w:rPr>
        <w:t>microbial</w:t>
      </w:r>
      <w:r w:rsidR="006320B9">
        <w:rPr>
          <w:rFonts w:ascii="Arial" w:hAnsi="Arial"/>
          <w:lang w:val="en-GB"/>
        </w:rPr>
        <w:t>s</w:t>
      </w:r>
      <w:r w:rsidRPr="00AD54C0">
        <w:rPr>
          <w:rFonts w:ascii="Arial" w:hAnsi="Arial"/>
          <w:lang w:val="en-GB"/>
        </w:rPr>
        <w:t xml:space="preserve"> used as promoters for growth and to protect the animal proteins</w:t>
      </w:r>
      <w:r w:rsidR="006320B9">
        <w:rPr>
          <w:rFonts w:ascii="Arial" w:hAnsi="Arial"/>
          <w:lang w:val="en-GB"/>
        </w:rPr>
        <w:t xml:space="preserve"> were in the WHIO prioritized list of antibiotics. They are used at sub-optimal doses as growth promoters.</w:t>
      </w:r>
      <w:r w:rsidRPr="00AD54C0">
        <w:rPr>
          <w:rFonts w:ascii="Arial" w:hAnsi="Arial"/>
          <w:lang w:val="en-GB"/>
        </w:rPr>
        <w:t xml:space="preserve"> In order </w:t>
      </w:r>
      <w:r w:rsidR="006320B9">
        <w:rPr>
          <w:rFonts w:ascii="Arial" w:hAnsi="Arial"/>
          <w:lang w:val="en-GB"/>
        </w:rPr>
        <w:t xml:space="preserve">to fight against antimicrobial </w:t>
      </w:r>
      <w:r w:rsidRPr="00AD54C0">
        <w:rPr>
          <w:rFonts w:ascii="Arial" w:hAnsi="Arial"/>
          <w:lang w:val="en-GB"/>
        </w:rPr>
        <w:t xml:space="preserve">resistance, we must know </w:t>
      </w:r>
      <w:r w:rsidR="006320B9">
        <w:rPr>
          <w:rFonts w:ascii="Arial" w:hAnsi="Arial"/>
          <w:lang w:val="en-GB"/>
        </w:rPr>
        <w:t>the scale of antimicrobial use, in order to ensure that</w:t>
      </w:r>
      <w:r w:rsidRPr="00AD54C0">
        <w:rPr>
          <w:rFonts w:ascii="Arial" w:hAnsi="Arial"/>
          <w:lang w:val="en-GB"/>
        </w:rPr>
        <w:t xml:space="preserve"> antimicrobial</w:t>
      </w:r>
      <w:r w:rsidR="006320B9">
        <w:rPr>
          <w:rFonts w:ascii="Arial" w:hAnsi="Arial"/>
          <w:lang w:val="en-GB"/>
        </w:rPr>
        <w:t>s will remain</w:t>
      </w:r>
      <w:r w:rsidRPr="00AD54C0">
        <w:rPr>
          <w:rFonts w:ascii="Arial" w:hAnsi="Arial"/>
          <w:lang w:val="en-GB"/>
        </w:rPr>
        <w:t xml:space="preserve"> effective </w:t>
      </w:r>
      <w:r w:rsidR="006320B9">
        <w:rPr>
          <w:rFonts w:ascii="Arial" w:hAnsi="Arial"/>
          <w:lang w:val="en-GB"/>
        </w:rPr>
        <w:t>in</w:t>
      </w:r>
      <w:r w:rsidRPr="00AD54C0">
        <w:rPr>
          <w:rFonts w:ascii="Arial" w:hAnsi="Arial"/>
          <w:lang w:val="en-GB"/>
        </w:rPr>
        <w:t xml:space="preserve"> human population</w:t>
      </w:r>
      <w:r w:rsidR="006320B9">
        <w:rPr>
          <w:rFonts w:ascii="Arial" w:hAnsi="Arial"/>
          <w:lang w:val="en-GB"/>
        </w:rPr>
        <w:t>s. In this sense, the focus mustn’t only be on surveillance but on ensuring</w:t>
      </w:r>
      <w:r w:rsidRPr="00AD54C0">
        <w:rPr>
          <w:rFonts w:ascii="Arial" w:hAnsi="Arial"/>
          <w:lang w:val="en-GB"/>
        </w:rPr>
        <w:t xml:space="preserve"> integrated surveillance </w:t>
      </w:r>
      <w:r w:rsidR="006320B9">
        <w:rPr>
          <w:rFonts w:ascii="Arial" w:hAnsi="Arial"/>
          <w:lang w:val="en-GB"/>
        </w:rPr>
        <w:t>across</w:t>
      </w:r>
      <w:r w:rsidRPr="00AD54C0">
        <w:rPr>
          <w:rFonts w:ascii="Arial" w:hAnsi="Arial"/>
          <w:lang w:val="en-GB"/>
        </w:rPr>
        <w:t xml:space="preserve"> different sectors</w:t>
      </w:r>
      <w:r w:rsidR="006320B9">
        <w:rPr>
          <w:rFonts w:ascii="Arial" w:hAnsi="Arial"/>
          <w:lang w:val="en-GB"/>
        </w:rPr>
        <w:t xml:space="preserve">. With regards to the </w:t>
      </w:r>
      <w:r w:rsidR="00160251">
        <w:rPr>
          <w:rFonts w:ascii="Arial" w:hAnsi="Arial"/>
          <w:lang w:val="en-GB"/>
        </w:rPr>
        <w:t>disease priority list</w:t>
      </w:r>
      <w:r w:rsidRPr="00AD54C0">
        <w:rPr>
          <w:rFonts w:ascii="Arial" w:hAnsi="Arial"/>
          <w:lang w:val="en-GB"/>
        </w:rPr>
        <w:t xml:space="preserve">, we are </w:t>
      </w:r>
      <w:r w:rsidR="00160251">
        <w:rPr>
          <w:rFonts w:ascii="Arial" w:hAnsi="Arial"/>
          <w:lang w:val="en-GB"/>
        </w:rPr>
        <w:t>probably only going to see</w:t>
      </w:r>
      <w:r w:rsidRPr="00AD54C0">
        <w:rPr>
          <w:rFonts w:ascii="Arial" w:hAnsi="Arial"/>
          <w:lang w:val="en-GB"/>
        </w:rPr>
        <w:t xml:space="preserve"> diseases that have </w:t>
      </w:r>
      <w:r w:rsidR="00160251">
        <w:rPr>
          <w:rFonts w:ascii="Arial" w:hAnsi="Arial"/>
          <w:lang w:val="en-GB"/>
        </w:rPr>
        <w:t xml:space="preserve">effective </w:t>
      </w:r>
      <w:r w:rsidRPr="00AD54C0">
        <w:rPr>
          <w:rFonts w:ascii="Arial" w:hAnsi="Arial"/>
          <w:lang w:val="en-GB"/>
        </w:rPr>
        <w:t>surveillance.</w:t>
      </w:r>
    </w:p>
    <w:p w14:paraId="6108AA01" w14:textId="77777777" w:rsidR="00B4138A" w:rsidRPr="00AD54C0" w:rsidRDefault="00B4138A" w:rsidP="00B4138A">
      <w:pPr>
        <w:spacing w:after="0" w:line="360" w:lineRule="auto"/>
        <w:jc w:val="both"/>
        <w:rPr>
          <w:lang w:val="en-GB"/>
        </w:rPr>
      </w:pPr>
    </w:p>
    <w:p w14:paraId="246ED802" w14:textId="7020A9A3" w:rsidR="00B4138A" w:rsidRPr="00AD54C0" w:rsidRDefault="00160251" w:rsidP="00B4138A">
      <w:pPr>
        <w:spacing w:after="0" w:line="360" w:lineRule="auto"/>
        <w:jc w:val="both"/>
        <w:rPr>
          <w:lang w:val="en-GB"/>
        </w:rPr>
      </w:pPr>
      <w:r>
        <w:rPr>
          <w:rFonts w:ascii="Arial" w:hAnsi="Arial"/>
          <w:b/>
          <w:lang w:val="en-GB"/>
        </w:rPr>
        <w:t>Rio Facilitator 1</w:t>
      </w:r>
    </w:p>
    <w:p w14:paraId="4B6190EE" w14:textId="272F50F0" w:rsidR="00B4138A" w:rsidRPr="00AD54C0" w:rsidRDefault="00B4138A" w:rsidP="00B4138A">
      <w:pPr>
        <w:spacing w:after="0" w:line="360" w:lineRule="auto"/>
        <w:jc w:val="both"/>
        <w:rPr>
          <w:lang w:val="en-GB"/>
        </w:rPr>
      </w:pPr>
      <w:r w:rsidRPr="00AD54C0">
        <w:rPr>
          <w:rFonts w:ascii="Arial" w:hAnsi="Arial"/>
          <w:lang w:val="en-GB"/>
        </w:rPr>
        <w:t>Thank you. Yes, go ahead.</w:t>
      </w:r>
    </w:p>
    <w:p w14:paraId="7901C9E2" w14:textId="77777777" w:rsidR="00B4138A" w:rsidRPr="00AD54C0" w:rsidRDefault="00B4138A" w:rsidP="00B4138A">
      <w:pPr>
        <w:spacing w:after="0" w:line="360" w:lineRule="auto"/>
        <w:jc w:val="both"/>
        <w:rPr>
          <w:lang w:val="en-GB"/>
        </w:rPr>
      </w:pPr>
    </w:p>
    <w:p w14:paraId="54AAD19F" w14:textId="5CC6DAAE" w:rsidR="00B4138A" w:rsidRPr="00933D5B" w:rsidRDefault="00933D5B" w:rsidP="00B4138A">
      <w:pPr>
        <w:spacing w:after="0" w:line="360" w:lineRule="auto"/>
        <w:jc w:val="both"/>
        <w:rPr>
          <w:lang w:val="en-GB"/>
        </w:rPr>
      </w:pPr>
      <w:r w:rsidRPr="00933D5B">
        <w:rPr>
          <w:rFonts w:ascii="Arial" w:hAnsi="Arial"/>
          <w:b/>
          <w:lang w:val="en-GB"/>
        </w:rPr>
        <w:t>Rio 64</w:t>
      </w:r>
    </w:p>
    <w:p w14:paraId="6E1CDCCA" w14:textId="72CBD6E5" w:rsidR="00B4138A" w:rsidRDefault="00933D5B" w:rsidP="00B4138A">
      <w:pPr>
        <w:spacing w:after="0" w:line="360" w:lineRule="auto"/>
        <w:jc w:val="both"/>
        <w:rPr>
          <w:rFonts w:ascii="Arial" w:hAnsi="Arial"/>
          <w:lang w:val="en-GB"/>
        </w:rPr>
      </w:pPr>
      <w:r w:rsidRPr="00933D5B">
        <w:rPr>
          <w:rFonts w:ascii="Arial" w:hAnsi="Arial"/>
          <w:lang w:val="en-GB"/>
        </w:rPr>
        <w:t>Due to the limited resources, it is natural to invest in the study of diseases that cause more mortality and morbidity, but it is also a reality that there is a population that suffers from diseases that, although do not cause high mortality, affect their health, causing pain and discomfort, stigma and affect their economy, such as cutaneous leishmaniasis. I consider that it is important to think in integrated strategies to collect information allowing the identification of various diseases affecting a region and not focusing specifically on some diseases.</w:t>
      </w:r>
    </w:p>
    <w:p w14:paraId="110016BD" w14:textId="77777777" w:rsidR="00933D5B" w:rsidRPr="00AD54C0" w:rsidRDefault="00933D5B" w:rsidP="00B4138A">
      <w:pPr>
        <w:spacing w:after="0" w:line="360" w:lineRule="auto"/>
        <w:jc w:val="both"/>
        <w:rPr>
          <w:lang w:val="en-GB"/>
        </w:rPr>
      </w:pPr>
    </w:p>
    <w:p w14:paraId="644F1629" w14:textId="4C4CD1EE" w:rsidR="00B4138A" w:rsidRPr="00AD54C0" w:rsidRDefault="00160251" w:rsidP="00B4138A">
      <w:pPr>
        <w:spacing w:after="0" w:line="360" w:lineRule="auto"/>
        <w:jc w:val="both"/>
        <w:rPr>
          <w:lang w:val="en-GB"/>
        </w:rPr>
      </w:pPr>
      <w:r>
        <w:rPr>
          <w:rFonts w:ascii="Arial" w:hAnsi="Arial"/>
          <w:b/>
          <w:lang w:val="en-GB"/>
        </w:rPr>
        <w:t>Rio 4</w:t>
      </w:r>
    </w:p>
    <w:p w14:paraId="49120892" w14:textId="058950D8" w:rsidR="00B4138A" w:rsidRPr="00AD54C0" w:rsidRDefault="00160251" w:rsidP="00B4138A">
      <w:pPr>
        <w:spacing w:after="0" w:line="360" w:lineRule="auto"/>
        <w:jc w:val="both"/>
        <w:rPr>
          <w:lang w:val="en-GB"/>
        </w:rPr>
      </w:pPr>
      <w:r>
        <w:rPr>
          <w:rFonts w:ascii="Arial" w:hAnsi="Arial"/>
          <w:lang w:val="en-GB"/>
        </w:rPr>
        <w:t xml:space="preserve">Thank you. </w:t>
      </w:r>
      <w:r w:rsidR="00B4138A" w:rsidRPr="00AD54C0">
        <w:rPr>
          <w:rFonts w:ascii="Arial" w:hAnsi="Arial"/>
          <w:lang w:val="en-GB"/>
        </w:rPr>
        <w:t>I work with TB</w:t>
      </w:r>
      <w:r>
        <w:rPr>
          <w:rFonts w:ascii="Arial" w:hAnsi="Arial"/>
          <w:lang w:val="en-GB"/>
        </w:rPr>
        <w:t>,</w:t>
      </w:r>
      <w:r w:rsidR="00B4138A" w:rsidRPr="00AD54C0">
        <w:rPr>
          <w:rFonts w:ascii="Arial" w:hAnsi="Arial"/>
          <w:lang w:val="en-GB"/>
        </w:rPr>
        <w:t xml:space="preserve"> specifically TB in children, and I want to talk about </w:t>
      </w:r>
      <w:r>
        <w:rPr>
          <w:rFonts w:ascii="Arial" w:hAnsi="Arial"/>
          <w:lang w:val="en-GB"/>
        </w:rPr>
        <w:t>the aspect of</w:t>
      </w:r>
      <w:r w:rsidR="00B4138A" w:rsidRPr="00AD54C0">
        <w:rPr>
          <w:rFonts w:ascii="Arial" w:hAnsi="Arial"/>
          <w:lang w:val="en-GB"/>
        </w:rPr>
        <w:t xml:space="preserve"> </w:t>
      </w:r>
      <w:r>
        <w:rPr>
          <w:rFonts w:ascii="Arial" w:hAnsi="Arial"/>
          <w:lang w:val="en-GB"/>
        </w:rPr>
        <w:t xml:space="preserve">infections in </w:t>
      </w:r>
      <w:r w:rsidR="00B4138A" w:rsidRPr="00AD54C0">
        <w:rPr>
          <w:rFonts w:ascii="Arial" w:hAnsi="Arial"/>
          <w:lang w:val="en-GB"/>
        </w:rPr>
        <w:t>indigenous population</w:t>
      </w:r>
      <w:r>
        <w:rPr>
          <w:rFonts w:ascii="Arial" w:hAnsi="Arial"/>
          <w:lang w:val="en-GB"/>
        </w:rPr>
        <w:t>s. S</w:t>
      </w:r>
      <w:r w:rsidR="00B4138A" w:rsidRPr="00AD54C0">
        <w:rPr>
          <w:rFonts w:ascii="Arial" w:hAnsi="Arial"/>
          <w:lang w:val="en-GB"/>
        </w:rPr>
        <w:t xml:space="preserve">ome of the countries </w:t>
      </w:r>
      <w:r>
        <w:rPr>
          <w:rFonts w:ascii="Arial" w:hAnsi="Arial"/>
          <w:lang w:val="en-GB"/>
        </w:rPr>
        <w:t>in Latin America have solved this problem, b</w:t>
      </w:r>
      <w:r w:rsidR="00B4138A" w:rsidRPr="00AD54C0">
        <w:rPr>
          <w:rFonts w:ascii="Arial" w:hAnsi="Arial"/>
          <w:lang w:val="en-GB"/>
        </w:rPr>
        <w:t xml:space="preserve">ut in other countries, the incidence is very, very high. Here in Latin America, we have a high incidence, but we have </w:t>
      </w:r>
      <w:r w:rsidR="00B4138A" w:rsidRPr="00AD54C0">
        <w:rPr>
          <w:rFonts w:ascii="Arial" w:hAnsi="Arial"/>
          <w:lang w:val="en-GB"/>
        </w:rPr>
        <w:lastRenderedPageBreak/>
        <w:t>so</w:t>
      </w:r>
      <w:r>
        <w:rPr>
          <w:rFonts w:ascii="Arial" w:hAnsi="Arial"/>
          <w:lang w:val="en-GB"/>
        </w:rPr>
        <w:t>me problems with resistance. However,</w:t>
      </w:r>
      <w:r w:rsidR="00B4138A" w:rsidRPr="00AD54C0">
        <w:rPr>
          <w:rFonts w:ascii="Arial" w:hAnsi="Arial"/>
          <w:lang w:val="en-GB"/>
        </w:rPr>
        <w:t xml:space="preserve"> we are facing a situation </w:t>
      </w:r>
      <w:r>
        <w:rPr>
          <w:rFonts w:ascii="Arial" w:hAnsi="Arial"/>
          <w:lang w:val="en-GB"/>
        </w:rPr>
        <w:t>where the</w:t>
      </w:r>
      <w:r w:rsidR="00B4138A" w:rsidRPr="00AD54C0">
        <w:rPr>
          <w:rFonts w:ascii="Arial" w:hAnsi="Arial"/>
          <w:lang w:val="en-GB"/>
        </w:rPr>
        <w:t xml:space="preserve"> incidence </w:t>
      </w:r>
      <w:r>
        <w:rPr>
          <w:rFonts w:ascii="Arial" w:hAnsi="Arial"/>
          <w:lang w:val="en-GB"/>
        </w:rPr>
        <w:t xml:space="preserve">is </w:t>
      </w:r>
      <w:r w:rsidR="00B4138A" w:rsidRPr="00AD54C0">
        <w:rPr>
          <w:rFonts w:ascii="Arial" w:hAnsi="Arial"/>
          <w:lang w:val="en-GB"/>
        </w:rPr>
        <w:t xml:space="preserve">not so high, </w:t>
      </w:r>
      <w:r>
        <w:rPr>
          <w:rFonts w:ascii="Arial" w:hAnsi="Arial"/>
          <w:lang w:val="en-GB"/>
        </w:rPr>
        <w:t>but we have to fight against</w:t>
      </w:r>
      <w:r w:rsidR="00B4138A" w:rsidRPr="00AD54C0">
        <w:rPr>
          <w:rFonts w:ascii="Arial" w:hAnsi="Arial"/>
          <w:lang w:val="en-GB"/>
        </w:rPr>
        <w:t xml:space="preserve"> latent TB, because otherwise</w:t>
      </w:r>
      <w:r>
        <w:rPr>
          <w:rFonts w:ascii="Arial" w:hAnsi="Arial"/>
          <w:lang w:val="en-GB"/>
        </w:rPr>
        <w:t xml:space="preserve"> we can't reach our goals. T</w:t>
      </w:r>
      <w:r w:rsidR="00B4138A" w:rsidRPr="00AD54C0">
        <w:rPr>
          <w:rFonts w:ascii="Arial" w:hAnsi="Arial"/>
          <w:lang w:val="en-GB"/>
        </w:rPr>
        <w:t>his has been a struggle</w:t>
      </w:r>
      <w:r>
        <w:rPr>
          <w:rFonts w:ascii="Arial" w:hAnsi="Arial"/>
          <w:lang w:val="en-GB"/>
        </w:rPr>
        <w:t>.</w:t>
      </w:r>
      <w:r w:rsidR="00965EE3">
        <w:rPr>
          <w:rFonts w:ascii="Arial" w:hAnsi="Arial"/>
          <w:lang w:val="en-GB"/>
        </w:rPr>
        <w:t xml:space="preserve"> Regarding to</w:t>
      </w:r>
      <w:r w:rsidR="00B4138A" w:rsidRPr="00AD54C0">
        <w:rPr>
          <w:rFonts w:ascii="Arial" w:hAnsi="Arial"/>
          <w:lang w:val="en-GB"/>
        </w:rPr>
        <w:t xml:space="preserve"> interventions</w:t>
      </w:r>
      <w:r w:rsidR="00965EE3">
        <w:rPr>
          <w:rFonts w:ascii="Arial" w:hAnsi="Arial"/>
          <w:lang w:val="en-GB"/>
        </w:rPr>
        <w:t>,</w:t>
      </w:r>
      <w:r w:rsidR="00B4138A" w:rsidRPr="00AD54C0">
        <w:rPr>
          <w:rFonts w:ascii="Arial" w:hAnsi="Arial"/>
          <w:lang w:val="en-GB"/>
        </w:rPr>
        <w:t xml:space="preserve"> we</w:t>
      </w:r>
      <w:r w:rsidR="00965EE3">
        <w:rPr>
          <w:rFonts w:ascii="Arial" w:hAnsi="Arial"/>
          <w:lang w:val="en-GB"/>
        </w:rPr>
        <w:t xml:space="preserve"> need an intervention we</w:t>
      </w:r>
      <w:r w:rsidR="00B4138A" w:rsidRPr="00AD54C0">
        <w:rPr>
          <w:rFonts w:ascii="Arial" w:hAnsi="Arial"/>
          <w:lang w:val="en-GB"/>
        </w:rPr>
        <w:t xml:space="preserve"> can apply to improve the treatment complia</w:t>
      </w:r>
      <w:r>
        <w:rPr>
          <w:rFonts w:ascii="Arial" w:hAnsi="Arial"/>
          <w:lang w:val="en-GB"/>
        </w:rPr>
        <w:t>nce specifically with children, because we know that the most</w:t>
      </w:r>
      <w:r w:rsidR="00B4138A" w:rsidRPr="00AD54C0">
        <w:rPr>
          <w:rFonts w:ascii="Arial" w:hAnsi="Arial"/>
          <w:lang w:val="en-GB"/>
        </w:rPr>
        <w:t xml:space="preserve"> affected populations are those that have more economic difficulties, and </w:t>
      </w:r>
      <w:r>
        <w:rPr>
          <w:rFonts w:ascii="Arial" w:hAnsi="Arial"/>
          <w:lang w:val="en-GB"/>
        </w:rPr>
        <w:t>a</w:t>
      </w:r>
      <w:r w:rsidR="00965EE3">
        <w:rPr>
          <w:rFonts w:ascii="Arial" w:hAnsi="Arial"/>
          <w:lang w:val="en-GB"/>
        </w:rPr>
        <w:t>re</w:t>
      </w:r>
      <w:r>
        <w:rPr>
          <w:rFonts w:ascii="Arial" w:hAnsi="Arial"/>
          <w:lang w:val="en-GB"/>
        </w:rPr>
        <w:t xml:space="preserve"> subject</w:t>
      </w:r>
      <w:r w:rsidR="00965EE3">
        <w:rPr>
          <w:rFonts w:ascii="Arial" w:hAnsi="Arial"/>
          <w:lang w:val="en-GB"/>
        </w:rPr>
        <w:t>ed</w:t>
      </w:r>
      <w:r>
        <w:rPr>
          <w:rFonts w:ascii="Arial" w:hAnsi="Arial"/>
          <w:lang w:val="en-GB"/>
        </w:rPr>
        <w:t xml:space="preserve"> to over</w:t>
      </w:r>
      <w:r w:rsidR="00B4138A" w:rsidRPr="00AD54C0">
        <w:rPr>
          <w:rFonts w:ascii="Arial" w:hAnsi="Arial"/>
          <w:lang w:val="en-GB"/>
        </w:rPr>
        <w:t xml:space="preserve">crowding, etc. </w:t>
      </w:r>
      <w:r>
        <w:rPr>
          <w:rFonts w:ascii="Arial" w:hAnsi="Arial"/>
          <w:lang w:val="en-GB"/>
        </w:rPr>
        <w:t xml:space="preserve">We are also </w:t>
      </w:r>
      <w:r w:rsidR="00B4138A" w:rsidRPr="00AD54C0">
        <w:rPr>
          <w:rFonts w:ascii="Arial" w:hAnsi="Arial"/>
          <w:lang w:val="en-GB"/>
        </w:rPr>
        <w:t xml:space="preserve">working </w:t>
      </w:r>
      <w:r>
        <w:rPr>
          <w:rFonts w:ascii="Arial" w:hAnsi="Arial"/>
          <w:lang w:val="en-GB"/>
        </w:rPr>
        <w:t xml:space="preserve">with an implementation research perspective to understand </w:t>
      </w:r>
      <w:r w:rsidR="00B4138A" w:rsidRPr="00AD54C0">
        <w:rPr>
          <w:rFonts w:ascii="Arial" w:hAnsi="Arial"/>
          <w:lang w:val="en-GB"/>
        </w:rPr>
        <w:t>how to improve these strategies. That is something that is priority in order to control TB. Thank you.</w:t>
      </w:r>
    </w:p>
    <w:p w14:paraId="53DFB589" w14:textId="77777777" w:rsidR="00B4138A" w:rsidRPr="00AD54C0" w:rsidRDefault="00B4138A" w:rsidP="00B4138A">
      <w:pPr>
        <w:spacing w:after="0" w:line="360" w:lineRule="auto"/>
        <w:jc w:val="both"/>
        <w:rPr>
          <w:lang w:val="en-GB"/>
        </w:rPr>
      </w:pPr>
    </w:p>
    <w:p w14:paraId="48442335" w14:textId="2E8BF366" w:rsidR="00B4138A" w:rsidRPr="00AD54C0" w:rsidRDefault="00933D5B" w:rsidP="00B4138A">
      <w:pPr>
        <w:spacing w:after="0" w:line="360" w:lineRule="auto"/>
        <w:jc w:val="both"/>
        <w:rPr>
          <w:lang w:val="en-GB"/>
        </w:rPr>
      </w:pPr>
      <w:r>
        <w:rPr>
          <w:rFonts w:ascii="Arial" w:hAnsi="Arial"/>
          <w:b/>
          <w:lang w:val="en-GB"/>
        </w:rPr>
        <w:t>Rio 17</w:t>
      </w:r>
    </w:p>
    <w:p w14:paraId="3178347C" w14:textId="3DFA0383" w:rsidR="00B4138A" w:rsidRDefault="00933D5B" w:rsidP="00B4138A">
      <w:pPr>
        <w:spacing w:after="0" w:line="360" w:lineRule="auto"/>
        <w:jc w:val="both"/>
        <w:rPr>
          <w:rFonts w:ascii="Arial" w:hAnsi="Arial"/>
          <w:lang w:val="en-GB"/>
        </w:rPr>
      </w:pPr>
      <w:r>
        <w:rPr>
          <w:rFonts w:ascii="Arial" w:hAnsi="Arial"/>
          <w:lang w:val="en-GB"/>
        </w:rPr>
        <w:t>We speak a lot about</w:t>
      </w:r>
      <w:r w:rsidRPr="00933D5B">
        <w:rPr>
          <w:rFonts w:ascii="Arial" w:hAnsi="Arial"/>
          <w:lang w:val="en-GB"/>
        </w:rPr>
        <w:t xml:space="preserve"> Disease X, which is important, of course. But often Disease X is thought of as the next new threat, when - to borrow from thoughts earlier - Disease X should be the next threat at the regional/local level. I think we should look at diseases that have the most potential for importation and establishment. Especially what diseases currently exist in similar ecologies just across t</w:t>
      </w:r>
      <w:r w:rsidR="006D1AE1">
        <w:rPr>
          <w:rFonts w:ascii="Arial" w:hAnsi="Arial"/>
          <w:lang w:val="en-GB"/>
        </w:rPr>
        <w:t xml:space="preserve">he </w:t>
      </w:r>
      <w:proofErr w:type="gramStart"/>
      <w:r w:rsidR="006D1AE1">
        <w:rPr>
          <w:rFonts w:ascii="Arial" w:hAnsi="Arial"/>
          <w:lang w:val="en-GB"/>
        </w:rPr>
        <w:t>glob</w:t>
      </w:r>
      <w:r w:rsidRPr="00933D5B">
        <w:rPr>
          <w:rFonts w:ascii="Arial" w:hAnsi="Arial"/>
          <w:lang w:val="en-GB"/>
        </w:rPr>
        <w:t>e.</w:t>
      </w:r>
      <w:proofErr w:type="gramEnd"/>
      <w:r w:rsidRPr="00933D5B">
        <w:rPr>
          <w:rFonts w:ascii="Arial" w:hAnsi="Arial"/>
          <w:lang w:val="en-GB"/>
        </w:rPr>
        <w:t xml:space="preserve"> Do they have potential to find re</w:t>
      </w:r>
      <w:r w:rsidR="006D1AE1">
        <w:rPr>
          <w:rFonts w:ascii="Arial" w:hAnsi="Arial"/>
          <w:lang w:val="en-GB"/>
        </w:rPr>
        <w:t>servoirs in other regions?</w:t>
      </w:r>
    </w:p>
    <w:p w14:paraId="626D8120" w14:textId="77777777" w:rsidR="00933D5B" w:rsidRPr="00AD54C0" w:rsidRDefault="00933D5B" w:rsidP="00B4138A">
      <w:pPr>
        <w:spacing w:after="0" w:line="360" w:lineRule="auto"/>
        <w:jc w:val="both"/>
        <w:rPr>
          <w:lang w:val="en-GB"/>
        </w:rPr>
      </w:pPr>
    </w:p>
    <w:p w14:paraId="6B824A57" w14:textId="66119F8F" w:rsidR="00B4138A" w:rsidRPr="00AD54C0" w:rsidRDefault="00914D95" w:rsidP="00B4138A">
      <w:pPr>
        <w:spacing w:after="0" w:line="360" w:lineRule="auto"/>
        <w:jc w:val="both"/>
        <w:rPr>
          <w:lang w:val="en-GB"/>
        </w:rPr>
      </w:pPr>
      <w:r>
        <w:rPr>
          <w:rFonts w:ascii="Arial" w:hAnsi="Arial"/>
          <w:b/>
          <w:lang w:val="en-GB"/>
        </w:rPr>
        <w:t>Rio 2</w:t>
      </w:r>
    </w:p>
    <w:p w14:paraId="006AEEE2" w14:textId="5E621E41" w:rsidR="00B4138A" w:rsidRPr="00AD54C0" w:rsidRDefault="00B4138A" w:rsidP="00B4138A">
      <w:pPr>
        <w:spacing w:after="0" w:line="360" w:lineRule="auto"/>
        <w:jc w:val="both"/>
        <w:rPr>
          <w:lang w:val="en-GB"/>
        </w:rPr>
      </w:pPr>
      <w:r w:rsidRPr="00AD54C0">
        <w:rPr>
          <w:rFonts w:ascii="Arial" w:hAnsi="Arial"/>
          <w:lang w:val="en-GB"/>
        </w:rPr>
        <w:t>I understand that TB is a global priority and it's very close to be</w:t>
      </w:r>
      <w:r w:rsidR="00914D95">
        <w:rPr>
          <w:rFonts w:ascii="Arial" w:hAnsi="Arial"/>
          <w:lang w:val="en-GB"/>
        </w:rPr>
        <w:t>ing the top priority</w:t>
      </w:r>
      <w:r w:rsidRPr="00AD54C0">
        <w:rPr>
          <w:rFonts w:ascii="Arial" w:hAnsi="Arial"/>
          <w:lang w:val="en-GB"/>
        </w:rPr>
        <w:t xml:space="preserve"> in</w:t>
      </w:r>
      <w:r w:rsidR="00914D95">
        <w:rPr>
          <w:rFonts w:ascii="Arial" w:hAnsi="Arial"/>
          <w:lang w:val="en-GB"/>
        </w:rPr>
        <w:t xml:space="preserve"> the</w:t>
      </w:r>
      <w:r w:rsidRPr="00AD54C0">
        <w:rPr>
          <w:rFonts w:ascii="Arial" w:hAnsi="Arial"/>
          <w:lang w:val="en-GB"/>
        </w:rPr>
        <w:t xml:space="preserve"> Latin America</w:t>
      </w:r>
      <w:r w:rsidR="00914D95">
        <w:rPr>
          <w:rFonts w:ascii="Arial" w:hAnsi="Arial"/>
          <w:lang w:val="en-GB"/>
        </w:rPr>
        <w:t>n</w:t>
      </w:r>
      <w:r w:rsidRPr="00AD54C0">
        <w:rPr>
          <w:rFonts w:ascii="Arial" w:hAnsi="Arial"/>
          <w:lang w:val="en-GB"/>
        </w:rPr>
        <w:t xml:space="preserve"> region due to different determinants, such as a population issue</w:t>
      </w:r>
      <w:r w:rsidR="00914D95">
        <w:rPr>
          <w:rFonts w:ascii="Arial" w:hAnsi="Arial"/>
          <w:lang w:val="en-GB"/>
        </w:rPr>
        <w:t>s,</w:t>
      </w:r>
      <w:r w:rsidRPr="00AD54C0">
        <w:rPr>
          <w:rFonts w:ascii="Arial" w:hAnsi="Arial"/>
          <w:lang w:val="en-GB"/>
        </w:rPr>
        <w:t xml:space="preserve"> </w:t>
      </w:r>
      <w:r w:rsidR="00914D95">
        <w:rPr>
          <w:rFonts w:ascii="Arial" w:hAnsi="Arial"/>
          <w:lang w:val="en-GB"/>
        </w:rPr>
        <w:t>diagnosis challenges and latent infections, which are</w:t>
      </w:r>
      <w:r w:rsidRPr="00AD54C0">
        <w:rPr>
          <w:rFonts w:ascii="Arial" w:hAnsi="Arial"/>
          <w:lang w:val="en-GB"/>
        </w:rPr>
        <w:t xml:space="preserve"> a time bomb in my opinion</w:t>
      </w:r>
      <w:r w:rsidR="00914D95">
        <w:rPr>
          <w:rFonts w:ascii="Arial" w:hAnsi="Arial"/>
          <w:lang w:val="en-GB"/>
        </w:rPr>
        <w:t>. This is a population</w:t>
      </w:r>
      <w:r w:rsidRPr="00AD54C0">
        <w:rPr>
          <w:rFonts w:ascii="Arial" w:hAnsi="Arial"/>
          <w:lang w:val="en-GB"/>
        </w:rPr>
        <w:t xml:space="preserve"> that is</w:t>
      </w:r>
      <w:r w:rsidR="00914D95">
        <w:rPr>
          <w:rFonts w:ascii="Arial" w:hAnsi="Arial"/>
          <w:lang w:val="en-GB"/>
        </w:rPr>
        <w:t xml:space="preserve"> aging and being subjected</w:t>
      </w:r>
      <w:r w:rsidRPr="00AD54C0">
        <w:rPr>
          <w:rFonts w:ascii="Arial" w:hAnsi="Arial"/>
          <w:lang w:val="en-GB"/>
        </w:rPr>
        <w:t xml:space="preserve"> to immu</w:t>
      </w:r>
      <w:r w:rsidR="00914D95">
        <w:rPr>
          <w:rFonts w:ascii="Arial" w:hAnsi="Arial"/>
          <w:lang w:val="en-GB"/>
        </w:rPr>
        <w:t>nosuppression issues. There’s also population displacement</w:t>
      </w:r>
      <w:r w:rsidRPr="00AD54C0">
        <w:rPr>
          <w:rFonts w:ascii="Arial" w:hAnsi="Arial"/>
          <w:lang w:val="en-GB"/>
        </w:rPr>
        <w:t xml:space="preserve"> </w:t>
      </w:r>
      <w:r w:rsidR="00914D95">
        <w:rPr>
          <w:rFonts w:ascii="Arial" w:hAnsi="Arial"/>
          <w:lang w:val="en-GB"/>
        </w:rPr>
        <w:t>and</w:t>
      </w:r>
      <w:r w:rsidRPr="00AD54C0">
        <w:rPr>
          <w:rFonts w:ascii="Arial" w:hAnsi="Arial"/>
          <w:lang w:val="en-GB"/>
        </w:rPr>
        <w:t xml:space="preserve"> potential </w:t>
      </w:r>
      <w:r w:rsidR="00914D95">
        <w:rPr>
          <w:rFonts w:ascii="Arial" w:hAnsi="Arial"/>
          <w:lang w:val="en-GB"/>
        </w:rPr>
        <w:t>relocation of multidrug resistant bacteria, and access to new therapies for multidrug resistant bacteria</w:t>
      </w:r>
      <w:r w:rsidR="00914D95" w:rsidRPr="00AD54C0">
        <w:rPr>
          <w:rFonts w:ascii="Arial" w:hAnsi="Arial"/>
          <w:lang w:val="en-GB"/>
        </w:rPr>
        <w:t xml:space="preserve"> </w:t>
      </w:r>
      <w:r w:rsidR="00914D95">
        <w:rPr>
          <w:rFonts w:ascii="Arial" w:hAnsi="Arial"/>
          <w:lang w:val="en-GB"/>
        </w:rPr>
        <w:t>is also a challenge. S</w:t>
      </w:r>
      <w:r w:rsidRPr="00AD54C0">
        <w:rPr>
          <w:rFonts w:ascii="Arial" w:hAnsi="Arial"/>
          <w:lang w:val="en-GB"/>
        </w:rPr>
        <w:t xml:space="preserve">o, it is interesting </w:t>
      </w:r>
      <w:r w:rsidR="00F9196A">
        <w:rPr>
          <w:rFonts w:ascii="Arial" w:hAnsi="Arial"/>
          <w:lang w:val="en-GB"/>
        </w:rPr>
        <w:t>to observe this globally and in the</w:t>
      </w:r>
      <w:r w:rsidRPr="00AD54C0">
        <w:rPr>
          <w:rFonts w:ascii="Arial" w:hAnsi="Arial"/>
          <w:lang w:val="en-GB"/>
        </w:rPr>
        <w:t xml:space="preserve"> Americans, the arboviruses, if we consider not only Dengue, </w:t>
      </w:r>
      <w:r w:rsidR="00F9196A">
        <w:rPr>
          <w:rFonts w:ascii="Arial" w:hAnsi="Arial"/>
          <w:lang w:val="en-GB"/>
        </w:rPr>
        <w:t xml:space="preserve">but all the others, </w:t>
      </w:r>
      <w:r w:rsidRPr="00AD54C0">
        <w:rPr>
          <w:rFonts w:ascii="Arial" w:hAnsi="Arial"/>
          <w:lang w:val="en-GB"/>
        </w:rPr>
        <w:t>urban</w:t>
      </w:r>
      <w:r w:rsidR="00F9196A">
        <w:rPr>
          <w:rFonts w:ascii="Arial" w:hAnsi="Arial"/>
          <w:lang w:val="en-GB"/>
        </w:rPr>
        <w:t>isation challenges</w:t>
      </w:r>
      <w:r w:rsidRPr="00AD54C0">
        <w:rPr>
          <w:rFonts w:ascii="Arial" w:hAnsi="Arial"/>
          <w:lang w:val="en-GB"/>
        </w:rPr>
        <w:t xml:space="preserve"> will </w:t>
      </w:r>
      <w:r w:rsidR="00F9196A">
        <w:rPr>
          <w:rFonts w:ascii="Arial" w:hAnsi="Arial"/>
          <w:lang w:val="en-GB"/>
        </w:rPr>
        <w:t>be a result of</w:t>
      </w:r>
      <w:r w:rsidRPr="00AD54C0">
        <w:rPr>
          <w:rFonts w:ascii="Arial" w:hAnsi="Arial"/>
          <w:lang w:val="en-GB"/>
        </w:rPr>
        <w:t xml:space="preserve"> solid residue</w:t>
      </w:r>
      <w:r w:rsidR="00F9196A">
        <w:rPr>
          <w:rFonts w:ascii="Arial" w:hAnsi="Arial"/>
          <w:lang w:val="en-GB"/>
        </w:rPr>
        <w:t>s,</w:t>
      </w:r>
      <w:r w:rsidRPr="00AD54C0">
        <w:rPr>
          <w:rFonts w:ascii="Arial" w:hAnsi="Arial"/>
          <w:lang w:val="en-GB"/>
        </w:rPr>
        <w:t xml:space="preserve"> </w:t>
      </w:r>
      <w:r w:rsidR="00F9196A">
        <w:rPr>
          <w:rFonts w:ascii="Arial" w:hAnsi="Arial"/>
          <w:lang w:val="en-GB"/>
        </w:rPr>
        <w:t xml:space="preserve">of poor </w:t>
      </w:r>
      <w:r w:rsidRPr="00AD54C0">
        <w:rPr>
          <w:rFonts w:ascii="Arial" w:hAnsi="Arial"/>
          <w:lang w:val="en-GB"/>
        </w:rPr>
        <w:t xml:space="preserve">sanitation, </w:t>
      </w:r>
      <w:r w:rsidR="00F9196A">
        <w:rPr>
          <w:rFonts w:ascii="Arial" w:hAnsi="Arial"/>
          <w:lang w:val="en-GB"/>
        </w:rPr>
        <w:t xml:space="preserve">lack of </w:t>
      </w:r>
      <w:r w:rsidRPr="00AD54C0">
        <w:rPr>
          <w:rFonts w:ascii="Arial" w:hAnsi="Arial"/>
          <w:lang w:val="en-GB"/>
        </w:rPr>
        <w:t>diagnosis</w:t>
      </w:r>
      <w:r w:rsidR="00F9196A">
        <w:rPr>
          <w:rFonts w:ascii="Arial" w:hAnsi="Arial"/>
          <w:lang w:val="en-GB"/>
        </w:rPr>
        <w:t xml:space="preserve"> at</w:t>
      </w:r>
      <w:r w:rsidRPr="00AD54C0">
        <w:rPr>
          <w:rFonts w:ascii="Arial" w:hAnsi="Arial"/>
          <w:lang w:val="en-GB"/>
        </w:rPr>
        <w:t xml:space="preserve"> point of care, </w:t>
      </w:r>
      <w:r w:rsidR="00F9196A">
        <w:rPr>
          <w:rFonts w:ascii="Arial" w:hAnsi="Arial"/>
          <w:lang w:val="en-GB"/>
        </w:rPr>
        <w:t>these are challenge. W</w:t>
      </w:r>
      <w:r w:rsidRPr="00AD54C0">
        <w:rPr>
          <w:rFonts w:ascii="Arial" w:hAnsi="Arial"/>
          <w:lang w:val="en-GB"/>
        </w:rPr>
        <w:t xml:space="preserve">e have to </w:t>
      </w:r>
      <w:r w:rsidR="00F9196A">
        <w:rPr>
          <w:rFonts w:ascii="Arial" w:hAnsi="Arial"/>
          <w:lang w:val="en-GB"/>
        </w:rPr>
        <w:t>consider</w:t>
      </w:r>
      <w:r w:rsidRPr="00AD54C0">
        <w:rPr>
          <w:rFonts w:ascii="Arial" w:hAnsi="Arial"/>
          <w:lang w:val="en-GB"/>
        </w:rPr>
        <w:t xml:space="preserve"> arboviruses</w:t>
      </w:r>
      <w:r w:rsidR="00F9196A">
        <w:rPr>
          <w:rFonts w:ascii="Arial" w:hAnsi="Arial"/>
          <w:lang w:val="en-GB"/>
        </w:rPr>
        <w:t xml:space="preserve"> broadly</w:t>
      </w:r>
      <w:r w:rsidRPr="00AD54C0">
        <w:rPr>
          <w:rFonts w:ascii="Arial" w:hAnsi="Arial"/>
          <w:lang w:val="en-GB"/>
        </w:rPr>
        <w:t>, that have a tendency to become urbanized</w:t>
      </w:r>
      <w:r w:rsidR="00F9196A">
        <w:rPr>
          <w:rFonts w:ascii="Arial" w:hAnsi="Arial"/>
          <w:lang w:val="en-GB"/>
        </w:rPr>
        <w:t>. Y</w:t>
      </w:r>
      <w:r w:rsidRPr="00AD54C0">
        <w:rPr>
          <w:rFonts w:ascii="Arial" w:hAnsi="Arial"/>
          <w:lang w:val="en-GB"/>
        </w:rPr>
        <w:t>ellow fever is now reaching the limits of u</w:t>
      </w:r>
      <w:r w:rsidR="00F9196A">
        <w:rPr>
          <w:rFonts w:ascii="Arial" w:hAnsi="Arial"/>
          <w:lang w:val="en-GB"/>
        </w:rPr>
        <w:t>rban areas. This is a situation</w:t>
      </w:r>
      <w:r w:rsidRPr="00AD54C0">
        <w:rPr>
          <w:rFonts w:ascii="Arial" w:hAnsi="Arial"/>
          <w:lang w:val="en-GB"/>
        </w:rPr>
        <w:t xml:space="preserve"> that hadn't existed since the </w:t>
      </w:r>
      <w:r w:rsidR="00F9196A">
        <w:rPr>
          <w:rFonts w:ascii="Arial" w:hAnsi="Arial"/>
          <w:lang w:val="en-GB"/>
        </w:rPr>
        <w:t>1940s, and since 2017 it has been encroaching on</w:t>
      </w:r>
      <w:r w:rsidRPr="00AD54C0">
        <w:rPr>
          <w:rFonts w:ascii="Arial" w:hAnsi="Arial"/>
          <w:lang w:val="en-GB"/>
        </w:rPr>
        <w:t xml:space="preserve"> urban centres. </w:t>
      </w:r>
      <w:r w:rsidR="00F9196A">
        <w:rPr>
          <w:rFonts w:ascii="Arial" w:hAnsi="Arial"/>
          <w:lang w:val="en-GB"/>
        </w:rPr>
        <w:t xml:space="preserve">So, this is the priority. </w:t>
      </w:r>
      <w:r w:rsidRPr="00AD54C0">
        <w:rPr>
          <w:rFonts w:ascii="Arial" w:hAnsi="Arial"/>
          <w:lang w:val="en-GB"/>
        </w:rPr>
        <w:t xml:space="preserve">I agree with my colleague, in the sense that we need to group arboviruses in one single group, because most of the strategies and </w:t>
      </w:r>
      <w:r w:rsidR="00F9196A">
        <w:rPr>
          <w:rFonts w:ascii="Arial" w:hAnsi="Arial"/>
          <w:lang w:val="en-GB"/>
        </w:rPr>
        <w:t>control strategies are the same. T</w:t>
      </w:r>
      <w:r w:rsidRPr="00AD54C0">
        <w:rPr>
          <w:rFonts w:ascii="Arial" w:hAnsi="Arial"/>
          <w:lang w:val="en-GB"/>
        </w:rPr>
        <w:t>he issue of diagnosis is the same</w:t>
      </w:r>
      <w:r w:rsidR="00F9196A">
        <w:rPr>
          <w:rFonts w:ascii="Arial" w:hAnsi="Arial"/>
          <w:lang w:val="en-GB"/>
        </w:rPr>
        <w:t>,</w:t>
      </w:r>
      <w:r w:rsidRPr="00AD54C0">
        <w:rPr>
          <w:rFonts w:ascii="Arial" w:hAnsi="Arial"/>
          <w:lang w:val="en-GB"/>
        </w:rPr>
        <w:t xml:space="preserve"> and clinical m</w:t>
      </w:r>
      <w:r w:rsidR="00F9196A">
        <w:rPr>
          <w:rFonts w:ascii="Arial" w:hAnsi="Arial"/>
          <w:lang w:val="en-GB"/>
        </w:rPr>
        <w:t xml:space="preserve">anagement is also the same. Finally, with regards to </w:t>
      </w:r>
      <w:r w:rsidRPr="00AD54C0">
        <w:rPr>
          <w:rFonts w:ascii="Arial" w:hAnsi="Arial"/>
          <w:lang w:val="en-GB"/>
        </w:rPr>
        <w:t xml:space="preserve">resistance, I'm quite concerned with </w:t>
      </w:r>
      <w:proofErr w:type="gramStart"/>
      <w:r w:rsidR="00F9196A">
        <w:rPr>
          <w:rFonts w:ascii="Arial" w:hAnsi="Arial"/>
          <w:lang w:val="en-GB"/>
        </w:rPr>
        <w:t>it’s</w:t>
      </w:r>
      <w:proofErr w:type="gramEnd"/>
      <w:r w:rsidR="00F9196A">
        <w:rPr>
          <w:rFonts w:ascii="Arial" w:hAnsi="Arial"/>
          <w:lang w:val="en-GB"/>
        </w:rPr>
        <w:t xml:space="preserve"> low-prioritization in the LAC region. </w:t>
      </w:r>
      <w:r w:rsidRPr="00AD54C0">
        <w:rPr>
          <w:rFonts w:ascii="Arial" w:hAnsi="Arial"/>
          <w:lang w:val="en-GB"/>
        </w:rPr>
        <w:t>I agree that i</w:t>
      </w:r>
      <w:r w:rsidR="00F9196A">
        <w:rPr>
          <w:rFonts w:ascii="Arial" w:hAnsi="Arial"/>
          <w:lang w:val="en-GB"/>
        </w:rPr>
        <w:t>t is maybe relative, not only to the issue</w:t>
      </w:r>
      <w:r w:rsidRPr="00AD54C0">
        <w:rPr>
          <w:rFonts w:ascii="Arial" w:hAnsi="Arial"/>
          <w:lang w:val="en-GB"/>
        </w:rPr>
        <w:t xml:space="preserve"> of surveillance, but also </w:t>
      </w:r>
      <w:r w:rsidR="00F9196A">
        <w:rPr>
          <w:rFonts w:ascii="Arial" w:hAnsi="Arial"/>
          <w:lang w:val="en-GB"/>
        </w:rPr>
        <w:t xml:space="preserve">due to a lack of access to qualified laboratory diagnosis, because </w:t>
      </w:r>
      <w:r w:rsidRPr="00AD54C0">
        <w:rPr>
          <w:rFonts w:ascii="Arial" w:hAnsi="Arial"/>
          <w:lang w:val="en-GB"/>
        </w:rPr>
        <w:t>many of the cases</w:t>
      </w:r>
      <w:r w:rsidR="00F9196A">
        <w:rPr>
          <w:rFonts w:ascii="Arial" w:hAnsi="Arial"/>
          <w:lang w:val="en-GB"/>
        </w:rPr>
        <w:t>, infections, health</w:t>
      </w:r>
      <w:r w:rsidRPr="00AD54C0">
        <w:rPr>
          <w:rFonts w:ascii="Arial" w:hAnsi="Arial"/>
          <w:lang w:val="en-GB"/>
        </w:rPr>
        <w:t xml:space="preserve"> services don't have </w:t>
      </w:r>
      <w:r w:rsidR="00F9196A">
        <w:rPr>
          <w:rFonts w:ascii="Arial" w:hAnsi="Arial"/>
          <w:lang w:val="en-GB"/>
        </w:rPr>
        <w:t>the possibility</w:t>
      </w:r>
      <w:r w:rsidRPr="00AD54C0">
        <w:rPr>
          <w:rFonts w:ascii="Arial" w:hAnsi="Arial"/>
          <w:lang w:val="en-GB"/>
        </w:rPr>
        <w:t xml:space="preserve"> in order to </w:t>
      </w:r>
      <w:r w:rsidR="00F9196A">
        <w:rPr>
          <w:rFonts w:ascii="Arial" w:hAnsi="Arial"/>
          <w:lang w:val="en-GB"/>
        </w:rPr>
        <w:t>identify the causative pathogen. T</w:t>
      </w:r>
      <w:r w:rsidRPr="00AD54C0">
        <w:rPr>
          <w:rFonts w:ascii="Arial" w:hAnsi="Arial"/>
          <w:lang w:val="en-GB"/>
        </w:rPr>
        <w:t xml:space="preserve">his is an enormous challenge </w:t>
      </w:r>
      <w:r w:rsidR="00F9196A">
        <w:rPr>
          <w:rFonts w:ascii="Arial" w:hAnsi="Arial"/>
          <w:lang w:val="en-GB"/>
        </w:rPr>
        <w:t>- to address antimicrobial resistance without</w:t>
      </w:r>
      <w:r w:rsidRPr="00AD54C0">
        <w:rPr>
          <w:rFonts w:ascii="Arial" w:hAnsi="Arial"/>
          <w:lang w:val="en-GB"/>
        </w:rPr>
        <w:t xml:space="preserve"> laboratory diagnosis</w:t>
      </w:r>
      <w:r w:rsidR="00F9196A">
        <w:rPr>
          <w:rFonts w:ascii="Arial" w:hAnsi="Arial"/>
          <w:lang w:val="en-GB"/>
        </w:rPr>
        <w:t>,</w:t>
      </w:r>
      <w:r w:rsidRPr="00AD54C0">
        <w:rPr>
          <w:rFonts w:ascii="Arial" w:hAnsi="Arial"/>
          <w:lang w:val="en-GB"/>
        </w:rPr>
        <w:t xml:space="preserve"> with</w:t>
      </w:r>
      <w:r w:rsidR="00F9196A">
        <w:rPr>
          <w:rFonts w:ascii="Arial" w:hAnsi="Arial"/>
          <w:lang w:val="en-GB"/>
        </w:rPr>
        <w:t xml:space="preserve">out a good surveillance system – an </w:t>
      </w:r>
      <w:r w:rsidRPr="00AD54C0">
        <w:rPr>
          <w:rFonts w:ascii="Arial" w:hAnsi="Arial"/>
          <w:lang w:val="en-GB"/>
        </w:rPr>
        <w:t>integrated surveillance system</w:t>
      </w:r>
      <w:r w:rsidR="00F9196A">
        <w:rPr>
          <w:rFonts w:ascii="Arial" w:hAnsi="Arial"/>
          <w:lang w:val="en-GB"/>
        </w:rPr>
        <w:t xml:space="preserve"> - and with</w:t>
      </w:r>
      <w:r w:rsidRPr="00AD54C0">
        <w:rPr>
          <w:rFonts w:ascii="Arial" w:hAnsi="Arial"/>
          <w:lang w:val="en-GB"/>
        </w:rPr>
        <w:t xml:space="preserve"> </w:t>
      </w:r>
      <w:r w:rsidR="00F9196A">
        <w:rPr>
          <w:rFonts w:ascii="Arial" w:hAnsi="Arial"/>
          <w:lang w:val="en-GB"/>
        </w:rPr>
        <w:t xml:space="preserve">a </w:t>
      </w:r>
      <w:r w:rsidRPr="00AD54C0">
        <w:rPr>
          <w:rFonts w:ascii="Arial" w:hAnsi="Arial"/>
          <w:lang w:val="en-GB"/>
        </w:rPr>
        <w:t>unified health system</w:t>
      </w:r>
      <w:r w:rsidR="00F9196A">
        <w:rPr>
          <w:rFonts w:ascii="Arial" w:hAnsi="Arial"/>
          <w:lang w:val="en-GB"/>
        </w:rPr>
        <w:t xml:space="preserve"> </w:t>
      </w:r>
      <w:r w:rsidR="00F9196A">
        <w:rPr>
          <w:rFonts w:ascii="Arial" w:hAnsi="Arial"/>
          <w:lang w:val="en-GB"/>
        </w:rPr>
        <w:lastRenderedPageBreak/>
        <w:t xml:space="preserve">perspective, not only to discuss antimicrobial resistance in relation to the </w:t>
      </w:r>
      <w:r w:rsidRPr="00AD54C0">
        <w:rPr>
          <w:rFonts w:ascii="Arial" w:hAnsi="Arial"/>
          <w:lang w:val="en-GB"/>
        </w:rPr>
        <w:t xml:space="preserve">control of the </w:t>
      </w:r>
      <w:r w:rsidR="00F9196A">
        <w:rPr>
          <w:rFonts w:ascii="Arial" w:hAnsi="Arial"/>
          <w:lang w:val="en-GB"/>
        </w:rPr>
        <w:t>medicines</w:t>
      </w:r>
      <w:r w:rsidRPr="00AD54C0">
        <w:rPr>
          <w:rFonts w:ascii="Arial" w:hAnsi="Arial"/>
          <w:lang w:val="en-GB"/>
        </w:rPr>
        <w:t xml:space="preserve"> for human use.</w:t>
      </w:r>
    </w:p>
    <w:p w14:paraId="215B1092" w14:textId="77777777" w:rsidR="00B4138A" w:rsidRPr="00AD54C0" w:rsidRDefault="00B4138A" w:rsidP="00B4138A">
      <w:pPr>
        <w:spacing w:after="0" w:line="360" w:lineRule="auto"/>
        <w:jc w:val="both"/>
        <w:rPr>
          <w:lang w:val="en-GB"/>
        </w:rPr>
      </w:pPr>
    </w:p>
    <w:p w14:paraId="3D977AEC" w14:textId="351B9DBF" w:rsidR="00B4138A" w:rsidRPr="00AD54C0" w:rsidRDefault="00F9196A" w:rsidP="00B4138A">
      <w:pPr>
        <w:spacing w:after="0" w:line="360" w:lineRule="auto"/>
        <w:jc w:val="both"/>
        <w:rPr>
          <w:lang w:val="en-GB"/>
        </w:rPr>
      </w:pPr>
      <w:r>
        <w:rPr>
          <w:rFonts w:ascii="Arial" w:hAnsi="Arial"/>
          <w:b/>
          <w:lang w:val="en-GB"/>
        </w:rPr>
        <w:t>Rio Facilitator 2</w:t>
      </w:r>
    </w:p>
    <w:p w14:paraId="77537274" w14:textId="3BCAC2A0" w:rsidR="00B4138A" w:rsidRPr="00AD54C0" w:rsidRDefault="00CB0D3C" w:rsidP="00B4138A">
      <w:pPr>
        <w:spacing w:after="0" w:line="360" w:lineRule="auto"/>
        <w:jc w:val="both"/>
        <w:rPr>
          <w:lang w:val="en-GB"/>
        </w:rPr>
      </w:pPr>
      <w:r>
        <w:rPr>
          <w:rFonts w:ascii="Arial" w:hAnsi="Arial"/>
          <w:lang w:val="en-GB"/>
        </w:rPr>
        <w:t xml:space="preserve">Yes, indeed. Please, can we </w:t>
      </w:r>
      <w:r w:rsidR="00B4138A" w:rsidRPr="00AD54C0">
        <w:rPr>
          <w:rFonts w:ascii="Arial" w:hAnsi="Arial"/>
          <w:lang w:val="en-GB"/>
        </w:rPr>
        <w:t>you</w:t>
      </w:r>
      <w:r>
        <w:rPr>
          <w:rFonts w:ascii="Arial" w:hAnsi="Arial"/>
          <w:lang w:val="en-GB"/>
        </w:rPr>
        <w:t xml:space="preserve"> to stand up when you have a comment, if you are able</w:t>
      </w:r>
      <w:proofErr w:type="gramStart"/>
      <w:r>
        <w:rPr>
          <w:rFonts w:ascii="Arial" w:hAnsi="Arial"/>
          <w:lang w:val="en-GB"/>
        </w:rPr>
        <w:t>,.</w:t>
      </w:r>
      <w:proofErr w:type="gramEnd"/>
    </w:p>
    <w:p w14:paraId="575AD602" w14:textId="77777777" w:rsidR="00B4138A" w:rsidRPr="00AD54C0" w:rsidRDefault="00B4138A" w:rsidP="00B4138A">
      <w:pPr>
        <w:spacing w:after="0" w:line="360" w:lineRule="auto"/>
        <w:jc w:val="both"/>
        <w:rPr>
          <w:lang w:val="en-GB"/>
        </w:rPr>
      </w:pPr>
    </w:p>
    <w:p w14:paraId="52D0ECF5" w14:textId="3E0B6AB4" w:rsidR="00B4138A" w:rsidRPr="00AD54C0" w:rsidRDefault="00CB0D3C" w:rsidP="00B4138A">
      <w:pPr>
        <w:spacing w:after="0" w:line="360" w:lineRule="auto"/>
        <w:jc w:val="both"/>
        <w:rPr>
          <w:lang w:val="en-GB"/>
        </w:rPr>
      </w:pPr>
      <w:r>
        <w:rPr>
          <w:rFonts w:ascii="Arial" w:hAnsi="Arial"/>
          <w:b/>
          <w:lang w:val="en-GB"/>
        </w:rPr>
        <w:t xml:space="preserve">Rio 49 </w:t>
      </w:r>
    </w:p>
    <w:p w14:paraId="341F51DD" w14:textId="62FA7AB1" w:rsidR="00B4138A" w:rsidRPr="00AD54C0" w:rsidRDefault="00CB0D3C" w:rsidP="00B4138A">
      <w:pPr>
        <w:spacing w:after="0" w:line="360" w:lineRule="auto"/>
        <w:jc w:val="both"/>
        <w:rPr>
          <w:rFonts w:ascii="Arial" w:hAnsi="Arial"/>
          <w:lang w:val="en-GB"/>
        </w:rPr>
      </w:pPr>
      <w:r>
        <w:rPr>
          <w:rFonts w:ascii="Arial" w:hAnsi="Arial"/>
          <w:lang w:val="en-GB"/>
        </w:rPr>
        <w:t>I</w:t>
      </w:r>
      <w:r w:rsidR="00B4138A" w:rsidRPr="00AD54C0">
        <w:rPr>
          <w:rFonts w:ascii="Arial" w:hAnsi="Arial"/>
          <w:lang w:val="en-GB"/>
        </w:rPr>
        <w:t>n my countr</w:t>
      </w:r>
      <w:r>
        <w:rPr>
          <w:rFonts w:ascii="Arial" w:hAnsi="Arial"/>
          <w:lang w:val="en-GB"/>
        </w:rPr>
        <w:t xml:space="preserve">y, </w:t>
      </w:r>
      <w:r w:rsidRPr="00AD54C0">
        <w:rPr>
          <w:rFonts w:ascii="Arial" w:hAnsi="Arial"/>
          <w:lang w:val="en-GB"/>
        </w:rPr>
        <w:t>brucellosis</w:t>
      </w:r>
      <w:r w:rsidR="00B4138A" w:rsidRPr="00AD54C0">
        <w:rPr>
          <w:rFonts w:ascii="Arial" w:hAnsi="Arial"/>
          <w:lang w:val="en-GB"/>
        </w:rPr>
        <w:t>, which I cannot see here</w:t>
      </w:r>
      <w:r>
        <w:rPr>
          <w:rFonts w:ascii="Arial" w:hAnsi="Arial"/>
          <w:lang w:val="en-GB"/>
        </w:rPr>
        <w:t>, is very common,</w:t>
      </w:r>
      <w:r w:rsidR="00B4138A" w:rsidRPr="00AD54C0">
        <w:rPr>
          <w:rFonts w:ascii="Arial" w:hAnsi="Arial"/>
          <w:lang w:val="en-GB"/>
        </w:rPr>
        <w:t xml:space="preserve"> and leishmaniasis is </w:t>
      </w:r>
      <w:r>
        <w:rPr>
          <w:rFonts w:ascii="Arial" w:hAnsi="Arial"/>
          <w:lang w:val="en-GB"/>
        </w:rPr>
        <w:t xml:space="preserve">also </w:t>
      </w:r>
      <w:r w:rsidR="00B4138A" w:rsidRPr="00AD54C0">
        <w:rPr>
          <w:rFonts w:ascii="Arial" w:hAnsi="Arial"/>
          <w:lang w:val="en-GB"/>
        </w:rPr>
        <w:t xml:space="preserve">a very important topic. </w:t>
      </w:r>
      <w:r>
        <w:rPr>
          <w:rFonts w:ascii="Arial" w:hAnsi="Arial"/>
          <w:lang w:val="en-GB"/>
        </w:rPr>
        <w:t>And the more we investigate, the</w:t>
      </w:r>
      <w:r w:rsidR="00B4138A" w:rsidRPr="00AD54C0">
        <w:rPr>
          <w:rFonts w:ascii="Arial" w:hAnsi="Arial"/>
          <w:lang w:val="en-GB"/>
        </w:rPr>
        <w:t xml:space="preserve"> more we study, we see that ticks and bugs </w:t>
      </w:r>
      <w:r>
        <w:rPr>
          <w:rFonts w:ascii="Arial" w:hAnsi="Arial"/>
          <w:lang w:val="en-GB"/>
        </w:rPr>
        <w:t>[</w:t>
      </w:r>
      <w:r w:rsidRPr="00CB0D3C">
        <w:rPr>
          <w:rFonts w:ascii="Arial" w:hAnsi="Arial"/>
          <w:i/>
          <w:lang w:val="en-GB"/>
        </w:rPr>
        <w:t>unintelligible</w:t>
      </w:r>
      <w:r>
        <w:rPr>
          <w:rFonts w:ascii="Arial" w:hAnsi="Arial"/>
          <w:lang w:val="en-GB"/>
        </w:rPr>
        <w:t>]</w:t>
      </w:r>
      <w:r w:rsidR="00B4138A" w:rsidRPr="00AD54C0">
        <w:rPr>
          <w:rFonts w:ascii="Arial" w:hAnsi="Arial"/>
          <w:lang w:val="en-GB"/>
        </w:rPr>
        <w:t xml:space="preserve">. </w:t>
      </w:r>
      <w:r>
        <w:rPr>
          <w:rFonts w:ascii="Arial" w:hAnsi="Arial"/>
          <w:lang w:val="en-GB"/>
        </w:rPr>
        <w:t xml:space="preserve">The same thing happens with </w:t>
      </w:r>
      <w:proofErr w:type="gramStart"/>
      <w:r>
        <w:rPr>
          <w:rFonts w:ascii="Arial" w:hAnsi="Arial"/>
          <w:lang w:val="en-GB"/>
        </w:rPr>
        <w:t>hanta</w:t>
      </w:r>
      <w:r w:rsidR="00B4138A" w:rsidRPr="00AD54C0">
        <w:rPr>
          <w:rFonts w:ascii="Arial" w:hAnsi="Arial"/>
          <w:lang w:val="en-GB"/>
        </w:rPr>
        <w:t>virus</w:t>
      </w:r>
      <w:proofErr w:type="gramEnd"/>
      <w:r w:rsidR="00B4138A" w:rsidRPr="00AD54C0">
        <w:rPr>
          <w:rFonts w:ascii="Arial" w:hAnsi="Arial"/>
          <w:lang w:val="en-GB"/>
        </w:rPr>
        <w:t xml:space="preserve">, which may be neglected. What we can see in different species </w:t>
      </w:r>
      <w:r>
        <w:rPr>
          <w:rFonts w:ascii="Arial" w:hAnsi="Arial"/>
          <w:lang w:val="en-GB"/>
        </w:rPr>
        <w:t xml:space="preserve">is that cases of St. Louis encephalitis are </w:t>
      </w:r>
      <w:r w:rsidR="00B4138A" w:rsidRPr="00AD54C0">
        <w:rPr>
          <w:rFonts w:ascii="Arial" w:hAnsi="Arial"/>
          <w:lang w:val="en-GB"/>
        </w:rPr>
        <w:t xml:space="preserve">probably higher than </w:t>
      </w:r>
      <w:r>
        <w:rPr>
          <w:rFonts w:ascii="Arial" w:hAnsi="Arial"/>
          <w:lang w:val="en-GB"/>
        </w:rPr>
        <w:t>we think</w:t>
      </w:r>
      <w:r w:rsidR="00B4138A" w:rsidRPr="00AD54C0">
        <w:rPr>
          <w:rFonts w:ascii="Arial" w:hAnsi="Arial"/>
          <w:lang w:val="en-GB"/>
        </w:rPr>
        <w:t>. And what I see, is that there is a lack of education of in all medical cadres, doctors, vets</w:t>
      </w:r>
      <w:r>
        <w:rPr>
          <w:rFonts w:ascii="Arial" w:hAnsi="Arial"/>
          <w:lang w:val="en-GB"/>
        </w:rPr>
        <w:t>, etc.  We are looking at</w:t>
      </w:r>
      <w:r w:rsidR="00B4138A" w:rsidRPr="00AD54C0">
        <w:rPr>
          <w:rFonts w:ascii="Arial" w:hAnsi="Arial"/>
          <w:lang w:val="en-GB"/>
        </w:rPr>
        <w:t xml:space="preserve"> some specific diseases, </w:t>
      </w:r>
      <w:r>
        <w:rPr>
          <w:rFonts w:ascii="Arial" w:hAnsi="Arial"/>
          <w:lang w:val="en-GB"/>
        </w:rPr>
        <w:t xml:space="preserve">but we don’t take a </w:t>
      </w:r>
      <w:r w:rsidR="00B4138A" w:rsidRPr="00AD54C0">
        <w:rPr>
          <w:rFonts w:ascii="Arial" w:hAnsi="Arial"/>
          <w:lang w:val="en-GB"/>
        </w:rPr>
        <w:t xml:space="preserve">holistic </w:t>
      </w:r>
      <w:r>
        <w:rPr>
          <w:rFonts w:ascii="Arial" w:hAnsi="Arial"/>
          <w:lang w:val="en-GB"/>
        </w:rPr>
        <w:t>perspective, and</w:t>
      </w:r>
      <w:r w:rsidR="00B4138A" w:rsidRPr="00AD54C0">
        <w:rPr>
          <w:rFonts w:ascii="Arial" w:hAnsi="Arial"/>
          <w:lang w:val="en-GB"/>
        </w:rPr>
        <w:t xml:space="preserve"> we should start working </w:t>
      </w:r>
      <w:r>
        <w:rPr>
          <w:rFonts w:ascii="Arial" w:hAnsi="Arial"/>
          <w:lang w:val="en-GB"/>
        </w:rPr>
        <w:t>with a different view. We should start taking</w:t>
      </w:r>
      <w:r w:rsidR="00B4138A" w:rsidRPr="00AD54C0">
        <w:rPr>
          <w:rFonts w:ascii="Arial" w:hAnsi="Arial"/>
          <w:lang w:val="en-GB"/>
        </w:rPr>
        <w:t xml:space="preserve"> diff</w:t>
      </w:r>
      <w:r>
        <w:rPr>
          <w:rFonts w:ascii="Arial" w:hAnsi="Arial"/>
          <w:lang w:val="en-GB"/>
        </w:rPr>
        <w:t>erent views, more education,</w:t>
      </w:r>
      <w:r w:rsidR="00B4138A" w:rsidRPr="00AD54C0">
        <w:rPr>
          <w:rFonts w:ascii="Arial" w:hAnsi="Arial"/>
          <w:lang w:val="en-GB"/>
        </w:rPr>
        <w:t xml:space="preserve"> taking </w:t>
      </w:r>
      <w:proofErr w:type="spellStart"/>
      <w:r w:rsidR="00B4138A" w:rsidRPr="00AD54C0">
        <w:rPr>
          <w:rFonts w:ascii="Arial" w:hAnsi="Arial"/>
          <w:lang w:val="en-GB"/>
        </w:rPr>
        <w:t>zoonoses</w:t>
      </w:r>
      <w:proofErr w:type="spellEnd"/>
      <w:r w:rsidR="00B4138A" w:rsidRPr="00AD54C0">
        <w:rPr>
          <w:rFonts w:ascii="Arial" w:hAnsi="Arial"/>
          <w:lang w:val="en-GB"/>
        </w:rPr>
        <w:t xml:space="preserve"> into account. </w:t>
      </w:r>
      <w:r>
        <w:rPr>
          <w:rFonts w:ascii="Arial" w:hAnsi="Arial"/>
          <w:lang w:val="en-GB"/>
        </w:rPr>
        <w:t xml:space="preserve">We have to follow </w:t>
      </w:r>
      <w:r w:rsidR="00B4138A" w:rsidRPr="00AD54C0">
        <w:rPr>
          <w:rFonts w:ascii="Arial" w:hAnsi="Arial"/>
          <w:lang w:val="en-GB"/>
        </w:rPr>
        <w:t xml:space="preserve">that path, to </w:t>
      </w:r>
      <w:r>
        <w:rPr>
          <w:rFonts w:ascii="Arial" w:hAnsi="Arial"/>
          <w:lang w:val="en-GB"/>
        </w:rPr>
        <w:t>group the</w:t>
      </w:r>
      <w:r w:rsidR="00B4138A" w:rsidRPr="00AD54C0">
        <w:rPr>
          <w:rFonts w:ascii="Arial" w:hAnsi="Arial"/>
          <w:lang w:val="en-GB"/>
        </w:rPr>
        <w:t>se diseases together, and to think abou</w:t>
      </w:r>
      <w:r>
        <w:rPr>
          <w:rFonts w:ascii="Arial" w:hAnsi="Arial"/>
          <w:lang w:val="en-GB"/>
        </w:rPr>
        <w:t>t them collectively to be able to addr</w:t>
      </w:r>
      <w:r w:rsidR="00B4138A" w:rsidRPr="00AD54C0">
        <w:rPr>
          <w:rFonts w:ascii="Arial" w:hAnsi="Arial"/>
          <w:lang w:val="en-GB"/>
        </w:rPr>
        <w:t xml:space="preserve">ess </w:t>
      </w:r>
      <w:r>
        <w:rPr>
          <w:rFonts w:ascii="Arial" w:hAnsi="Arial"/>
          <w:lang w:val="en-GB"/>
        </w:rPr>
        <w:t xml:space="preserve">them </w:t>
      </w:r>
      <w:r w:rsidR="00B4138A" w:rsidRPr="00AD54C0">
        <w:rPr>
          <w:rFonts w:ascii="Arial" w:hAnsi="Arial"/>
          <w:lang w:val="en-GB"/>
        </w:rPr>
        <w:t xml:space="preserve">correctly. Thank you. </w:t>
      </w:r>
    </w:p>
    <w:p w14:paraId="47B91124" w14:textId="1691651D" w:rsidR="00B4138A" w:rsidRPr="00AD54C0" w:rsidRDefault="00B4138A" w:rsidP="00B4138A">
      <w:pPr>
        <w:spacing w:after="0" w:line="360" w:lineRule="auto"/>
        <w:jc w:val="both"/>
        <w:rPr>
          <w:rFonts w:ascii="Arial" w:hAnsi="Arial"/>
          <w:lang w:val="en-GB"/>
        </w:rPr>
      </w:pPr>
    </w:p>
    <w:p w14:paraId="407549E9" w14:textId="61A469A5" w:rsidR="00CB0D3C" w:rsidRPr="00AD54C0" w:rsidRDefault="00CB0D3C" w:rsidP="00CB0D3C">
      <w:pPr>
        <w:spacing w:after="0" w:line="360" w:lineRule="auto"/>
        <w:jc w:val="both"/>
        <w:rPr>
          <w:lang w:val="en-GB"/>
        </w:rPr>
      </w:pPr>
      <w:r w:rsidRPr="006D1AE1">
        <w:rPr>
          <w:rFonts w:ascii="Arial" w:hAnsi="Arial"/>
          <w:b/>
          <w:lang w:val="en-GB"/>
        </w:rPr>
        <w:t xml:space="preserve">Rio </w:t>
      </w:r>
      <w:r w:rsidR="006D1AE1" w:rsidRPr="006D1AE1">
        <w:rPr>
          <w:rFonts w:ascii="Arial" w:hAnsi="Arial"/>
          <w:b/>
          <w:lang w:val="en-GB"/>
        </w:rPr>
        <w:t>53</w:t>
      </w:r>
    </w:p>
    <w:p w14:paraId="48E550C4" w14:textId="299827AC" w:rsidR="00B4138A" w:rsidRDefault="006D1AE1" w:rsidP="00B4138A">
      <w:pPr>
        <w:spacing w:after="0" w:line="360" w:lineRule="auto"/>
        <w:jc w:val="both"/>
        <w:rPr>
          <w:rFonts w:ascii="Arial" w:hAnsi="Arial"/>
          <w:lang w:val="en-GB"/>
        </w:rPr>
      </w:pPr>
      <w:r>
        <w:rPr>
          <w:rFonts w:ascii="Arial" w:hAnsi="Arial"/>
          <w:lang w:val="en-GB"/>
        </w:rPr>
        <w:t>W</w:t>
      </w:r>
      <w:r w:rsidRPr="006D1AE1">
        <w:rPr>
          <w:rFonts w:ascii="Arial" w:hAnsi="Arial"/>
          <w:lang w:val="en-GB"/>
        </w:rPr>
        <w:t>e should remember that</w:t>
      </w:r>
      <w:r>
        <w:rPr>
          <w:rFonts w:ascii="Arial" w:hAnsi="Arial"/>
          <w:lang w:val="en-GB"/>
        </w:rPr>
        <w:t xml:space="preserve"> (with different magnitude) antimicrobial resistance crosses all of</w:t>
      </w:r>
      <w:r w:rsidRPr="006D1AE1">
        <w:rPr>
          <w:rFonts w:ascii="Arial" w:hAnsi="Arial"/>
          <w:lang w:val="en-GB"/>
        </w:rPr>
        <w:t xml:space="preserve"> the pathologies mentioned in the list and requires further research in the implementation of care processes already known for the control of these pathologies.</w:t>
      </w:r>
    </w:p>
    <w:p w14:paraId="4D36AEED" w14:textId="4174CA17" w:rsidR="006D1AE1" w:rsidRDefault="006D1AE1" w:rsidP="00B4138A">
      <w:pPr>
        <w:spacing w:after="0" w:line="360" w:lineRule="auto"/>
        <w:jc w:val="both"/>
        <w:rPr>
          <w:rFonts w:ascii="Arial" w:hAnsi="Arial"/>
          <w:lang w:val="en-GB"/>
        </w:rPr>
      </w:pPr>
    </w:p>
    <w:p w14:paraId="3879AE58" w14:textId="1873AF0D" w:rsidR="006D1AE1" w:rsidRPr="006D1AE1" w:rsidRDefault="006D1AE1" w:rsidP="00B4138A">
      <w:pPr>
        <w:spacing w:after="0" w:line="360" w:lineRule="auto"/>
        <w:jc w:val="both"/>
        <w:rPr>
          <w:rFonts w:ascii="Arial" w:hAnsi="Arial"/>
          <w:b/>
          <w:lang w:val="en-GB"/>
        </w:rPr>
      </w:pPr>
      <w:r w:rsidRPr="006D1AE1">
        <w:rPr>
          <w:rFonts w:ascii="Arial" w:hAnsi="Arial"/>
          <w:b/>
          <w:lang w:val="en-GB"/>
        </w:rPr>
        <w:t>Rio 54</w:t>
      </w:r>
    </w:p>
    <w:p w14:paraId="73F753AF" w14:textId="4325A65F" w:rsidR="00B4138A" w:rsidRPr="00AD54C0" w:rsidRDefault="006D1AE1" w:rsidP="00B4138A">
      <w:pPr>
        <w:spacing w:after="0" w:line="360" w:lineRule="auto"/>
        <w:jc w:val="both"/>
        <w:rPr>
          <w:rFonts w:ascii="Arial" w:hAnsi="Arial"/>
          <w:lang w:val="en-GB"/>
        </w:rPr>
      </w:pPr>
      <w:r w:rsidRPr="006D1AE1">
        <w:rPr>
          <w:rFonts w:ascii="Arial" w:hAnsi="Arial"/>
          <w:lang w:val="en-GB"/>
        </w:rPr>
        <w:t xml:space="preserve">In my particular experience with Tuberculosis, Dengue and COVID, I believe that these issues can be prioritised due to negative </w:t>
      </w:r>
      <w:r>
        <w:rPr>
          <w:rFonts w:ascii="Arial" w:hAnsi="Arial"/>
          <w:lang w:val="en-GB"/>
        </w:rPr>
        <w:t>outcomes</w:t>
      </w:r>
      <w:r w:rsidRPr="006D1AE1">
        <w:rPr>
          <w:rFonts w:ascii="Arial" w:hAnsi="Arial"/>
          <w:lang w:val="en-GB"/>
        </w:rPr>
        <w:t xml:space="preserve"> such as mortality or high numbers of cases, and it is possible that in this sense resources</w:t>
      </w:r>
      <w:r>
        <w:rPr>
          <w:rFonts w:ascii="Arial" w:hAnsi="Arial"/>
          <w:lang w:val="en-GB"/>
        </w:rPr>
        <w:t>,</w:t>
      </w:r>
      <w:r w:rsidRPr="006D1AE1">
        <w:rPr>
          <w:rFonts w:ascii="Arial" w:hAnsi="Arial"/>
          <w:lang w:val="en-GB"/>
        </w:rPr>
        <w:t xml:space="preserve"> in countries like Colombia</w:t>
      </w:r>
      <w:r>
        <w:rPr>
          <w:rFonts w:ascii="Arial" w:hAnsi="Arial"/>
          <w:lang w:val="en-GB"/>
        </w:rPr>
        <w:t>,</w:t>
      </w:r>
      <w:r w:rsidRPr="006D1AE1">
        <w:rPr>
          <w:rFonts w:ascii="Arial" w:hAnsi="Arial"/>
          <w:lang w:val="en-GB"/>
        </w:rPr>
        <w:t xml:space="preserve"> favour basic</w:t>
      </w:r>
      <w:r>
        <w:rPr>
          <w:rFonts w:ascii="Arial" w:hAnsi="Arial"/>
          <w:lang w:val="en-GB"/>
        </w:rPr>
        <w:t>,</w:t>
      </w:r>
      <w:r w:rsidRPr="006D1AE1">
        <w:rPr>
          <w:rFonts w:ascii="Arial" w:hAnsi="Arial"/>
          <w:lang w:val="en-GB"/>
        </w:rPr>
        <w:t xml:space="preserve"> but not applied science, and in practice</w:t>
      </w:r>
      <w:r>
        <w:rPr>
          <w:rFonts w:ascii="Arial" w:hAnsi="Arial"/>
          <w:lang w:val="en-GB"/>
        </w:rPr>
        <w:t>, clinical research. I</w:t>
      </w:r>
      <w:r w:rsidRPr="006D1AE1">
        <w:rPr>
          <w:rFonts w:ascii="Arial" w:hAnsi="Arial"/>
          <w:lang w:val="en-GB"/>
        </w:rPr>
        <w:t>t is necessa</w:t>
      </w:r>
      <w:r>
        <w:rPr>
          <w:rFonts w:ascii="Arial" w:hAnsi="Arial"/>
          <w:lang w:val="en-GB"/>
        </w:rPr>
        <w:t>ry to complement this with</w:t>
      </w:r>
      <w:r w:rsidRPr="006D1AE1">
        <w:rPr>
          <w:rFonts w:ascii="Arial" w:hAnsi="Arial"/>
          <w:lang w:val="en-GB"/>
        </w:rPr>
        <w:t xml:space="preserve"> </w:t>
      </w:r>
      <w:r>
        <w:rPr>
          <w:rFonts w:ascii="Arial" w:hAnsi="Arial"/>
          <w:lang w:val="en-GB"/>
        </w:rPr>
        <w:t>research</w:t>
      </w:r>
      <w:r w:rsidRPr="006D1AE1">
        <w:rPr>
          <w:rFonts w:ascii="Arial" w:hAnsi="Arial"/>
          <w:lang w:val="en-GB"/>
        </w:rPr>
        <w:t xml:space="preserve"> </w:t>
      </w:r>
      <w:r>
        <w:rPr>
          <w:rFonts w:ascii="Arial" w:hAnsi="Arial"/>
          <w:lang w:val="en-GB"/>
        </w:rPr>
        <w:t xml:space="preserve">in which communities play an </w:t>
      </w:r>
      <w:r w:rsidRPr="006D1AE1">
        <w:rPr>
          <w:rFonts w:ascii="Arial" w:hAnsi="Arial"/>
          <w:lang w:val="en-GB"/>
        </w:rPr>
        <w:t>active</w:t>
      </w:r>
      <w:r>
        <w:rPr>
          <w:rFonts w:ascii="Arial" w:hAnsi="Arial"/>
          <w:lang w:val="en-GB"/>
        </w:rPr>
        <w:t xml:space="preserve"> role,</w:t>
      </w:r>
      <w:r w:rsidRPr="006D1AE1">
        <w:rPr>
          <w:rFonts w:ascii="Arial" w:hAnsi="Arial"/>
          <w:lang w:val="en-GB"/>
        </w:rPr>
        <w:t xml:space="preserve"> to ensure sustainability and research in </w:t>
      </w:r>
      <w:r>
        <w:rPr>
          <w:rFonts w:ascii="Arial" w:hAnsi="Arial"/>
          <w:lang w:val="en-GB"/>
        </w:rPr>
        <w:t>implementation science</w:t>
      </w:r>
      <w:r w:rsidRPr="006D1AE1">
        <w:rPr>
          <w:rFonts w:ascii="Arial" w:hAnsi="Arial"/>
          <w:lang w:val="en-GB"/>
        </w:rPr>
        <w:t>. It is also essential to address vulnerable populations that have the worst outcomes and the greatest challenges</w:t>
      </w:r>
      <w:r>
        <w:rPr>
          <w:rFonts w:ascii="Arial" w:hAnsi="Arial"/>
          <w:lang w:val="en-GB"/>
        </w:rPr>
        <w:t xml:space="preserve"> in achieving adequate results.</w:t>
      </w:r>
    </w:p>
    <w:p w14:paraId="725264F8" w14:textId="77777777" w:rsidR="00B4138A" w:rsidRDefault="00B4138A" w:rsidP="00B4138A">
      <w:pPr>
        <w:spacing w:after="0" w:line="360" w:lineRule="auto"/>
        <w:jc w:val="both"/>
        <w:rPr>
          <w:rFonts w:ascii="Arial" w:hAnsi="Arial"/>
          <w:lang w:val="en-GB"/>
        </w:rPr>
      </w:pPr>
    </w:p>
    <w:p w14:paraId="5DF87CCC" w14:textId="69E4096F" w:rsidR="00B4138A" w:rsidRDefault="00CB0D3C" w:rsidP="00B4138A">
      <w:pPr>
        <w:spacing w:after="0" w:line="360" w:lineRule="auto"/>
        <w:jc w:val="both"/>
        <w:rPr>
          <w:rFonts w:ascii="Arial" w:hAnsi="Arial"/>
          <w:b/>
          <w:bCs/>
          <w:lang w:val="en-GB"/>
        </w:rPr>
      </w:pPr>
      <w:r>
        <w:rPr>
          <w:rFonts w:ascii="Arial" w:hAnsi="Arial"/>
          <w:b/>
          <w:bCs/>
          <w:lang w:val="en-GB"/>
        </w:rPr>
        <w:t xml:space="preserve">Rio </w:t>
      </w:r>
      <w:r w:rsidR="00B4138A" w:rsidRPr="6EC131E5">
        <w:rPr>
          <w:rFonts w:ascii="Arial" w:hAnsi="Arial"/>
          <w:b/>
          <w:bCs/>
          <w:lang w:val="en-GB"/>
        </w:rPr>
        <w:t>29</w:t>
      </w:r>
    </w:p>
    <w:p w14:paraId="20D87DF2" w14:textId="43CF807F" w:rsidR="00B4138A" w:rsidRPr="00AD54C0" w:rsidRDefault="00CB0D3C" w:rsidP="00B4138A">
      <w:pPr>
        <w:spacing w:after="0" w:line="360" w:lineRule="auto"/>
        <w:jc w:val="both"/>
        <w:rPr>
          <w:rFonts w:ascii="Arial" w:hAnsi="Arial"/>
          <w:lang w:val="en-GB"/>
        </w:rPr>
      </w:pPr>
      <w:r>
        <w:rPr>
          <w:rFonts w:ascii="Arial" w:hAnsi="Arial"/>
          <w:lang w:val="en-GB"/>
        </w:rPr>
        <w:t>Good morning to you all, t</w:t>
      </w:r>
      <w:r w:rsidR="00B4138A" w:rsidRPr="00AD54C0">
        <w:rPr>
          <w:rFonts w:ascii="Arial" w:hAnsi="Arial"/>
          <w:lang w:val="en-GB"/>
        </w:rPr>
        <w:t>hank you for the invitation. In Argentina</w:t>
      </w:r>
      <w:r w:rsidR="00687B67">
        <w:rPr>
          <w:rFonts w:ascii="Arial" w:hAnsi="Arial"/>
          <w:lang w:val="en-GB"/>
        </w:rPr>
        <w:t>,</w:t>
      </w:r>
      <w:r w:rsidR="00B4138A" w:rsidRPr="00AD54C0">
        <w:rPr>
          <w:rFonts w:ascii="Arial" w:hAnsi="Arial"/>
          <w:lang w:val="en-GB"/>
        </w:rPr>
        <w:t xml:space="preserve"> TB is </w:t>
      </w:r>
      <w:r w:rsidR="00687B67">
        <w:rPr>
          <w:rFonts w:ascii="Arial" w:hAnsi="Arial"/>
          <w:lang w:val="en-GB"/>
        </w:rPr>
        <w:t xml:space="preserve">a serious issue, because we have a </w:t>
      </w:r>
      <w:r w:rsidR="00B4138A" w:rsidRPr="00AD54C0">
        <w:rPr>
          <w:rFonts w:ascii="Arial" w:hAnsi="Arial"/>
          <w:lang w:val="en-GB"/>
        </w:rPr>
        <w:t xml:space="preserve">high number of cases every year. And we have been between 13,000 and 14,000 informed cases </w:t>
      </w:r>
      <w:r w:rsidR="00B4138A" w:rsidRPr="00AD54C0">
        <w:rPr>
          <w:rFonts w:ascii="Arial" w:hAnsi="Arial"/>
          <w:lang w:val="en-GB"/>
        </w:rPr>
        <w:lastRenderedPageBreak/>
        <w:t xml:space="preserve">per year. We know that </w:t>
      </w:r>
      <w:r w:rsidR="00687B67">
        <w:rPr>
          <w:rFonts w:ascii="Arial" w:hAnsi="Arial"/>
          <w:lang w:val="en-GB"/>
        </w:rPr>
        <w:t>some cases are not reported. And as our</w:t>
      </w:r>
      <w:r w:rsidR="00B4138A" w:rsidRPr="00AD54C0">
        <w:rPr>
          <w:rFonts w:ascii="Arial" w:hAnsi="Arial"/>
          <w:lang w:val="en-GB"/>
        </w:rPr>
        <w:t xml:space="preserve"> colleague from Colombia said, paediatric TB is growing in Argentina as well. In </w:t>
      </w:r>
      <w:r w:rsidR="00687B67">
        <w:rPr>
          <w:rFonts w:ascii="Arial" w:hAnsi="Arial"/>
          <w:lang w:val="en-GB"/>
        </w:rPr>
        <w:t>recent</w:t>
      </w:r>
      <w:r w:rsidR="00B4138A" w:rsidRPr="00AD54C0">
        <w:rPr>
          <w:rFonts w:ascii="Arial" w:hAnsi="Arial"/>
          <w:lang w:val="en-GB"/>
        </w:rPr>
        <w:t xml:space="preserve"> years, </w:t>
      </w:r>
      <w:r w:rsidR="00687B67">
        <w:rPr>
          <w:rFonts w:ascii="Arial" w:hAnsi="Arial"/>
          <w:lang w:val="en-GB"/>
        </w:rPr>
        <w:t>up to</w:t>
      </w:r>
      <w:r w:rsidR="00B4138A" w:rsidRPr="00AD54C0">
        <w:rPr>
          <w:rFonts w:ascii="Arial" w:hAnsi="Arial"/>
          <w:lang w:val="en-GB"/>
        </w:rPr>
        <w:t xml:space="preserve"> 10% of </w:t>
      </w:r>
      <w:r w:rsidR="00687B67">
        <w:rPr>
          <w:rFonts w:ascii="Arial" w:hAnsi="Arial"/>
          <w:lang w:val="en-GB"/>
        </w:rPr>
        <w:t>cases were paediatric</w:t>
      </w:r>
      <w:r w:rsidR="00B4138A" w:rsidRPr="00AD54C0">
        <w:rPr>
          <w:rFonts w:ascii="Arial" w:hAnsi="Arial"/>
          <w:lang w:val="en-GB"/>
        </w:rPr>
        <w:t xml:space="preserve">, and </w:t>
      </w:r>
      <w:r w:rsidR="00687B67">
        <w:rPr>
          <w:rFonts w:ascii="Arial" w:hAnsi="Arial"/>
          <w:lang w:val="en-GB"/>
        </w:rPr>
        <w:t>now, post-</w:t>
      </w:r>
      <w:r w:rsidR="00B4138A" w:rsidRPr="00AD54C0">
        <w:rPr>
          <w:rFonts w:ascii="Arial" w:hAnsi="Arial"/>
          <w:lang w:val="en-GB"/>
        </w:rPr>
        <w:t xml:space="preserve">pandemic, almost 30% </w:t>
      </w:r>
      <w:r w:rsidR="00687B67">
        <w:rPr>
          <w:rFonts w:ascii="Arial" w:hAnsi="Arial"/>
          <w:lang w:val="en-GB"/>
        </w:rPr>
        <w:t>of cases are paediatric</w:t>
      </w:r>
      <w:r w:rsidR="00B4138A" w:rsidRPr="00AD54C0">
        <w:rPr>
          <w:rFonts w:ascii="Arial" w:hAnsi="Arial"/>
          <w:lang w:val="en-GB"/>
        </w:rPr>
        <w:t xml:space="preserve">, </w:t>
      </w:r>
      <w:r w:rsidR="00687B67">
        <w:rPr>
          <w:rFonts w:ascii="Arial" w:hAnsi="Arial"/>
          <w:lang w:val="en-GB"/>
        </w:rPr>
        <w:t>mainly</w:t>
      </w:r>
      <w:r w:rsidR="00B4138A" w:rsidRPr="00AD54C0">
        <w:rPr>
          <w:rFonts w:ascii="Arial" w:hAnsi="Arial"/>
          <w:lang w:val="en-GB"/>
        </w:rPr>
        <w:t xml:space="preserve"> k</w:t>
      </w:r>
      <w:r w:rsidR="00687B67">
        <w:rPr>
          <w:rFonts w:ascii="Arial" w:hAnsi="Arial"/>
          <w:lang w:val="en-GB"/>
        </w:rPr>
        <w:t>ids from 14 to 19 years old. T</w:t>
      </w:r>
      <w:r w:rsidR="00B4138A" w:rsidRPr="00AD54C0">
        <w:rPr>
          <w:rFonts w:ascii="Arial" w:hAnsi="Arial"/>
          <w:lang w:val="en-GB"/>
        </w:rPr>
        <w:t xml:space="preserve">hat's a very big group. And in that group, we've been seeing in Argentina, the increase of syphilis. So, for the last 10 years, in our institution, </w:t>
      </w:r>
      <w:r w:rsidR="00687B67">
        <w:rPr>
          <w:rFonts w:ascii="Arial" w:hAnsi="Arial"/>
          <w:lang w:val="en-GB"/>
        </w:rPr>
        <w:t xml:space="preserve">for </w:t>
      </w:r>
      <w:r w:rsidR="00B4138A" w:rsidRPr="00AD54C0">
        <w:rPr>
          <w:rFonts w:ascii="Arial" w:hAnsi="Arial"/>
          <w:lang w:val="en-GB"/>
        </w:rPr>
        <w:t>every TB case</w:t>
      </w:r>
      <w:r w:rsidR="00687B67">
        <w:rPr>
          <w:rFonts w:ascii="Arial" w:hAnsi="Arial"/>
          <w:lang w:val="en-GB"/>
        </w:rPr>
        <w:t>,</w:t>
      </w:r>
      <w:r w:rsidR="00B4138A" w:rsidRPr="00AD54C0">
        <w:rPr>
          <w:rFonts w:ascii="Arial" w:hAnsi="Arial"/>
          <w:lang w:val="en-GB"/>
        </w:rPr>
        <w:t xml:space="preserve"> </w:t>
      </w:r>
      <w:r w:rsidR="00687B67">
        <w:rPr>
          <w:rFonts w:ascii="Arial" w:hAnsi="Arial"/>
          <w:lang w:val="en-GB"/>
        </w:rPr>
        <w:t xml:space="preserve">we are trying to check for syphilis, </w:t>
      </w:r>
      <w:r w:rsidR="00B4138A" w:rsidRPr="00AD54C0">
        <w:rPr>
          <w:rFonts w:ascii="Arial" w:hAnsi="Arial"/>
          <w:lang w:val="en-GB"/>
        </w:rPr>
        <w:t xml:space="preserve">we also check </w:t>
      </w:r>
      <w:r w:rsidR="00687B67">
        <w:rPr>
          <w:rFonts w:ascii="Arial" w:hAnsi="Arial"/>
          <w:lang w:val="en-GB"/>
        </w:rPr>
        <w:t xml:space="preserve">for HIV, we ask them to undergo a </w:t>
      </w:r>
      <w:r w:rsidR="00687B67" w:rsidRPr="00687B67">
        <w:rPr>
          <w:rFonts w:ascii="Arial" w:hAnsi="Arial"/>
          <w:lang w:val="en-GB"/>
        </w:rPr>
        <w:t xml:space="preserve">Venereal Disease Research Laboratory </w:t>
      </w:r>
      <w:r w:rsidR="00687B67">
        <w:rPr>
          <w:rFonts w:ascii="Arial" w:hAnsi="Arial"/>
          <w:lang w:val="en-GB"/>
        </w:rPr>
        <w:t xml:space="preserve">test </w:t>
      </w:r>
      <w:r w:rsidR="00B4138A" w:rsidRPr="00AD54C0">
        <w:rPr>
          <w:rFonts w:ascii="Arial" w:hAnsi="Arial"/>
          <w:lang w:val="en-GB"/>
        </w:rPr>
        <w:t xml:space="preserve">to see if the person is infected and </w:t>
      </w:r>
      <w:r w:rsidR="00687B67">
        <w:rPr>
          <w:rFonts w:ascii="Arial" w:hAnsi="Arial"/>
          <w:lang w:val="en-GB"/>
        </w:rPr>
        <w:t xml:space="preserve">we have seen that the </w:t>
      </w:r>
      <w:r w:rsidR="00B4138A" w:rsidRPr="00AD54C0">
        <w:rPr>
          <w:rFonts w:ascii="Arial" w:hAnsi="Arial"/>
          <w:lang w:val="en-GB"/>
        </w:rPr>
        <w:t>numbers are increasing. Regarding paediatric TB, we are now seeing very severe cases. Years ago, we used to see minimal cases, with primary TB. But n</w:t>
      </w:r>
      <w:r w:rsidR="00687B67">
        <w:rPr>
          <w:rFonts w:ascii="Arial" w:hAnsi="Arial"/>
          <w:lang w:val="en-GB"/>
        </w:rPr>
        <w:t>owadays, we see kids of three-</w:t>
      </w:r>
      <w:r w:rsidR="00B4138A" w:rsidRPr="00AD54C0">
        <w:rPr>
          <w:rFonts w:ascii="Arial" w:hAnsi="Arial"/>
          <w:lang w:val="en-GB"/>
        </w:rPr>
        <w:t>five years, an</w:t>
      </w:r>
      <w:r w:rsidR="00687B67">
        <w:rPr>
          <w:rFonts w:ascii="Arial" w:hAnsi="Arial"/>
          <w:lang w:val="en-GB"/>
        </w:rPr>
        <w:t>d they have very severe disease</w:t>
      </w:r>
      <w:r w:rsidR="00B4138A" w:rsidRPr="00AD54C0">
        <w:rPr>
          <w:rFonts w:ascii="Arial" w:hAnsi="Arial"/>
          <w:lang w:val="en-GB"/>
        </w:rPr>
        <w:t xml:space="preserve">, with meningitis involved as well, and </w:t>
      </w:r>
      <w:r w:rsidR="00687B67">
        <w:rPr>
          <w:rFonts w:ascii="Arial" w:hAnsi="Arial"/>
          <w:lang w:val="en-GB"/>
        </w:rPr>
        <w:t>they contribute to TB transmission. So, I think this is a priority, a</w:t>
      </w:r>
      <w:r w:rsidR="00B4138A" w:rsidRPr="00AD54C0">
        <w:rPr>
          <w:rFonts w:ascii="Arial" w:hAnsi="Arial"/>
          <w:lang w:val="en-GB"/>
        </w:rPr>
        <w:t xml:space="preserve">nd the causes are multiple in our countries, we know there are abrupt changes in the economy and in public health and in </w:t>
      </w:r>
      <w:r w:rsidR="00687B67">
        <w:rPr>
          <w:rFonts w:ascii="Arial" w:hAnsi="Arial"/>
          <w:lang w:val="en-GB"/>
        </w:rPr>
        <w:t xml:space="preserve">recent </w:t>
      </w:r>
      <w:r w:rsidR="00B4138A" w:rsidRPr="00AD54C0">
        <w:rPr>
          <w:rFonts w:ascii="Arial" w:hAnsi="Arial"/>
          <w:lang w:val="en-GB"/>
        </w:rPr>
        <w:t xml:space="preserve">years in Argentina, for instance, we have </w:t>
      </w:r>
      <w:proofErr w:type="spellStart"/>
      <w:r w:rsidR="00B4138A" w:rsidRPr="00AD54C0">
        <w:rPr>
          <w:rFonts w:ascii="Arial" w:hAnsi="Arial"/>
          <w:lang w:val="en-GB"/>
        </w:rPr>
        <w:t>GeneXpert</w:t>
      </w:r>
      <w:proofErr w:type="spellEnd"/>
      <w:r w:rsidR="00B4138A" w:rsidRPr="00AD54C0">
        <w:rPr>
          <w:rFonts w:ascii="Arial" w:hAnsi="Arial"/>
          <w:lang w:val="en-GB"/>
        </w:rPr>
        <w:t xml:space="preserve">, we </w:t>
      </w:r>
      <w:r w:rsidR="00687B67">
        <w:rPr>
          <w:rFonts w:ascii="Arial" w:hAnsi="Arial"/>
          <w:lang w:val="en-GB"/>
        </w:rPr>
        <w:t xml:space="preserve">have more support for TB, we have new drugs - </w:t>
      </w:r>
      <w:r w:rsidR="00B4138A" w:rsidRPr="00AD54C0">
        <w:rPr>
          <w:rFonts w:ascii="Arial" w:hAnsi="Arial"/>
          <w:lang w:val="en-GB"/>
        </w:rPr>
        <w:t>about 20 drugs</w:t>
      </w:r>
      <w:r w:rsidR="00687B67">
        <w:rPr>
          <w:rFonts w:ascii="Arial" w:hAnsi="Arial"/>
          <w:lang w:val="en-GB"/>
        </w:rPr>
        <w:t xml:space="preserve"> for long term treatment - </w:t>
      </w:r>
      <w:r w:rsidR="00B4138A" w:rsidRPr="00AD54C0">
        <w:rPr>
          <w:rFonts w:ascii="Arial" w:hAnsi="Arial"/>
          <w:lang w:val="en-GB"/>
        </w:rPr>
        <w:t>in the country</w:t>
      </w:r>
      <w:r w:rsidR="00687B67">
        <w:rPr>
          <w:rFonts w:ascii="Arial" w:hAnsi="Arial"/>
          <w:lang w:val="en-GB"/>
        </w:rPr>
        <w:t>,</w:t>
      </w:r>
      <w:r w:rsidR="00B4138A" w:rsidRPr="00AD54C0">
        <w:rPr>
          <w:rFonts w:ascii="Arial" w:hAnsi="Arial"/>
          <w:lang w:val="en-GB"/>
        </w:rPr>
        <w:t xml:space="preserve"> but </w:t>
      </w:r>
      <w:r w:rsidR="00687B67">
        <w:rPr>
          <w:rFonts w:ascii="Arial" w:hAnsi="Arial"/>
          <w:lang w:val="en-GB"/>
        </w:rPr>
        <w:t>the</w:t>
      </w:r>
      <w:r w:rsidR="00B4138A" w:rsidRPr="00AD54C0">
        <w:rPr>
          <w:rFonts w:ascii="Arial" w:hAnsi="Arial"/>
          <w:lang w:val="en-GB"/>
        </w:rPr>
        <w:t xml:space="preserve"> </w:t>
      </w:r>
      <w:r w:rsidR="00687B67">
        <w:rPr>
          <w:rFonts w:ascii="Arial" w:hAnsi="Arial"/>
          <w:lang w:val="en-GB"/>
        </w:rPr>
        <w:t>number of cases is getting bigger and bigger</w:t>
      </w:r>
      <w:r w:rsidR="00B4138A" w:rsidRPr="00AD54C0">
        <w:rPr>
          <w:rFonts w:ascii="Arial" w:hAnsi="Arial"/>
          <w:lang w:val="en-GB"/>
        </w:rPr>
        <w:t>. Dengue is also important,</w:t>
      </w:r>
      <w:r w:rsidR="00687B67">
        <w:rPr>
          <w:rFonts w:ascii="Arial" w:hAnsi="Arial"/>
          <w:lang w:val="en-GB"/>
        </w:rPr>
        <w:t xml:space="preserve"> spreading to Argentina, with recent heat waves that we have experienced</w:t>
      </w:r>
      <w:r w:rsidR="00B4138A" w:rsidRPr="00AD54C0">
        <w:rPr>
          <w:rFonts w:ascii="Arial" w:hAnsi="Arial"/>
          <w:lang w:val="en-GB"/>
        </w:rPr>
        <w:t xml:space="preserve">. And so, patients that have </w:t>
      </w:r>
      <w:r w:rsidR="0006686B">
        <w:rPr>
          <w:rFonts w:ascii="Arial" w:hAnsi="Arial"/>
          <w:lang w:val="en-GB"/>
        </w:rPr>
        <w:t>both TB</w:t>
      </w:r>
      <w:r w:rsidR="00B4138A" w:rsidRPr="00AD54C0">
        <w:rPr>
          <w:rFonts w:ascii="Arial" w:hAnsi="Arial"/>
          <w:lang w:val="en-GB"/>
        </w:rPr>
        <w:t xml:space="preserve"> and HIV, those are 30% of the whole cases we have. So, this is to say, we have to try </w:t>
      </w:r>
      <w:r w:rsidR="0006686B">
        <w:rPr>
          <w:rFonts w:ascii="Arial" w:hAnsi="Arial"/>
          <w:lang w:val="en-GB"/>
        </w:rPr>
        <w:t>to</w:t>
      </w:r>
      <w:r w:rsidR="00B4138A" w:rsidRPr="00AD54C0">
        <w:rPr>
          <w:rFonts w:ascii="Arial" w:hAnsi="Arial"/>
          <w:lang w:val="en-GB"/>
        </w:rPr>
        <w:t xml:space="preserve"> assess and discuss ways of ending this situation. Although the</w:t>
      </w:r>
      <w:r w:rsidR="0006686B">
        <w:rPr>
          <w:rFonts w:ascii="Arial" w:hAnsi="Arial"/>
          <w:lang w:val="en-GB"/>
        </w:rPr>
        <w:t>re is an increase of methods and interventions</w:t>
      </w:r>
      <w:r w:rsidR="00B4138A" w:rsidRPr="00AD54C0">
        <w:rPr>
          <w:rFonts w:ascii="Arial" w:hAnsi="Arial"/>
          <w:lang w:val="en-GB"/>
        </w:rPr>
        <w:t xml:space="preserve">, </w:t>
      </w:r>
      <w:r w:rsidR="0006686B">
        <w:rPr>
          <w:rFonts w:ascii="Arial" w:hAnsi="Arial"/>
          <w:lang w:val="en-GB"/>
        </w:rPr>
        <w:t>cases</w:t>
      </w:r>
      <w:r w:rsidR="00B4138A" w:rsidRPr="00AD54C0">
        <w:rPr>
          <w:rFonts w:ascii="Arial" w:hAnsi="Arial"/>
          <w:lang w:val="en-GB"/>
        </w:rPr>
        <w:t xml:space="preserve"> are </w:t>
      </w:r>
      <w:r w:rsidR="0006686B">
        <w:rPr>
          <w:rFonts w:ascii="Arial" w:hAnsi="Arial"/>
          <w:lang w:val="en-GB"/>
        </w:rPr>
        <w:t>still increasing and it’s very hard to stop them.</w:t>
      </w:r>
      <w:r w:rsidR="00B4138A" w:rsidRPr="00AD54C0">
        <w:rPr>
          <w:rFonts w:ascii="Arial" w:hAnsi="Arial"/>
          <w:lang w:val="en-GB"/>
        </w:rPr>
        <w:t xml:space="preserve">  </w:t>
      </w:r>
    </w:p>
    <w:p w14:paraId="2C646C9B" w14:textId="77777777" w:rsidR="00B4138A" w:rsidRPr="00AD54C0" w:rsidRDefault="00B4138A" w:rsidP="00B4138A">
      <w:pPr>
        <w:spacing w:after="0" w:line="360" w:lineRule="auto"/>
        <w:jc w:val="both"/>
        <w:rPr>
          <w:lang w:val="en-GB"/>
        </w:rPr>
      </w:pPr>
    </w:p>
    <w:p w14:paraId="23A738EC" w14:textId="39F892C4" w:rsidR="00B4138A" w:rsidRPr="00AD54C0" w:rsidRDefault="0006686B" w:rsidP="00B4138A">
      <w:pPr>
        <w:spacing w:after="0" w:line="360" w:lineRule="auto"/>
        <w:jc w:val="both"/>
        <w:rPr>
          <w:lang w:val="en-GB"/>
        </w:rPr>
      </w:pPr>
      <w:r>
        <w:rPr>
          <w:rFonts w:ascii="Arial" w:hAnsi="Arial"/>
          <w:b/>
          <w:lang w:val="en-GB"/>
        </w:rPr>
        <w:t>Rio Facilitator 1</w:t>
      </w:r>
    </w:p>
    <w:p w14:paraId="613F7B91" w14:textId="0AB3CB4C" w:rsidR="00B4138A" w:rsidRPr="00AD54C0" w:rsidRDefault="00B4138A" w:rsidP="00B4138A">
      <w:pPr>
        <w:spacing w:after="0" w:line="360" w:lineRule="auto"/>
        <w:jc w:val="both"/>
        <w:rPr>
          <w:lang w:val="en-GB"/>
        </w:rPr>
      </w:pPr>
      <w:r w:rsidRPr="00AD54C0">
        <w:rPr>
          <w:rFonts w:ascii="Arial" w:hAnsi="Arial"/>
          <w:lang w:val="en-GB"/>
        </w:rPr>
        <w:t>I think</w:t>
      </w:r>
      <w:r w:rsidR="0006686B">
        <w:rPr>
          <w:rFonts w:ascii="Arial" w:hAnsi="Arial"/>
          <w:lang w:val="en-GB"/>
        </w:rPr>
        <w:t xml:space="preserve"> this has been an excellent discussion so far, there are some r</w:t>
      </w:r>
      <w:r w:rsidRPr="00AD54C0">
        <w:rPr>
          <w:rFonts w:ascii="Arial" w:hAnsi="Arial"/>
          <w:lang w:val="en-GB"/>
        </w:rPr>
        <w:t>eally interesting points coming up. But I'd like to raise a challenge to the room</w:t>
      </w:r>
      <w:r w:rsidR="0006686B">
        <w:rPr>
          <w:rFonts w:ascii="Arial" w:hAnsi="Arial"/>
          <w:lang w:val="en-GB"/>
        </w:rPr>
        <w:t>,</w:t>
      </w:r>
      <w:r w:rsidRPr="00AD54C0">
        <w:rPr>
          <w:rFonts w:ascii="Arial" w:hAnsi="Arial"/>
          <w:lang w:val="en-GB"/>
        </w:rPr>
        <w:t xml:space="preserve"> as </w:t>
      </w:r>
      <w:r w:rsidR="0006686B">
        <w:rPr>
          <w:rFonts w:ascii="Arial" w:hAnsi="Arial"/>
          <w:lang w:val="en-GB"/>
        </w:rPr>
        <w:t>from that</w:t>
      </w:r>
      <w:r w:rsidRPr="00AD54C0">
        <w:rPr>
          <w:rFonts w:ascii="Arial" w:hAnsi="Arial"/>
          <w:lang w:val="en-GB"/>
        </w:rPr>
        <w:t xml:space="preserve"> list there</w:t>
      </w:r>
      <w:r w:rsidR="0006686B">
        <w:rPr>
          <w:rFonts w:ascii="Arial" w:hAnsi="Arial"/>
          <w:lang w:val="en-GB"/>
        </w:rPr>
        <w:t>,</w:t>
      </w:r>
      <w:r w:rsidRPr="00AD54C0">
        <w:rPr>
          <w:rFonts w:ascii="Arial" w:hAnsi="Arial"/>
          <w:lang w:val="en-GB"/>
        </w:rPr>
        <w:t xml:space="preserve"> that top 10</w:t>
      </w:r>
      <w:r w:rsidR="0006686B">
        <w:rPr>
          <w:rFonts w:ascii="Arial" w:hAnsi="Arial"/>
          <w:lang w:val="en-GB"/>
        </w:rPr>
        <w:t xml:space="preserve"> disease priorities, w</w:t>
      </w:r>
      <w:r w:rsidRPr="00AD54C0">
        <w:rPr>
          <w:rFonts w:ascii="Arial" w:hAnsi="Arial"/>
          <w:lang w:val="en-GB"/>
        </w:rPr>
        <w:t>e've had some really good discussions about every disease so far, apart from one</w:t>
      </w:r>
      <w:r w:rsidR="0006686B">
        <w:rPr>
          <w:rFonts w:ascii="Arial" w:hAnsi="Arial"/>
          <w:lang w:val="en-GB"/>
        </w:rPr>
        <w:t>,</w:t>
      </w:r>
      <w:r w:rsidRPr="00AD54C0">
        <w:rPr>
          <w:rFonts w:ascii="Arial" w:hAnsi="Arial"/>
          <w:lang w:val="en-GB"/>
        </w:rPr>
        <w:t xml:space="preserve"> right in the middle. So, if anyone would like to offer any comments on COVID</w:t>
      </w:r>
      <w:r w:rsidR="0006686B">
        <w:rPr>
          <w:rFonts w:ascii="Arial" w:hAnsi="Arial"/>
          <w:lang w:val="en-GB"/>
        </w:rPr>
        <w:t>-19 -</w:t>
      </w:r>
      <w:r w:rsidRPr="00AD54C0">
        <w:rPr>
          <w:rFonts w:ascii="Arial" w:hAnsi="Arial"/>
          <w:lang w:val="en-GB"/>
        </w:rPr>
        <w:t xml:space="preserve"> I </w:t>
      </w:r>
      <w:r w:rsidR="0006686B">
        <w:rPr>
          <w:rFonts w:ascii="Arial" w:hAnsi="Arial"/>
          <w:lang w:val="en-GB"/>
        </w:rPr>
        <w:t>raise the challenge to the room. P</w:t>
      </w:r>
      <w:r w:rsidRPr="00AD54C0">
        <w:rPr>
          <w:rFonts w:ascii="Arial" w:hAnsi="Arial"/>
          <w:lang w:val="en-GB"/>
        </w:rPr>
        <w:t>lease do go ahead. Thanks.</w:t>
      </w:r>
    </w:p>
    <w:p w14:paraId="5B744E9A" w14:textId="77777777" w:rsidR="00B4138A" w:rsidRPr="00AD54C0" w:rsidRDefault="00B4138A" w:rsidP="00B4138A">
      <w:pPr>
        <w:spacing w:after="0" w:line="360" w:lineRule="auto"/>
        <w:jc w:val="both"/>
        <w:rPr>
          <w:lang w:val="en-GB"/>
        </w:rPr>
      </w:pPr>
    </w:p>
    <w:p w14:paraId="17F85D7D" w14:textId="1723EE0C" w:rsidR="00B4138A" w:rsidRPr="00AD54C0" w:rsidRDefault="0006686B" w:rsidP="00B4138A">
      <w:pPr>
        <w:spacing w:after="0" w:line="360" w:lineRule="auto"/>
        <w:jc w:val="both"/>
        <w:rPr>
          <w:lang w:val="en-GB"/>
        </w:rPr>
      </w:pPr>
      <w:r>
        <w:rPr>
          <w:rFonts w:ascii="Arial" w:hAnsi="Arial"/>
          <w:b/>
          <w:lang w:val="en-GB"/>
        </w:rPr>
        <w:t>Rio 36</w:t>
      </w:r>
    </w:p>
    <w:p w14:paraId="2E273B56" w14:textId="7E9533D2" w:rsidR="00B4138A" w:rsidRPr="00AD54C0" w:rsidRDefault="0006686B" w:rsidP="00B4138A">
      <w:pPr>
        <w:spacing w:after="0" w:line="360" w:lineRule="auto"/>
        <w:jc w:val="both"/>
        <w:rPr>
          <w:lang w:val="en-GB"/>
        </w:rPr>
      </w:pPr>
      <w:r>
        <w:rPr>
          <w:rFonts w:ascii="Arial" w:hAnsi="Arial"/>
          <w:lang w:val="en-GB"/>
        </w:rPr>
        <w:t xml:space="preserve">I work in </w:t>
      </w:r>
      <w:r w:rsidR="00B4138A" w:rsidRPr="00AD54C0">
        <w:rPr>
          <w:rFonts w:ascii="Arial" w:hAnsi="Arial"/>
          <w:lang w:val="en-GB"/>
        </w:rPr>
        <w:t>public</w:t>
      </w:r>
      <w:r>
        <w:rPr>
          <w:rFonts w:ascii="Arial" w:hAnsi="Arial"/>
          <w:lang w:val="en-GB"/>
        </w:rPr>
        <w:t xml:space="preserve"> health policy</w:t>
      </w:r>
      <w:r w:rsidR="00B4138A" w:rsidRPr="00AD54C0">
        <w:rPr>
          <w:rFonts w:ascii="Arial" w:hAnsi="Arial"/>
          <w:lang w:val="en-GB"/>
        </w:rPr>
        <w:t xml:space="preserve">. </w:t>
      </w:r>
      <w:r>
        <w:rPr>
          <w:rFonts w:ascii="Arial" w:hAnsi="Arial"/>
          <w:lang w:val="en-GB"/>
        </w:rPr>
        <w:t>I</w:t>
      </w:r>
      <w:r w:rsidR="00B4138A" w:rsidRPr="00AD54C0">
        <w:rPr>
          <w:rFonts w:ascii="Arial" w:hAnsi="Arial"/>
          <w:lang w:val="en-GB"/>
        </w:rPr>
        <w:t>n Latin America, there is a direc</w:t>
      </w:r>
      <w:r>
        <w:rPr>
          <w:rFonts w:ascii="Arial" w:hAnsi="Arial"/>
          <w:lang w:val="en-GB"/>
        </w:rPr>
        <w:t xml:space="preserve">t relationship with inequality and </w:t>
      </w:r>
      <w:r w:rsidR="00B4138A" w:rsidRPr="00AD54C0">
        <w:rPr>
          <w:rFonts w:ascii="Arial" w:hAnsi="Arial"/>
          <w:lang w:val="en-GB"/>
        </w:rPr>
        <w:t xml:space="preserve">practically all </w:t>
      </w:r>
      <w:r>
        <w:rPr>
          <w:rFonts w:ascii="Arial" w:hAnsi="Arial"/>
          <w:lang w:val="en-GB"/>
        </w:rPr>
        <w:t>of the diseases in this region. T</w:t>
      </w:r>
      <w:r w:rsidR="00B4138A" w:rsidRPr="00AD54C0">
        <w:rPr>
          <w:rFonts w:ascii="Arial" w:hAnsi="Arial"/>
          <w:lang w:val="en-GB"/>
        </w:rPr>
        <w:t xml:space="preserve">he disproportional mortality </w:t>
      </w:r>
      <w:r>
        <w:rPr>
          <w:rFonts w:ascii="Arial" w:hAnsi="Arial"/>
          <w:lang w:val="en-GB"/>
        </w:rPr>
        <w:t>is directly related to</w:t>
      </w:r>
      <w:r w:rsidR="00B4138A" w:rsidRPr="00AD54C0">
        <w:rPr>
          <w:rFonts w:ascii="Arial" w:hAnsi="Arial"/>
          <w:lang w:val="en-GB"/>
        </w:rPr>
        <w:t xml:space="preserve"> inequality. So,</w:t>
      </w:r>
      <w:r>
        <w:rPr>
          <w:rFonts w:ascii="Arial" w:hAnsi="Arial"/>
          <w:lang w:val="en-GB"/>
        </w:rPr>
        <w:t xml:space="preserve"> for each one of these diseases, when we discuss</w:t>
      </w:r>
      <w:r w:rsidR="00B4138A" w:rsidRPr="00AD54C0">
        <w:rPr>
          <w:rFonts w:ascii="Arial" w:hAnsi="Arial"/>
          <w:lang w:val="en-GB"/>
        </w:rPr>
        <w:t xml:space="preserve"> which should we prioritize, </w:t>
      </w:r>
      <w:r>
        <w:rPr>
          <w:rFonts w:ascii="Arial" w:hAnsi="Arial"/>
          <w:lang w:val="en-GB"/>
        </w:rPr>
        <w:t xml:space="preserve">there are </w:t>
      </w:r>
      <w:r w:rsidR="00B4138A" w:rsidRPr="00AD54C0">
        <w:rPr>
          <w:rFonts w:ascii="Arial" w:hAnsi="Arial"/>
          <w:lang w:val="en-GB"/>
        </w:rPr>
        <w:t>specific characteristics of the region that make these diseases important to be prioritize</w:t>
      </w:r>
      <w:r>
        <w:rPr>
          <w:rFonts w:ascii="Arial" w:hAnsi="Arial"/>
          <w:lang w:val="en-GB"/>
        </w:rPr>
        <w:t>d, and inequality is an important factor</w:t>
      </w:r>
      <w:r w:rsidR="00B4138A" w:rsidRPr="00AD54C0">
        <w:rPr>
          <w:rFonts w:ascii="Arial" w:hAnsi="Arial"/>
          <w:lang w:val="en-GB"/>
        </w:rPr>
        <w:t xml:space="preserve">. I would like to talk </w:t>
      </w:r>
      <w:r>
        <w:rPr>
          <w:rFonts w:ascii="Arial" w:hAnsi="Arial"/>
          <w:lang w:val="en-GB"/>
        </w:rPr>
        <w:t xml:space="preserve">a little bit </w:t>
      </w:r>
      <w:r w:rsidR="009200C0">
        <w:rPr>
          <w:rFonts w:ascii="Arial" w:hAnsi="Arial"/>
          <w:lang w:val="en-GB"/>
        </w:rPr>
        <w:t xml:space="preserve">about malaria and </w:t>
      </w:r>
      <w:r w:rsidR="00B4138A" w:rsidRPr="00AD54C0">
        <w:rPr>
          <w:rFonts w:ascii="Arial" w:hAnsi="Arial"/>
          <w:lang w:val="en-GB"/>
        </w:rPr>
        <w:t xml:space="preserve">inequality but </w:t>
      </w:r>
      <w:r w:rsidR="009200C0">
        <w:rPr>
          <w:rFonts w:ascii="Arial" w:hAnsi="Arial"/>
          <w:lang w:val="en-GB"/>
        </w:rPr>
        <w:t>with a more regional focus</w:t>
      </w:r>
      <w:r w:rsidR="00B4138A" w:rsidRPr="00AD54C0">
        <w:rPr>
          <w:rFonts w:ascii="Arial" w:hAnsi="Arial"/>
          <w:lang w:val="en-GB"/>
        </w:rPr>
        <w:t>. When we talk about prioritizing malaria in Latin America, we have to bear in mind that it is not only a disease that</w:t>
      </w:r>
      <w:r w:rsidR="009200C0">
        <w:rPr>
          <w:rFonts w:ascii="Arial" w:hAnsi="Arial"/>
          <w:lang w:val="en-GB"/>
        </w:rPr>
        <w:t xml:space="preserve"> has a very high disease burden, b</w:t>
      </w:r>
      <w:r w:rsidR="00B4138A" w:rsidRPr="00AD54C0">
        <w:rPr>
          <w:rFonts w:ascii="Arial" w:hAnsi="Arial"/>
          <w:lang w:val="en-GB"/>
        </w:rPr>
        <w:t xml:space="preserve">ut it is a disease where many opportunities </w:t>
      </w:r>
      <w:r w:rsidR="009200C0">
        <w:rPr>
          <w:rFonts w:ascii="Arial" w:hAnsi="Arial"/>
          <w:lang w:val="en-GB"/>
        </w:rPr>
        <w:t>exist. I</w:t>
      </w:r>
      <w:r w:rsidR="00B4138A" w:rsidRPr="00AD54C0">
        <w:rPr>
          <w:rFonts w:ascii="Arial" w:hAnsi="Arial"/>
          <w:lang w:val="en-GB"/>
        </w:rPr>
        <w:t xml:space="preserve">t should be prioritized not because of the high disease burden in Latin America, but for the </w:t>
      </w:r>
      <w:r w:rsidR="009200C0">
        <w:rPr>
          <w:rFonts w:ascii="Arial" w:hAnsi="Arial"/>
          <w:lang w:val="en-GB"/>
        </w:rPr>
        <w:t xml:space="preserve">real </w:t>
      </w:r>
      <w:r w:rsidR="00B4138A" w:rsidRPr="00AD54C0">
        <w:rPr>
          <w:rFonts w:ascii="Arial" w:hAnsi="Arial"/>
          <w:lang w:val="en-GB"/>
        </w:rPr>
        <w:t xml:space="preserve">possibility of eliminating it because </w:t>
      </w:r>
      <w:r w:rsidR="00B4138A" w:rsidRPr="00AD54C0">
        <w:rPr>
          <w:rFonts w:ascii="Arial" w:hAnsi="Arial"/>
          <w:lang w:val="en-GB"/>
        </w:rPr>
        <w:lastRenderedPageBreak/>
        <w:t xml:space="preserve">many countries have been successful in this and </w:t>
      </w:r>
      <w:r w:rsidR="009200C0">
        <w:rPr>
          <w:rFonts w:ascii="Arial" w:hAnsi="Arial"/>
          <w:lang w:val="en-GB"/>
        </w:rPr>
        <w:t xml:space="preserve">new </w:t>
      </w:r>
      <w:r w:rsidR="00B4138A" w:rsidRPr="00AD54C0">
        <w:rPr>
          <w:rFonts w:ascii="Arial" w:hAnsi="Arial"/>
          <w:lang w:val="en-GB"/>
        </w:rPr>
        <w:t>resources are on the way. But if we're going to prioritize malaria in Latin America, we hav</w:t>
      </w:r>
      <w:r w:rsidR="009200C0">
        <w:rPr>
          <w:rFonts w:ascii="Arial" w:hAnsi="Arial"/>
          <w:lang w:val="en-GB"/>
        </w:rPr>
        <w:t xml:space="preserve">e to prioritize malaria </w:t>
      </w:r>
      <w:proofErr w:type="spellStart"/>
      <w:r w:rsidR="009200C0">
        <w:rPr>
          <w:rFonts w:ascii="Arial" w:hAnsi="Arial"/>
          <w:lang w:val="en-GB"/>
        </w:rPr>
        <w:t>vivax</w:t>
      </w:r>
      <w:proofErr w:type="spellEnd"/>
      <w:r w:rsidR="009200C0">
        <w:rPr>
          <w:rFonts w:ascii="Arial" w:hAnsi="Arial"/>
          <w:lang w:val="en-GB"/>
        </w:rPr>
        <w:t xml:space="preserve">. </w:t>
      </w:r>
      <w:r w:rsidR="00B4138A" w:rsidRPr="00AD54C0">
        <w:rPr>
          <w:rFonts w:ascii="Arial" w:hAnsi="Arial"/>
          <w:lang w:val="en-GB"/>
        </w:rPr>
        <w:t xml:space="preserve">I think one of the most important issues for research should be the </w:t>
      </w:r>
      <w:proofErr w:type="spellStart"/>
      <w:r w:rsidR="00B4138A" w:rsidRPr="00AD54C0">
        <w:rPr>
          <w:rFonts w:ascii="Arial" w:hAnsi="Arial"/>
          <w:lang w:val="en-GB"/>
        </w:rPr>
        <w:t>vivax</w:t>
      </w:r>
      <w:proofErr w:type="spellEnd"/>
      <w:r w:rsidR="00B4138A" w:rsidRPr="00AD54C0">
        <w:rPr>
          <w:rFonts w:ascii="Arial" w:hAnsi="Arial"/>
          <w:lang w:val="en-GB"/>
        </w:rPr>
        <w:t xml:space="preserve">. </w:t>
      </w:r>
    </w:p>
    <w:p w14:paraId="321C0B30" w14:textId="77777777" w:rsidR="00B4138A" w:rsidRPr="00AD54C0" w:rsidRDefault="00B4138A" w:rsidP="00B4138A">
      <w:pPr>
        <w:spacing w:after="0" w:line="360" w:lineRule="auto"/>
        <w:jc w:val="both"/>
        <w:rPr>
          <w:lang w:val="en-GB"/>
        </w:rPr>
      </w:pPr>
    </w:p>
    <w:p w14:paraId="78E60C12" w14:textId="31776F41" w:rsidR="00B4138A" w:rsidRPr="00AD54C0" w:rsidRDefault="009200C0" w:rsidP="00B4138A">
      <w:pPr>
        <w:spacing w:after="0" w:line="360" w:lineRule="auto"/>
        <w:jc w:val="both"/>
        <w:rPr>
          <w:lang w:val="en-GB"/>
        </w:rPr>
      </w:pPr>
      <w:r>
        <w:rPr>
          <w:rFonts w:ascii="Arial" w:hAnsi="Arial"/>
          <w:b/>
          <w:lang w:val="en-GB"/>
        </w:rPr>
        <w:t>Rio 09</w:t>
      </w:r>
    </w:p>
    <w:p w14:paraId="2C6A145D" w14:textId="70CEBAB8" w:rsidR="00B4138A" w:rsidRPr="00AD54C0" w:rsidRDefault="00B4138A" w:rsidP="00B4138A">
      <w:pPr>
        <w:spacing w:after="0" w:line="360" w:lineRule="auto"/>
        <w:jc w:val="both"/>
        <w:rPr>
          <w:lang w:val="en-GB"/>
        </w:rPr>
      </w:pPr>
      <w:r w:rsidRPr="00AD54C0">
        <w:rPr>
          <w:rFonts w:ascii="Arial" w:hAnsi="Arial"/>
          <w:lang w:val="en-GB"/>
        </w:rPr>
        <w:t xml:space="preserve">Thank you for the invitation. </w:t>
      </w:r>
      <w:r w:rsidR="009200C0">
        <w:rPr>
          <w:rFonts w:ascii="Arial" w:hAnsi="Arial"/>
          <w:lang w:val="en-GB"/>
        </w:rPr>
        <w:t>I am going to talk about</w:t>
      </w:r>
      <w:r w:rsidRPr="00AD54C0">
        <w:rPr>
          <w:rFonts w:ascii="Arial" w:hAnsi="Arial"/>
          <w:lang w:val="en-GB"/>
        </w:rPr>
        <w:t xml:space="preserve"> COVID in order to introduce a subject tha</w:t>
      </w:r>
      <w:r w:rsidR="009200C0">
        <w:rPr>
          <w:rFonts w:ascii="Arial" w:hAnsi="Arial"/>
          <w:lang w:val="en-GB"/>
        </w:rPr>
        <w:t xml:space="preserve">t has not been dealt with yet, and I’m going to talk </w:t>
      </w:r>
      <w:r w:rsidRPr="00AD54C0">
        <w:rPr>
          <w:rFonts w:ascii="Arial" w:hAnsi="Arial"/>
          <w:lang w:val="en-GB"/>
        </w:rPr>
        <w:t>about the social determinants. COVID had a very important impact on older population</w:t>
      </w:r>
      <w:r w:rsidR="00F267EA">
        <w:rPr>
          <w:rFonts w:ascii="Arial" w:hAnsi="Arial"/>
          <w:lang w:val="en-GB"/>
        </w:rPr>
        <w:t>s</w:t>
      </w:r>
      <w:r w:rsidRPr="00AD54C0">
        <w:rPr>
          <w:rFonts w:ascii="Arial" w:hAnsi="Arial"/>
          <w:lang w:val="en-GB"/>
        </w:rPr>
        <w:t xml:space="preserve">, people with hypertension and with obesity. This is </w:t>
      </w:r>
      <w:r w:rsidR="00F267EA">
        <w:rPr>
          <w:rFonts w:ascii="Arial" w:hAnsi="Arial"/>
          <w:lang w:val="en-GB"/>
        </w:rPr>
        <w:t>important given</w:t>
      </w:r>
      <w:r w:rsidRPr="00AD54C0">
        <w:rPr>
          <w:rFonts w:ascii="Arial" w:hAnsi="Arial"/>
          <w:lang w:val="en-GB"/>
        </w:rPr>
        <w:t xml:space="preserve"> the epidemiological change in our communities, </w:t>
      </w:r>
      <w:r w:rsidR="00F267EA">
        <w:rPr>
          <w:rFonts w:ascii="Arial" w:hAnsi="Arial"/>
          <w:lang w:val="en-GB"/>
        </w:rPr>
        <w:t xml:space="preserve">and subsequent </w:t>
      </w:r>
      <w:r w:rsidRPr="00AD54C0">
        <w:rPr>
          <w:rFonts w:ascii="Arial" w:hAnsi="Arial"/>
          <w:lang w:val="en-GB"/>
        </w:rPr>
        <w:t>comorbidity of chronic diseases and infectious diseases. So, thi</w:t>
      </w:r>
      <w:r w:rsidR="00F267EA">
        <w:rPr>
          <w:rFonts w:ascii="Arial" w:hAnsi="Arial"/>
          <w:lang w:val="en-GB"/>
        </w:rPr>
        <w:t xml:space="preserve">s caused us to work not only in </w:t>
      </w:r>
      <w:r w:rsidRPr="00AD54C0">
        <w:rPr>
          <w:rFonts w:ascii="Arial" w:hAnsi="Arial"/>
          <w:lang w:val="en-GB"/>
        </w:rPr>
        <w:t>isolated but in cooperation with others. I woul</w:t>
      </w:r>
      <w:r w:rsidR="00F267EA">
        <w:rPr>
          <w:rFonts w:ascii="Arial" w:hAnsi="Arial"/>
          <w:lang w:val="en-GB"/>
        </w:rPr>
        <w:t>d also like to comment about implementation science</w:t>
      </w:r>
      <w:r w:rsidRPr="00AD54C0">
        <w:rPr>
          <w:rFonts w:ascii="Arial" w:hAnsi="Arial"/>
          <w:lang w:val="en-GB"/>
        </w:rPr>
        <w:t xml:space="preserve">. I saw </w:t>
      </w:r>
      <w:r w:rsidR="00F267EA">
        <w:rPr>
          <w:rFonts w:ascii="Arial" w:hAnsi="Arial"/>
          <w:lang w:val="en-GB"/>
        </w:rPr>
        <w:t xml:space="preserve">this on </w:t>
      </w:r>
      <w:proofErr w:type="spellStart"/>
      <w:r w:rsidR="00F267EA">
        <w:rPr>
          <w:rFonts w:ascii="Arial" w:hAnsi="Arial"/>
          <w:lang w:val="en-GB"/>
        </w:rPr>
        <w:t>Wellcome’s</w:t>
      </w:r>
      <w:proofErr w:type="spellEnd"/>
      <w:r w:rsidR="00F267EA">
        <w:rPr>
          <w:rFonts w:ascii="Arial" w:hAnsi="Arial"/>
          <w:lang w:val="en-GB"/>
        </w:rPr>
        <w:t xml:space="preserve"> red list</w:t>
      </w:r>
      <w:r w:rsidRPr="00AD54C0">
        <w:rPr>
          <w:rFonts w:ascii="Arial" w:hAnsi="Arial"/>
          <w:lang w:val="en-GB"/>
        </w:rPr>
        <w:t xml:space="preserve">.  My </w:t>
      </w:r>
      <w:r w:rsidR="00F267EA">
        <w:rPr>
          <w:rFonts w:ascii="Arial" w:hAnsi="Arial"/>
          <w:lang w:val="en-GB"/>
        </w:rPr>
        <w:t xml:space="preserve">research </w:t>
      </w:r>
      <w:r w:rsidRPr="00AD54C0">
        <w:rPr>
          <w:rFonts w:ascii="Arial" w:hAnsi="Arial"/>
          <w:lang w:val="en-GB"/>
        </w:rPr>
        <w:t xml:space="preserve">group works on </w:t>
      </w:r>
      <w:r w:rsidR="00F267EA">
        <w:rPr>
          <w:rFonts w:ascii="Arial" w:hAnsi="Arial"/>
          <w:lang w:val="en-GB"/>
        </w:rPr>
        <w:t>[</w:t>
      </w:r>
      <w:r w:rsidR="00F267EA" w:rsidRPr="00F267EA">
        <w:rPr>
          <w:rFonts w:ascii="Arial" w:hAnsi="Arial"/>
          <w:i/>
          <w:lang w:val="en-GB"/>
        </w:rPr>
        <w:t>precise details of previous research and funding redacted</w:t>
      </w:r>
      <w:r w:rsidR="00F267EA">
        <w:rPr>
          <w:rFonts w:ascii="Arial" w:hAnsi="Arial"/>
          <w:lang w:val="en-GB"/>
        </w:rPr>
        <w:t xml:space="preserve">] – we created </w:t>
      </w:r>
      <w:r w:rsidRPr="00AD54C0">
        <w:rPr>
          <w:rFonts w:ascii="Arial" w:hAnsi="Arial"/>
          <w:lang w:val="en-GB"/>
        </w:rPr>
        <w:t>models to er</w:t>
      </w:r>
      <w:r w:rsidR="00F267EA">
        <w:rPr>
          <w:rFonts w:ascii="Arial" w:hAnsi="Arial"/>
          <w:lang w:val="en-GB"/>
        </w:rPr>
        <w:t>adicate the disease, which is on the short list for eradication. No one else had focussed on</w:t>
      </w:r>
      <w:r w:rsidRPr="00AD54C0">
        <w:rPr>
          <w:rFonts w:ascii="Arial" w:hAnsi="Arial"/>
          <w:lang w:val="en-GB"/>
        </w:rPr>
        <w:t xml:space="preserve"> this disease. Research without implementation is a waste</w:t>
      </w:r>
      <w:r w:rsidR="00F267EA">
        <w:rPr>
          <w:rFonts w:ascii="Arial" w:hAnsi="Arial"/>
          <w:lang w:val="en-GB"/>
        </w:rPr>
        <w:t xml:space="preserve"> of money and time. So, if we can at least </w:t>
      </w:r>
      <w:r w:rsidRPr="00AD54C0">
        <w:rPr>
          <w:rFonts w:ascii="Arial" w:hAnsi="Arial"/>
          <w:lang w:val="en-GB"/>
        </w:rPr>
        <w:t>take</w:t>
      </w:r>
      <w:r w:rsidR="00F267EA">
        <w:rPr>
          <w:rFonts w:ascii="Arial" w:hAnsi="Arial"/>
          <w:lang w:val="en-GB"/>
        </w:rPr>
        <w:t xml:space="preserve"> implementation off the red list, we will</w:t>
      </w:r>
      <w:r w:rsidRPr="00AD54C0">
        <w:rPr>
          <w:rFonts w:ascii="Arial" w:hAnsi="Arial"/>
          <w:lang w:val="en-GB"/>
        </w:rPr>
        <w:t xml:space="preserve"> have done our work.</w:t>
      </w:r>
    </w:p>
    <w:p w14:paraId="7C9BF724" w14:textId="77777777" w:rsidR="00B4138A" w:rsidRPr="00AD54C0" w:rsidRDefault="00B4138A" w:rsidP="00B4138A">
      <w:pPr>
        <w:spacing w:after="0" w:line="360" w:lineRule="auto"/>
        <w:jc w:val="both"/>
        <w:rPr>
          <w:lang w:val="en-GB"/>
        </w:rPr>
      </w:pPr>
    </w:p>
    <w:p w14:paraId="06652B99" w14:textId="50E87DBD" w:rsidR="00B4138A" w:rsidRPr="00AD54C0" w:rsidRDefault="00F267EA" w:rsidP="00B4138A">
      <w:pPr>
        <w:spacing w:after="0" w:line="360" w:lineRule="auto"/>
        <w:jc w:val="both"/>
        <w:rPr>
          <w:lang w:val="en-GB"/>
        </w:rPr>
      </w:pPr>
      <w:r w:rsidRPr="006D1AE1">
        <w:rPr>
          <w:rFonts w:ascii="Arial" w:hAnsi="Arial"/>
          <w:b/>
          <w:lang w:val="en-GB"/>
        </w:rPr>
        <w:t>Rio 10</w:t>
      </w:r>
    </w:p>
    <w:p w14:paraId="72464872" w14:textId="717872CF" w:rsidR="00B4138A" w:rsidRPr="00AD54C0" w:rsidRDefault="006D1AE1" w:rsidP="00B4138A">
      <w:pPr>
        <w:spacing w:after="0" w:line="360" w:lineRule="auto"/>
        <w:jc w:val="both"/>
        <w:rPr>
          <w:lang w:val="en-GB"/>
        </w:rPr>
      </w:pPr>
      <w:r>
        <w:rPr>
          <w:rFonts w:ascii="Arial" w:hAnsi="Arial"/>
          <w:lang w:val="en-GB"/>
        </w:rPr>
        <w:t xml:space="preserve">My perspective </w:t>
      </w:r>
      <w:r w:rsidR="00B4138A" w:rsidRPr="00AD54C0">
        <w:rPr>
          <w:rFonts w:ascii="Arial" w:hAnsi="Arial"/>
          <w:lang w:val="en-GB"/>
        </w:rPr>
        <w:t xml:space="preserve">is influenced by the laboratory aspects. I believe that we haven’t </w:t>
      </w:r>
      <w:r>
        <w:rPr>
          <w:rFonts w:ascii="Arial" w:hAnsi="Arial"/>
          <w:lang w:val="en-GB"/>
        </w:rPr>
        <w:t xml:space="preserve">talked much about COVID here </w:t>
      </w:r>
      <w:r w:rsidR="00B4138A" w:rsidRPr="00AD54C0">
        <w:rPr>
          <w:rFonts w:ascii="Arial" w:hAnsi="Arial"/>
          <w:lang w:val="en-GB"/>
        </w:rPr>
        <w:t xml:space="preserve">because all of us who conducted research on COVID went back to our usual lines of research. </w:t>
      </w:r>
      <w:r>
        <w:rPr>
          <w:rFonts w:ascii="Arial" w:hAnsi="Arial"/>
          <w:lang w:val="en-GB"/>
        </w:rPr>
        <w:t xml:space="preserve">With regards to </w:t>
      </w:r>
      <w:r w:rsidR="00B4138A" w:rsidRPr="00AD54C0">
        <w:rPr>
          <w:rFonts w:ascii="Arial" w:hAnsi="Arial"/>
          <w:lang w:val="en-GB"/>
        </w:rPr>
        <w:t>COVID surveillance, it is already integr</w:t>
      </w:r>
      <w:r>
        <w:rPr>
          <w:rFonts w:ascii="Arial" w:hAnsi="Arial"/>
          <w:lang w:val="en-GB"/>
        </w:rPr>
        <w:t>ated with respiratory infection surveillance. If</w:t>
      </w:r>
      <w:r w:rsidR="00B4138A" w:rsidRPr="00AD54C0">
        <w:rPr>
          <w:rFonts w:ascii="Arial" w:hAnsi="Arial"/>
          <w:lang w:val="en-GB"/>
        </w:rPr>
        <w:t xml:space="preserve"> we </w:t>
      </w:r>
      <w:r>
        <w:rPr>
          <w:rFonts w:ascii="Arial" w:hAnsi="Arial"/>
          <w:lang w:val="en-GB"/>
        </w:rPr>
        <w:t>consider respiratory infections as a standalone category, COVID is included in this list. I</w:t>
      </w:r>
      <w:r w:rsidR="00B4138A" w:rsidRPr="00AD54C0">
        <w:rPr>
          <w:rFonts w:ascii="Arial" w:hAnsi="Arial"/>
          <w:lang w:val="en-GB"/>
        </w:rPr>
        <w:t xml:space="preserve">f we </w:t>
      </w:r>
      <w:r>
        <w:rPr>
          <w:rFonts w:ascii="Arial" w:hAnsi="Arial"/>
          <w:lang w:val="en-GB"/>
        </w:rPr>
        <w:t xml:space="preserve">want to think about Disease </w:t>
      </w:r>
      <w:r w:rsidR="00B4138A" w:rsidRPr="00AD54C0">
        <w:rPr>
          <w:rFonts w:ascii="Arial" w:hAnsi="Arial"/>
          <w:lang w:val="en-GB"/>
        </w:rPr>
        <w:t xml:space="preserve">X and when are we </w:t>
      </w:r>
      <w:r>
        <w:rPr>
          <w:rFonts w:ascii="Arial" w:hAnsi="Arial"/>
          <w:lang w:val="en-GB"/>
        </w:rPr>
        <w:t>going to have the next pandemic</w:t>
      </w:r>
      <w:r w:rsidR="00B4138A" w:rsidRPr="00AD54C0">
        <w:rPr>
          <w:rFonts w:ascii="Arial" w:hAnsi="Arial"/>
          <w:lang w:val="en-GB"/>
        </w:rPr>
        <w:t xml:space="preserve">, </w:t>
      </w:r>
      <w:r>
        <w:rPr>
          <w:rFonts w:ascii="Arial" w:hAnsi="Arial"/>
          <w:lang w:val="en-GB"/>
        </w:rPr>
        <w:t>then we should consider</w:t>
      </w:r>
      <w:r w:rsidR="00B4138A" w:rsidRPr="00AD54C0">
        <w:rPr>
          <w:rFonts w:ascii="Arial" w:hAnsi="Arial"/>
          <w:lang w:val="en-GB"/>
        </w:rPr>
        <w:t xml:space="preserve"> research on COVID. </w:t>
      </w:r>
      <w:r>
        <w:rPr>
          <w:rFonts w:ascii="Arial" w:hAnsi="Arial"/>
          <w:lang w:val="en-GB"/>
        </w:rPr>
        <w:t xml:space="preserve">Otherwise, I believe that we should consider </w:t>
      </w:r>
      <w:r w:rsidR="00B4138A" w:rsidRPr="00AD54C0">
        <w:rPr>
          <w:rFonts w:ascii="Arial" w:hAnsi="Arial"/>
          <w:lang w:val="en-GB"/>
        </w:rPr>
        <w:t xml:space="preserve">different categories as a way of financing several diseases. I am surprised to see that because the Caribbean region is underrepresented </w:t>
      </w:r>
      <w:r>
        <w:rPr>
          <w:rFonts w:ascii="Arial" w:hAnsi="Arial"/>
          <w:lang w:val="en-GB"/>
        </w:rPr>
        <w:t xml:space="preserve">in the survey, </w:t>
      </w:r>
      <w:r w:rsidR="00B4138A" w:rsidRPr="00AD54C0">
        <w:rPr>
          <w:rFonts w:ascii="Arial" w:hAnsi="Arial"/>
          <w:lang w:val="en-GB"/>
        </w:rPr>
        <w:t xml:space="preserve">Cholera is not on the list of priorities, in the Caribbean we have one of the largest outbreaks of the disease. So, this is a comment about what I don't see in the list. If we </w:t>
      </w:r>
      <w:r w:rsidRPr="00AD54C0">
        <w:rPr>
          <w:rFonts w:ascii="Arial" w:hAnsi="Arial"/>
          <w:lang w:val="en-GB"/>
        </w:rPr>
        <w:t>categorize</w:t>
      </w:r>
      <w:r w:rsidR="00B4138A" w:rsidRPr="00AD54C0">
        <w:rPr>
          <w:rFonts w:ascii="Arial" w:hAnsi="Arial"/>
          <w:lang w:val="en-GB"/>
        </w:rPr>
        <w:t xml:space="preserve"> Dengue in the arboviruses, there wou</w:t>
      </w:r>
      <w:r>
        <w:rPr>
          <w:rFonts w:ascii="Arial" w:hAnsi="Arial"/>
          <w:lang w:val="en-GB"/>
        </w:rPr>
        <w:t xml:space="preserve">ld be some changes. Then, for </w:t>
      </w:r>
      <w:r w:rsidR="00B4138A" w:rsidRPr="00AD54C0">
        <w:rPr>
          <w:rFonts w:ascii="Arial" w:hAnsi="Arial"/>
          <w:lang w:val="en-GB"/>
        </w:rPr>
        <w:t xml:space="preserve">respiratory infections, </w:t>
      </w:r>
      <w:r>
        <w:rPr>
          <w:rFonts w:ascii="Arial" w:hAnsi="Arial"/>
          <w:lang w:val="en-GB"/>
        </w:rPr>
        <w:t xml:space="preserve">we could make a distinction </w:t>
      </w:r>
      <w:r w:rsidR="00B4138A" w:rsidRPr="00AD54C0">
        <w:rPr>
          <w:rFonts w:ascii="Arial" w:hAnsi="Arial"/>
          <w:lang w:val="en-GB"/>
        </w:rPr>
        <w:t>between virus</w:t>
      </w:r>
      <w:r>
        <w:rPr>
          <w:rFonts w:ascii="Arial" w:hAnsi="Arial"/>
          <w:lang w:val="en-GB"/>
        </w:rPr>
        <w:t>es and other infections.</w:t>
      </w:r>
    </w:p>
    <w:p w14:paraId="0D5642A4" w14:textId="77777777" w:rsidR="00B4138A" w:rsidRPr="00AD54C0" w:rsidRDefault="00B4138A" w:rsidP="00B4138A">
      <w:pPr>
        <w:spacing w:after="0" w:line="360" w:lineRule="auto"/>
        <w:jc w:val="both"/>
        <w:rPr>
          <w:lang w:val="en-GB"/>
        </w:rPr>
      </w:pPr>
    </w:p>
    <w:p w14:paraId="41473F8E" w14:textId="5B67F09D" w:rsidR="00B4138A" w:rsidRPr="00AD54C0" w:rsidRDefault="00F267EA" w:rsidP="00B4138A">
      <w:pPr>
        <w:spacing w:after="0" w:line="360" w:lineRule="auto"/>
        <w:jc w:val="both"/>
        <w:rPr>
          <w:lang w:val="en-GB"/>
        </w:rPr>
      </w:pPr>
      <w:r>
        <w:rPr>
          <w:rFonts w:ascii="Arial" w:hAnsi="Arial"/>
          <w:b/>
          <w:lang w:val="en-GB"/>
        </w:rPr>
        <w:t>Rio Facilitator 1</w:t>
      </w:r>
    </w:p>
    <w:p w14:paraId="655E0A58" w14:textId="24255E9A" w:rsidR="00B4138A" w:rsidRPr="00AD54C0" w:rsidRDefault="00B4138A" w:rsidP="00B4138A">
      <w:pPr>
        <w:spacing w:after="0" w:line="360" w:lineRule="auto"/>
        <w:jc w:val="both"/>
        <w:rPr>
          <w:lang w:val="en-GB"/>
        </w:rPr>
      </w:pPr>
      <w:r w:rsidRPr="00AD54C0">
        <w:rPr>
          <w:rFonts w:ascii="Arial" w:hAnsi="Arial"/>
          <w:lang w:val="en-GB"/>
        </w:rPr>
        <w:t>I'm going to move the slide along to the fina</w:t>
      </w:r>
      <w:r w:rsidR="00F267EA">
        <w:rPr>
          <w:rFonts w:ascii="Arial" w:hAnsi="Arial"/>
          <w:lang w:val="en-GB"/>
        </w:rPr>
        <w:t>l phase of the discussion, a</w:t>
      </w:r>
      <w:r w:rsidRPr="00AD54C0">
        <w:rPr>
          <w:rFonts w:ascii="Arial" w:hAnsi="Arial"/>
          <w:lang w:val="en-GB"/>
        </w:rPr>
        <w:t xml:space="preserve">nd I'm sure everyone's got a lot of opinions on this. </w:t>
      </w:r>
      <w:r w:rsidR="00F267EA">
        <w:rPr>
          <w:rFonts w:ascii="Arial" w:hAnsi="Arial"/>
          <w:lang w:val="en-GB"/>
        </w:rPr>
        <w:t xml:space="preserve">The question is, what is </w:t>
      </w:r>
      <w:r w:rsidRPr="00AD54C0">
        <w:rPr>
          <w:rFonts w:ascii="Arial" w:hAnsi="Arial"/>
          <w:lang w:val="en-GB"/>
        </w:rPr>
        <w:t xml:space="preserve">missing from that data set. </w:t>
      </w:r>
      <w:r w:rsidR="00F267EA">
        <w:rPr>
          <w:rFonts w:ascii="Arial" w:hAnsi="Arial"/>
          <w:lang w:val="en-GB"/>
        </w:rPr>
        <w:t>Remember,</w:t>
      </w:r>
      <w:r w:rsidRPr="00AD54C0">
        <w:rPr>
          <w:rFonts w:ascii="Arial" w:hAnsi="Arial"/>
          <w:lang w:val="en-GB"/>
        </w:rPr>
        <w:t xml:space="preserve"> what we've presented so far is just the top 10 </w:t>
      </w:r>
      <w:r w:rsidR="00F267EA">
        <w:rPr>
          <w:rFonts w:ascii="Arial" w:hAnsi="Arial"/>
          <w:lang w:val="en-GB"/>
        </w:rPr>
        <w:t xml:space="preserve">highest-prioritized </w:t>
      </w:r>
      <w:r w:rsidRPr="00AD54C0">
        <w:rPr>
          <w:rFonts w:ascii="Arial" w:hAnsi="Arial"/>
          <w:lang w:val="en-GB"/>
        </w:rPr>
        <w:t xml:space="preserve">diseases </w:t>
      </w:r>
      <w:r w:rsidR="00F267EA">
        <w:rPr>
          <w:rFonts w:ascii="Arial" w:hAnsi="Arial"/>
          <w:lang w:val="en-GB"/>
        </w:rPr>
        <w:t>from a list of</w:t>
      </w:r>
      <w:r w:rsidRPr="00AD54C0">
        <w:rPr>
          <w:rFonts w:ascii="Arial" w:hAnsi="Arial"/>
          <w:lang w:val="en-GB"/>
        </w:rPr>
        <w:t xml:space="preserve"> 251</w:t>
      </w:r>
      <w:r w:rsidR="00F267EA">
        <w:rPr>
          <w:rFonts w:ascii="Arial" w:hAnsi="Arial"/>
          <w:lang w:val="en-GB"/>
        </w:rPr>
        <w:t xml:space="preserve"> response options</w:t>
      </w:r>
      <w:r w:rsidRPr="00AD54C0">
        <w:rPr>
          <w:rFonts w:ascii="Arial" w:hAnsi="Arial"/>
          <w:lang w:val="en-GB"/>
        </w:rPr>
        <w:t xml:space="preserve">, globally. So, there's a </w:t>
      </w:r>
      <w:r w:rsidR="00F267EA">
        <w:rPr>
          <w:rFonts w:ascii="Arial" w:hAnsi="Arial"/>
          <w:lang w:val="en-GB"/>
        </w:rPr>
        <w:t>few diseases on this slide</w:t>
      </w:r>
      <w:r w:rsidRPr="00AD54C0">
        <w:rPr>
          <w:rFonts w:ascii="Arial" w:hAnsi="Arial"/>
          <w:lang w:val="en-GB"/>
        </w:rPr>
        <w:t xml:space="preserve"> that </w:t>
      </w:r>
      <w:r w:rsidR="00F267EA">
        <w:rPr>
          <w:rFonts w:ascii="Arial" w:hAnsi="Arial"/>
          <w:lang w:val="en-GB"/>
        </w:rPr>
        <w:t>we are sharing because they we’re prioritized</w:t>
      </w:r>
      <w:r w:rsidRPr="00AD54C0">
        <w:rPr>
          <w:rFonts w:ascii="Arial" w:hAnsi="Arial"/>
          <w:lang w:val="en-GB"/>
        </w:rPr>
        <w:t xml:space="preserve"> very low down in </w:t>
      </w:r>
      <w:r w:rsidRPr="00AD54C0">
        <w:rPr>
          <w:rFonts w:ascii="Arial" w:hAnsi="Arial"/>
          <w:lang w:val="en-GB"/>
        </w:rPr>
        <w:lastRenderedPageBreak/>
        <w:t>that list. We've spoken a little bit about antimicrobial resistance already. But what about fungal infections? When we looked at that first graph</w:t>
      </w:r>
      <w:r w:rsidR="00F267EA">
        <w:rPr>
          <w:rFonts w:ascii="Arial" w:hAnsi="Arial"/>
          <w:lang w:val="en-GB"/>
        </w:rPr>
        <w:t xml:space="preserve"> [</w:t>
      </w:r>
      <w:r w:rsidR="00F267EA" w:rsidRPr="00F267EA">
        <w:rPr>
          <w:rFonts w:ascii="Arial" w:hAnsi="Arial"/>
          <w:i/>
          <w:lang w:val="en-GB"/>
        </w:rPr>
        <w:t>earlier in the presentation</w:t>
      </w:r>
      <w:r w:rsidR="00F267EA">
        <w:rPr>
          <w:rFonts w:ascii="Arial" w:hAnsi="Arial"/>
          <w:lang w:val="en-GB"/>
        </w:rPr>
        <w:t>]</w:t>
      </w:r>
      <w:r w:rsidRPr="00AD54C0">
        <w:rPr>
          <w:rFonts w:ascii="Arial" w:hAnsi="Arial"/>
          <w:lang w:val="en-GB"/>
        </w:rPr>
        <w:t xml:space="preserve">, they were really, really low </w:t>
      </w:r>
      <w:r w:rsidR="00F267EA">
        <w:rPr>
          <w:rFonts w:ascii="Arial" w:hAnsi="Arial"/>
          <w:lang w:val="en-GB"/>
        </w:rPr>
        <w:t>down in</w:t>
      </w:r>
      <w:r w:rsidRPr="00AD54C0">
        <w:rPr>
          <w:rFonts w:ascii="Arial" w:hAnsi="Arial"/>
          <w:lang w:val="en-GB"/>
        </w:rPr>
        <w:t xml:space="preserve"> the global overview. And then of course, </w:t>
      </w:r>
      <w:r w:rsidR="004C3B98">
        <w:rPr>
          <w:rFonts w:ascii="Arial" w:hAnsi="Arial"/>
          <w:lang w:val="en-GB"/>
        </w:rPr>
        <w:t xml:space="preserve">there are some examples of </w:t>
      </w:r>
      <w:r w:rsidRPr="00AD54C0">
        <w:rPr>
          <w:rFonts w:ascii="Arial" w:hAnsi="Arial"/>
          <w:lang w:val="en-GB"/>
        </w:rPr>
        <w:t>specific diseases. We haven'</w:t>
      </w:r>
      <w:r w:rsidR="004C3B98">
        <w:rPr>
          <w:rFonts w:ascii="Arial" w:hAnsi="Arial"/>
          <w:lang w:val="en-GB"/>
        </w:rPr>
        <w:t>t discussed things like Chagas yet. W</w:t>
      </w:r>
      <w:r w:rsidRPr="00AD54C0">
        <w:rPr>
          <w:rFonts w:ascii="Arial" w:hAnsi="Arial"/>
          <w:lang w:val="en-GB"/>
        </w:rPr>
        <w:t>hat about the rare diseases? What is missing? Please, tell us more. Tell us what you think</w:t>
      </w:r>
      <w:r w:rsidR="004C3B98">
        <w:rPr>
          <w:rFonts w:ascii="Arial" w:hAnsi="Arial"/>
          <w:lang w:val="en-GB"/>
        </w:rPr>
        <w:t>. T</w:t>
      </w:r>
      <w:r w:rsidRPr="00AD54C0">
        <w:rPr>
          <w:rFonts w:ascii="Arial" w:hAnsi="Arial"/>
          <w:lang w:val="en-GB"/>
        </w:rPr>
        <w:t>hese examples</w:t>
      </w:r>
      <w:r w:rsidR="004C3B98">
        <w:rPr>
          <w:rFonts w:ascii="Arial" w:hAnsi="Arial"/>
          <w:lang w:val="en-GB"/>
        </w:rPr>
        <w:t xml:space="preserve"> [</w:t>
      </w:r>
      <w:r w:rsidR="004C3B98" w:rsidRPr="004C3B98">
        <w:rPr>
          <w:rFonts w:ascii="Arial" w:hAnsi="Arial"/>
          <w:i/>
          <w:lang w:val="en-GB"/>
        </w:rPr>
        <w:t>on the slide</w:t>
      </w:r>
      <w:r w:rsidR="004C3B98">
        <w:rPr>
          <w:rFonts w:ascii="Arial" w:hAnsi="Arial"/>
          <w:lang w:val="en-GB"/>
        </w:rPr>
        <w:t>]</w:t>
      </w:r>
      <w:r w:rsidRPr="00AD54C0">
        <w:rPr>
          <w:rFonts w:ascii="Arial" w:hAnsi="Arial"/>
          <w:lang w:val="en-GB"/>
        </w:rPr>
        <w:t xml:space="preserve"> are here </w:t>
      </w:r>
      <w:r w:rsidR="004C3B98">
        <w:rPr>
          <w:rFonts w:ascii="Arial" w:hAnsi="Arial"/>
          <w:lang w:val="en-GB"/>
        </w:rPr>
        <w:t>to stimulate the discussion.</w:t>
      </w:r>
      <w:r w:rsidRPr="00AD54C0">
        <w:rPr>
          <w:rFonts w:ascii="Arial" w:hAnsi="Arial"/>
          <w:lang w:val="en-GB"/>
        </w:rPr>
        <w:t xml:space="preserve"> </w:t>
      </w:r>
    </w:p>
    <w:p w14:paraId="63BFB10D" w14:textId="77777777" w:rsidR="00B4138A" w:rsidRPr="00AD54C0" w:rsidRDefault="00B4138A" w:rsidP="00B4138A">
      <w:pPr>
        <w:spacing w:after="0" w:line="360" w:lineRule="auto"/>
        <w:jc w:val="both"/>
        <w:rPr>
          <w:lang w:val="en-GB"/>
        </w:rPr>
      </w:pPr>
    </w:p>
    <w:p w14:paraId="6194945E" w14:textId="77777777" w:rsidR="004C3B98" w:rsidRDefault="004C3B98" w:rsidP="00B4138A">
      <w:pPr>
        <w:spacing w:after="0" w:line="360" w:lineRule="auto"/>
        <w:jc w:val="both"/>
        <w:rPr>
          <w:rFonts w:ascii="Arial" w:hAnsi="Arial"/>
          <w:lang w:val="en-GB"/>
        </w:rPr>
      </w:pPr>
      <w:r>
        <w:rPr>
          <w:rFonts w:ascii="Arial" w:hAnsi="Arial"/>
          <w:b/>
          <w:lang w:val="en-GB"/>
        </w:rPr>
        <w:t>Rio 64</w:t>
      </w:r>
    </w:p>
    <w:p w14:paraId="0ADC39C0" w14:textId="0476EDFC" w:rsidR="00B4138A" w:rsidRPr="00AD54C0" w:rsidRDefault="004C3B98" w:rsidP="00B4138A">
      <w:pPr>
        <w:spacing w:after="0" w:line="360" w:lineRule="auto"/>
        <w:jc w:val="both"/>
        <w:rPr>
          <w:lang w:val="en-GB"/>
        </w:rPr>
      </w:pPr>
      <w:r w:rsidRPr="004C3B98">
        <w:rPr>
          <w:rFonts w:ascii="Arial" w:hAnsi="Arial"/>
          <w:lang w:val="en-GB"/>
        </w:rPr>
        <w:t>I</w:t>
      </w:r>
      <w:r w:rsidR="00B4138A" w:rsidRPr="004C3B98">
        <w:rPr>
          <w:rFonts w:ascii="Arial" w:hAnsi="Arial"/>
          <w:lang w:val="en-GB"/>
        </w:rPr>
        <w:t xml:space="preserve"> </w:t>
      </w:r>
      <w:r w:rsidR="00B4138A" w:rsidRPr="00AD54C0">
        <w:rPr>
          <w:rFonts w:ascii="Arial" w:hAnsi="Arial"/>
          <w:lang w:val="en-GB"/>
        </w:rPr>
        <w:t>suggest prioritizing surveillance systems for groups of diseases with similar transmission dynamics. This also allows optimizing resources, thank you.</w:t>
      </w:r>
    </w:p>
    <w:p w14:paraId="3DA03CD6" w14:textId="77777777" w:rsidR="00B4138A" w:rsidRPr="00AD54C0" w:rsidRDefault="00B4138A" w:rsidP="00B4138A">
      <w:pPr>
        <w:spacing w:after="0" w:line="360" w:lineRule="auto"/>
        <w:jc w:val="both"/>
        <w:rPr>
          <w:lang w:val="en-GB"/>
        </w:rPr>
      </w:pPr>
    </w:p>
    <w:p w14:paraId="474ABF86" w14:textId="1970C39D" w:rsidR="00B4138A" w:rsidRPr="00AD54C0" w:rsidRDefault="004C3B98" w:rsidP="00B4138A">
      <w:pPr>
        <w:spacing w:after="0" w:line="360" w:lineRule="auto"/>
        <w:jc w:val="both"/>
        <w:rPr>
          <w:lang w:val="en-GB"/>
        </w:rPr>
      </w:pPr>
      <w:r>
        <w:rPr>
          <w:rFonts w:ascii="Arial" w:hAnsi="Arial"/>
          <w:b/>
          <w:lang w:val="en-GB"/>
        </w:rPr>
        <w:t>Rio 15</w:t>
      </w:r>
    </w:p>
    <w:p w14:paraId="19A25318" w14:textId="2B66CA89" w:rsidR="00B4138A" w:rsidRPr="00AD54C0" w:rsidRDefault="00B4138A" w:rsidP="00B4138A">
      <w:pPr>
        <w:spacing w:after="0" w:line="360" w:lineRule="auto"/>
        <w:jc w:val="both"/>
        <w:rPr>
          <w:lang w:val="en-GB"/>
        </w:rPr>
      </w:pPr>
      <w:r w:rsidRPr="00AD54C0">
        <w:rPr>
          <w:rFonts w:ascii="Arial" w:hAnsi="Arial"/>
          <w:lang w:val="en-GB"/>
        </w:rPr>
        <w:t>I see it quite clearly that we have differ</w:t>
      </w:r>
      <w:r w:rsidR="004C3B98">
        <w:rPr>
          <w:rFonts w:ascii="Arial" w:hAnsi="Arial"/>
          <w:lang w:val="en-GB"/>
        </w:rPr>
        <w:t xml:space="preserve">ent approaches to thinking in Latin America, when we bear in mind that </w:t>
      </w:r>
      <w:r w:rsidRPr="00AD54C0">
        <w:rPr>
          <w:rFonts w:ascii="Arial" w:hAnsi="Arial"/>
          <w:lang w:val="en-GB"/>
        </w:rPr>
        <w:t>diseases that</w:t>
      </w:r>
      <w:r w:rsidR="004C3B98">
        <w:rPr>
          <w:rFonts w:ascii="Arial" w:hAnsi="Arial"/>
          <w:lang w:val="en-GB"/>
        </w:rPr>
        <w:t xml:space="preserve"> have a strong relationship to</w:t>
      </w:r>
      <w:r w:rsidRPr="00AD54C0">
        <w:rPr>
          <w:rFonts w:ascii="Arial" w:hAnsi="Arial"/>
          <w:lang w:val="en-GB"/>
        </w:rPr>
        <w:t xml:space="preserve"> urban areas and others that are closely related to the rural areas, especially </w:t>
      </w:r>
      <w:r w:rsidR="004C3B98">
        <w:rPr>
          <w:rFonts w:ascii="Arial" w:hAnsi="Arial"/>
          <w:lang w:val="en-GB"/>
        </w:rPr>
        <w:t xml:space="preserve">those </w:t>
      </w:r>
      <w:r w:rsidRPr="00AD54C0">
        <w:rPr>
          <w:rFonts w:ascii="Arial" w:hAnsi="Arial"/>
          <w:lang w:val="en-GB"/>
        </w:rPr>
        <w:t>related to our indigenous populations. This means in Brazil we have all</w:t>
      </w:r>
      <w:r w:rsidR="004C3B98">
        <w:rPr>
          <w:rFonts w:ascii="Arial" w:hAnsi="Arial"/>
          <w:lang w:val="en-GB"/>
        </w:rPr>
        <w:t xml:space="preserve"> of these diseases and more, s</w:t>
      </w:r>
      <w:r w:rsidRPr="00AD54C0">
        <w:rPr>
          <w:rFonts w:ascii="Arial" w:hAnsi="Arial"/>
          <w:lang w:val="en-GB"/>
        </w:rPr>
        <w:t>o how to prioritize diseases is a very complicated matter indeed. When one prioritizes one disease, you forget about the others, which continue silent</w:t>
      </w:r>
      <w:r w:rsidR="004C3B98">
        <w:rPr>
          <w:rFonts w:ascii="Arial" w:hAnsi="Arial"/>
          <w:lang w:val="en-GB"/>
        </w:rPr>
        <w:t>ly</w:t>
      </w:r>
      <w:r w:rsidRPr="00AD54C0">
        <w:rPr>
          <w:rFonts w:ascii="Arial" w:hAnsi="Arial"/>
          <w:lang w:val="en-GB"/>
        </w:rPr>
        <w:t>. And I'd like to draw your attention to an essential aspect, which is comm</w:t>
      </w:r>
      <w:r w:rsidR="004C3B98">
        <w:rPr>
          <w:rFonts w:ascii="Arial" w:hAnsi="Arial"/>
          <w:lang w:val="en-GB"/>
        </w:rPr>
        <w:t>unication. In order to work on</w:t>
      </w:r>
      <w:r w:rsidRPr="00AD54C0">
        <w:rPr>
          <w:rFonts w:ascii="Arial" w:hAnsi="Arial"/>
          <w:lang w:val="en-GB"/>
        </w:rPr>
        <w:t xml:space="preserve"> prev</w:t>
      </w:r>
      <w:r w:rsidR="004C3B98">
        <w:rPr>
          <w:rFonts w:ascii="Arial" w:hAnsi="Arial"/>
          <w:lang w:val="en-GB"/>
        </w:rPr>
        <w:t xml:space="preserve">ention, </w:t>
      </w:r>
      <w:r w:rsidR="005818C9">
        <w:rPr>
          <w:rFonts w:ascii="Arial" w:hAnsi="Arial"/>
          <w:lang w:val="en-GB"/>
        </w:rPr>
        <w:t>we need to understand how</w:t>
      </w:r>
      <w:r w:rsidR="004C3B98">
        <w:rPr>
          <w:rFonts w:ascii="Arial" w:hAnsi="Arial"/>
          <w:lang w:val="en-GB"/>
        </w:rPr>
        <w:t xml:space="preserve"> we communicate with the population, </w:t>
      </w:r>
      <w:r w:rsidRPr="00AD54C0">
        <w:rPr>
          <w:rFonts w:ascii="Arial" w:hAnsi="Arial"/>
          <w:lang w:val="en-GB"/>
        </w:rPr>
        <w:t>the people</w:t>
      </w:r>
      <w:r w:rsidR="004C3B98">
        <w:rPr>
          <w:rFonts w:ascii="Arial" w:hAnsi="Arial"/>
          <w:lang w:val="en-GB"/>
        </w:rPr>
        <w:t>,</w:t>
      </w:r>
      <w:r w:rsidRPr="00AD54C0">
        <w:rPr>
          <w:rFonts w:ascii="Arial" w:hAnsi="Arial"/>
          <w:lang w:val="en-GB"/>
        </w:rPr>
        <w:t xml:space="preserve"> who have to understand the transmission processes to decrease the disease burden, and so on. And with regard</w:t>
      </w:r>
      <w:r w:rsidR="004C3B98">
        <w:rPr>
          <w:rFonts w:ascii="Arial" w:hAnsi="Arial"/>
          <w:lang w:val="en-GB"/>
        </w:rPr>
        <w:t>s</w:t>
      </w:r>
      <w:r w:rsidRPr="00AD54C0">
        <w:rPr>
          <w:rFonts w:ascii="Arial" w:hAnsi="Arial"/>
          <w:lang w:val="en-GB"/>
        </w:rPr>
        <w:t xml:space="preserve"> to prevention, we're </w:t>
      </w:r>
      <w:r w:rsidR="005818C9">
        <w:rPr>
          <w:rFonts w:ascii="Arial" w:hAnsi="Arial"/>
          <w:lang w:val="en-GB"/>
        </w:rPr>
        <w:t xml:space="preserve">only </w:t>
      </w:r>
      <w:r w:rsidRPr="00AD54C0">
        <w:rPr>
          <w:rFonts w:ascii="Arial" w:hAnsi="Arial"/>
          <w:lang w:val="en-GB"/>
        </w:rPr>
        <w:t>dealing with what we know about</w:t>
      </w:r>
      <w:r w:rsidR="004C3B98">
        <w:rPr>
          <w:rFonts w:ascii="Arial" w:hAnsi="Arial"/>
          <w:lang w:val="en-GB"/>
        </w:rPr>
        <w:t>.</w:t>
      </w:r>
      <w:r w:rsidRPr="00AD54C0">
        <w:rPr>
          <w:rFonts w:ascii="Arial" w:hAnsi="Arial"/>
          <w:lang w:val="en-GB"/>
        </w:rPr>
        <w:t xml:space="preserve"> </w:t>
      </w:r>
      <w:r w:rsidR="004C3B98">
        <w:rPr>
          <w:rFonts w:ascii="Arial" w:hAnsi="Arial"/>
          <w:lang w:val="en-GB"/>
        </w:rPr>
        <w:t xml:space="preserve">A very strong </w:t>
      </w:r>
      <w:r w:rsidRPr="00AD54C0">
        <w:rPr>
          <w:rFonts w:ascii="Arial" w:hAnsi="Arial"/>
          <w:lang w:val="en-GB"/>
        </w:rPr>
        <w:t>El Nino</w:t>
      </w:r>
      <w:r w:rsidR="004C3B98">
        <w:rPr>
          <w:rFonts w:ascii="Arial" w:hAnsi="Arial"/>
          <w:lang w:val="en-GB"/>
        </w:rPr>
        <w:t xml:space="preserve"> is beginning</w:t>
      </w:r>
      <w:r w:rsidRPr="00AD54C0">
        <w:rPr>
          <w:rFonts w:ascii="Arial" w:hAnsi="Arial"/>
          <w:lang w:val="en-GB"/>
        </w:rPr>
        <w:t>,</w:t>
      </w:r>
      <w:r w:rsidR="005818C9">
        <w:rPr>
          <w:rFonts w:ascii="Arial" w:hAnsi="Arial"/>
          <w:lang w:val="en-GB"/>
        </w:rPr>
        <w:t xml:space="preserve"> as those of you who follow the satellite monitoring will know.</w:t>
      </w:r>
      <w:r w:rsidRPr="00AD54C0">
        <w:rPr>
          <w:rFonts w:ascii="Arial" w:hAnsi="Arial"/>
          <w:lang w:val="en-GB"/>
        </w:rPr>
        <w:t xml:space="preserve"> </w:t>
      </w:r>
      <w:r w:rsidR="005818C9">
        <w:rPr>
          <w:rFonts w:ascii="Arial" w:hAnsi="Arial"/>
          <w:lang w:val="en-GB"/>
        </w:rPr>
        <w:t>I</w:t>
      </w:r>
      <w:r w:rsidR="004C3B98">
        <w:rPr>
          <w:rFonts w:ascii="Arial" w:hAnsi="Arial"/>
          <w:lang w:val="en-GB"/>
        </w:rPr>
        <w:t>n the years to come, we’re going to have very strong heatwaves in South America.</w:t>
      </w:r>
      <w:r w:rsidRPr="00AD54C0">
        <w:rPr>
          <w:rFonts w:ascii="Arial" w:hAnsi="Arial"/>
          <w:lang w:val="en-GB"/>
        </w:rPr>
        <w:t xml:space="preserve"> We have higher temp</w:t>
      </w:r>
      <w:r w:rsidR="005818C9">
        <w:rPr>
          <w:rFonts w:ascii="Arial" w:hAnsi="Arial"/>
          <w:lang w:val="en-GB"/>
        </w:rPr>
        <w:t>eratures in the marshlands in</w:t>
      </w:r>
      <w:r w:rsidR="004C3B98">
        <w:rPr>
          <w:rFonts w:ascii="Arial" w:hAnsi="Arial"/>
          <w:lang w:val="en-GB"/>
        </w:rPr>
        <w:t xml:space="preserve"> the centre of the country</w:t>
      </w:r>
      <w:r w:rsidR="005818C9">
        <w:rPr>
          <w:rFonts w:ascii="Arial" w:hAnsi="Arial"/>
          <w:lang w:val="en-GB"/>
        </w:rPr>
        <w:t>. This will affect food provision. T</w:t>
      </w:r>
      <w:r w:rsidRPr="00AD54C0">
        <w:rPr>
          <w:rFonts w:ascii="Arial" w:hAnsi="Arial"/>
          <w:lang w:val="en-GB"/>
        </w:rPr>
        <w:t xml:space="preserve">he heat itself, </w:t>
      </w:r>
      <w:r w:rsidR="005818C9">
        <w:rPr>
          <w:rFonts w:ascii="Arial" w:hAnsi="Arial"/>
          <w:lang w:val="en-GB"/>
        </w:rPr>
        <w:t>as a result of people working in very high temperatures, will</w:t>
      </w:r>
      <w:r w:rsidRPr="00AD54C0">
        <w:rPr>
          <w:rFonts w:ascii="Arial" w:hAnsi="Arial"/>
          <w:lang w:val="en-GB"/>
        </w:rPr>
        <w:t xml:space="preserve"> have an impact on heart cond</w:t>
      </w:r>
      <w:r w:rsidR="005818C9">
        <w:rPr>
          <w:rFonts w:ascii="Arial" w:hAnsi="Arial"/>
          <w:lang w:val="en-GB"/>
        </w:rPr>
        <w:t>itions and heart diseases. I</w:t>
      </w:r>
      <w:r w:rsidRPr="00AD54C0">
        <w:rPr>
          <w:rFonts w:ascii="Arial" w:hAnsi="Arial"/>
          <w:lang w:val="en-GB"/>
        </w:rPr>
        <w:t>t will impact the dynamic of vector dissemination and bacteria and so on. And so, I'd like to draw your attention</w:t>
      </w:r>
      <w:r w:rsidR="005818C9">
        <w:rPr>
          <w:rFonts w:ascii="Arial" w:hAnsi="Arial"/>
          <w:lang w:val="en-GB"/>
        </w:rPr>
        <w:t xml:space="preserve"> to the fact that </w:t>
      </w:r>
      <w:r w:rsidRPr="00AD54C0">
        <w:rPr>
          <w:rFonts w:ascii="Arial" w:hAnsi="Arial"/>
          <w:lang w:val="en-GB"/>
        </w:rPr>
        <w:t xml:space="preserve">when we think about the future, we should </w:t>
      </w:r>
      <w:r w:rsidR="005818C9">
        <w:rPr>
          <w:rFonts w:ascii="Arial" w:hAnsi="Arial"/>
          <w:lang w:val="en-GB"/>
        </w:rPr>
        <w:t xml:space="preserve">also bear in mind these gaps, and what </w:t>
      </w:r>
      <w:r w:rsidRPr="00AD54C0">
        <w:rPr>
          <w:rFonts w:ascii="Arial" w:hAnsi="Arial"/>
          <w:lang w:val="en-GB"/>
        </w:rPr>
        <w:t>are the opportunities so that we can make the most of the knowledge we have</w:t>
      </w:r>
      <w:r w:rsidR="005818C9">
        <w:rPr>
          <w:rFonts w:ascii="Arial" w:hAnsi="Arial"/>
          <w:lang w:val="en-GB"/>
        </w:rPr>
        <w:t xml:space="preserve">, and scale this knowledge to the future - the not-so </w:t>
      </w:r>
      <w:r w:rsidRPr="00AD54C0">
        <w:rPr>
          <w:rFonts w:ascii="Arial" w:hAnsi="Arial"/>
          <w:lang w:val="en-GB"/>
        </w:rPr>
        <w:t>very distant future.</w:t>
      </w:r>
    </w:p>
    <w:p w14:paraId="035A8A47" w14:textId="77777777" w:rsidR="00B4138A" w:rsidRPr="00AD54C0" w:rsidRDefault="00B4138A" w:rsidP="00B4138A">
      <w:pPr>
        <w:spacing w:after="0" w:line="360" w:lineRule="auto"/>
        <w:jc w:val="both"/>
        <w:rPr>
          <w:lang w:val="en-GB"/>
        </w:rPr>
      </w:pPr>
    </w:p>
    <w:p w14:paraId="43776F01" w14:textId="7B9E3256" w:rsidR="00B4138A" w:rsidRPr="00AD54C0" w:rsidRDefault="005818C9" w:rsidP="00B4138A">
      <w:pPr>
        <w:spacing w:after="0" w:line="360" w:lineRule="auto"/>
        <w:jc w:val="both"/>
        <w:rPr>
          <w:lang w:val="en-GB"/>
        </w:rPr>
      </w:pPr>
      <w:r>
        <w:rPr>
          <w:rFonts w:ascii="Arial" w:hAnsi="Arial"/>
          <w:b/>
          <w:bCs/>
          <w:lang w:val="en-GB"/>
        </w:rPr>
        <w:t>Rio 1</w:t>
      </w:r>
    </w:p>
    <w:p w14:paraId="57EA4F74" w14:textId="13C7A18C" w:rsidR="00B4138A" w:rsidRDefault="00B4138A" w:rsidP="00B4138A">
      <w:pPr>
        <w:spacing w:after="0" w:line="360" w:lineRule="auto"/>
        <w:jc w:val="both"/>
        <w:rPr>
          <w:rFonts w:ascii="Arial" w:hAnsi="Arial"/>
          <w:lang w:val="en-GB"/>
        </w:rPr>
      </w:pPr>
      <w:r w:rsidRPr="6EC131E5">
        <w:rPr>
          <w:rFonts w:ascii="Arial" w:hAnsi="Arial"/>
          <w:lang w:val="en-GB"/>
        </w:rPr>
        <w:t>I have a couple of comments about what we haven't seen in the top 10</w:t>
      </w:r>
      <w:r w:rsidR="005818C9">
        <w:rPr>
          <w:rFonts w:ascii="Arial" w:hAnsi="Arial"/>
          <w:lang w:val="en-GB"/>
        </w:rPr>
        <w:t xml:space="preserve"> [</w:t>
      </w:r>
      <w:r w:rsidR="005818C9" w:rsidRPr="005818C9">
        <w:rPr>
          <w:rFonts w:ascii="Arial" w:hAnsi="Arial"/>
          <w:i/>
          <w:lang w:val="en-GB"/>
        </w:rPr>
        <w:t>highest prioritized diseases</w:t>
      </w:r>
      <w:r w:rsidR="005818C9">
        <w:rPr>
          <w:rFonts w:ascii="Arial" w:hAnsi="Arial"/>
          <w:lang w:val="en-GB"/>
        </w:rPr>
        <w:t>]</w:t>
      </w:r>
      <w:r w:rsidRPr="6EC131E5">
        <w:rPr>
          <w:rFonts w:ascii="Arial" w:hAnsi="Arial"/>
          <w:lang w:val="en-GB"/>
        </w:rPr>
        <w:t xml:space="preserve">. So, </w:t>
      </w:r>
      <w:r w:rsidR="005818C9">
        <w:rPr>
          <w:rFonts w:ascii="Arial" w:hAnsi="Arial"/>
          <w:lang w:val="en-GB"/>
        </w:rPr>
        <w:t xml:space="preserve">I’d like to </w:t>
      </w:r>
      <w:r w:rsidRPr="6EC131E5">
        <w:rPr>
          <w:rFonts w:ascii="Arial" w:hAnsi="Arial"/>
          <w:lang w:val="en-GB"/>
        </w:rPr>
        <w:t xml:space="preserve">comment about </w:t>
      </w:r>
      <w:r w:rsidR="005818C9">
        <w:rPr>
          <w:rFonts w:ascii="Arial" w:hAnsi="Arial"/>
          <w:lang w:val="en-GB"/>
        </w:rPr>
        <w:t>soil-transmitted helminths</w:t>
      </w:r>
      <w:r w:rsidRPr="6EC131E5">
        <w:rPr>
          <w:rFonts w:ascii="Arial" w:hAnsi="Arial"/>
          <w:lang w:val="en-GB"/>
        </w:rPr>
        <w:t>. They</w:t>
      </w:r>
      <w:r w:rsidR="005818C9">
        <w:rPr>
          <w:rFonts w:ascii="Arial" w:hAnsi="Arial"/>
          <w:lang w:val="en-GB"/>
        </w:rPr>
        <w:t xml:space="preserve"> are very</w:t>
      </w:r>
      <w:r w:rsidRPr="6EC131E5">
        <w:rPr>
          <w:rFonts w:ascii="Arial" w:hAnsi="Arial"/>
          <w:lang w:val="en-GB"/>
        </w:rPr>
        <w:t xml:space="preserve"> prevalent, </w:t>
      </w:r>
      <w:r w:rsidR="005818C9">
        <w:rPr>
          <w:rFonts w:ascii="Arial" w:hAnsi="Arial"/>
          <w:lang w:val="en-GB"/>
        </w:rPr>
        <w:t>but there are very few</w:t>
      </w:r>
      <w:r w:rsidRPr="6EC131E5">
        <w:rPr>
          <w:rFonts w:ascii="Arial" w:hAnsi="Arial"/>
          <w:lang w:val="en-GB"/>
        </w:rPr>
        <w:t xml:space="preserve"> dramatic cases. But we are observing a chronic effe</w:t>
      </w:r>
      <w:r w:rsidR="005818C9">
        <w:rPr>
          <w:rFonts w:ascii="Arial" w:hAnsi="Arial"/>
          <w:lang w:val="en-GB"/>
        </w:rPr>
        <w:t>ct -</w:t>
      </w:r>
      <w:r w:rsidRPr="6EC131E5">
        <w:rPr>
          <w:rFonts w:ascii="Arial" w:hAnsi="Arial"/>
          <w:lang w:val="en-GB"/>
        </w:rPr>
        <w:t xml:space="preserve"> children do not develop norm</w:t>
      </w:r>
      <w:r w:rsidR="005818C9">
        <w:rPr>
          <w:rFonts w:ascii="Arial" w:hAnsi="Arial"/>
          <w:lang w:val="en-GB"/>
        </w:rPr>
        <w:t>ally, and there is an impact on how they learn. W</w:t>
      </w:r>
      <w:r w:rsidRPr="6EC131E5">
        <w:rPr>
          <w:rFonts w:ascii="Arial" w:hAnsi="Arial"/>
          <w:lang w:val="en-GB"/>
        </w:rPr>
        <w:t xml:space="preserve">e have not been assessing all of this. This is why it's not seen as a priority. </w:t>
      </w:r>
      <w:r w:rsidR="005818C9">
        <w:rPr>
          <w:rFonts w:ascii="Arial" w:hAnsi="Arial"/>
          <w:lang w:val="en-GB"/>
        </w:rPr>
        <w:t xml:space="preserve">In the case of </w:t>
      </w:r>
      <w:proofErr w:type="spellStart"/>
      <w:r w:rsidR="005818C9">
        <w:rPr>
          <w:rFonts w:ascii="Arial" w:hAnsi="Arial"/>
          <w:lang w:val="en-GB"/>
        </w:rPr>
        <w:t>strongyloidiasis</w:t>
      </w:r>
      <w:proofErr w:type="spellEnd"/>
      <w:r w:rsidR="005818C9">
        <w:rPr>
          <w:rFonts w:ascii="Arial" w:hAnsi="Arial"/>
          <w:lang w:val="en-GB"/>
        </w:rPr>
        <w:t>,</w:t>
      </w:r>
      <w:r w:rsidRPr="6EC131E5">
        <w:rPr>
          <w:rFonts w:ascii="Arial" w:hAnsi="Arial"/>
          <w:lang w:val="en-GB"/>
        </w:rPr>
        <w:t xml:space="preserve"> I think </w:t>
      </w:r>
      <w:r w:rsidR="005818C9">
        <w:rPr>
          <w:rFonts w:ascii="Arial" w:hAnsi="Arial"/>
          <w:lang w:val="en-GB"/>
        </w:rPr>
        <w:t>it is much more prevalent</w:t>
      </w:r>
      <w:r w:rsidRPr="6EC131E5">
        <w:rPr>
          <w:rFonts w:ascii="Arial" w:hAnsi="Arial"/>
          <w:lang w:val="en-GB"/>
        </w:rPr>
        <w:t xml:space="preserve">, but we can't see it. It's not </w:t>
      </w:r>
      <w:r w:rsidR="005818C9">
        <w:rPr>
          <w:rFonts w:ascii="Arial" w:hAnsi="Arial"/>
          <w:lang w:val="en-GB"/>
        </w:rPr>
        <w:t xml:space="preserve">identified in </w:t>
      </w:r>
      <w:r w:rsidRPr="6EC131E5">
        <w:rPr>
          <w:rFonts w:ascii="Arial" w:hAnsi="Arial"/>
          <w:lang w:val="en-GB"/>
        </w:rPr>
        <w:lastRenderedPageBreak/>
        <w:t>direct examination</w:t>
      </w:r>
      <w:r w:rsidR="005818C9">
        <w:rPr>
          <w:rFonts w:ascii="Arial" w:hAnsi="Arial"/>
          <w:lang w:val="en-GB"/>
        </w:rPr>
        <w:t xml:space="preserve">s, we need special methodologies like the </w:t>
      </w:r>
      <w:proofErr w:type="spellStart"/>
      <w:r w:rsidR="005818C9" w:rsidRPr="005818C9">
        <w:rPr>
          <w:rFonts w:ascii="Arial" w:hAnsi="Arial"/>
          <w:lang w:val="en-GB"/>
        </w:rPr>
        <w:t>Baermann</w:t>
      </w:r>
      <w:proofErr w:type="spellEnd"/>
      <w:r w:rsidR="005818C9">
        <w:rPr>
          <w:rFonts w:ascii="Arial" w:hAnsi="Arial"/>
          <w:lang w:val="en-GB"/>
        </w:rPr>
        <w:t xml:space="preserve"> </w:t>
      </w:r>
      <w:proofErr w:type="gramStart"/>
      <w:r w:rsidR="005818C9">
        <w:rPr>
          <w:rFonts w:ascii="Arial" w:hAnsi="Arial"/>
          <w:lang w:val="en-GB"/>
        </w:rPr>
        <w:t>Test, that</w:t>
      </w:r>
      <w:proofErr w:type="gramEnd"/>
      <w:r w:rsidR="005818C9">
        <w:rPr>
          <w:rFonts w:ascii="Arial" w:hAnsi="Arial"/>
          <w:lang w:val="en-GB"/>
        </w:rPr>
        <w:t xml:space="preserve"> has</w:t>
      </w:r>
      <w:r w:rsidRPr="6EC131E5">
        <w:rPr>
          <w:rFonts w:ascii="Arial" w:hAnsi="Arial"/>
          <w:lang w:val="en-GB"/>
        </w:rPr>
        <w:t xml:space="preserve"> not been implemented at the moment. </w:t>
      </w:r>
      <w:r w:rsidR="005818C9">
        <w:rPr>
          <w:rFonts w:ascii="Arial" w:hAnsi="Arial"/>
          <w:lang w:val="en-GB"/>
        </w:rPr>
        <w:t xml:space="preserve">I would also like to make comment on congenital </w:t>
      </w:r>
      <w:proofErr w:type="spellStart"/>
      <w:r w:rsidR="005818C9">
        <w:rPr>
          <w:rFonts w:ascii="Arial" w:hAnsi="Arial"/>
          <w:lang w:val="en-GB"/>
        </w:rPr>
        <w:t>c</w:t>
      </w:r>
      <w:r w:rsidRPr="6EC131E5">
        <w:rPr>
          <w:rFonts w:ascii="Arial" w:hAnsi="Arial"/>
          <w:lang w:val="en-GB"/>
        </w:rPr>
        <w:t>hagas</w:t>
      </w:r>
      <w:proofErr w:type="spellEnd"/>
      <w:r w:rsidRPr="6EC131E5">
        <w:rPr>
          <w:rFonts w:ascii="Arial" w:hAnsi="Arial"/>
          <w:lang w:val="en-GB"/>
        </w:rPr>
        <w:t xml:space="preserve">. There is evidence that there are epigenetic changes in children born of mothers that </w:t>
      </w:r>
      <w:r w:rsidR="005818C9">
        <w:rPr>
          <w:rFonts w:ascii="Arial" w:hAnsi="Arial"/>
          <w:lang w:val="en-GB"/>
        </w:rPr>
        <w:t xml:space="preserve">have </w:t>
      </w:r>
      <w:proofErr w:type="spellStart"/>
      <w:r w:rsidR="005818C9">
        <w:rPr>
          <w:rFonts w:ascii="Arial" w:hAnsi="Arial"/>
          <w:lang w:val="en-GB"/>
        </w:rPr>
        <w:t>c</w:t>
      </w:r>
      <w:r w:rsidRPr="6EC131E5">
        <w:rPr>
          <w:rFonts w:ascii="Arial" w:hAnsi="Arial"/>
          <w:lang w:val="en-GB"/>
        </w:rPr>
        <w:t>hagas</w:t>
      </w:r>
      <w:proofErr w:type="spellEnd"/>
      <w:r w:rsidRPr="6EC131E5">
        <w:rPr>
          <w:rFonts w:ascii="Arial" w:hAnsi="Arial"/>
          <w:lang w:val="en-GB"/>
        </w:rPr>
        <w:t xml:space="preserve"> disease, but they did not </w:t>
      </w:r>
      <w:r w:rsidR="005818C9">
        <w:rPr>
          <w:rFonts w:ascii="Arial" w:hAnsi="Arial"/>
          <w:lang w:val="en-GB"/>
        </w:rPr>
        <w:t>transmit the infection. So, there are</w:t>
      </w:r>
      <w:r w:rsidRPr="6EC131E5">
        <w:rPr>
          <w:rFonts w:ascii="Arial" w:hAnsi="Arial"/>
          <w:lang w:val="en-GB"/>
        </w:rPr>
        <w:t xml:space="preserve"> children who were born without the disease but they have epigenetic changes. Chagas is a chronic disease in Latin America, but it's not in the top 10</w:t>
      </w:r>
      <w:r w:rsidR="005818C9">
        <w:rPr>
          <w:rFonts w:ascii="Arial" w:hAnsi="Arial"/>
          <w:lang w:val="en-GB"/>
        </w:rPr>
        <w:t xml:space="preserve"> [</w:t>
      </w:r>
      <w:r w:rsidR="005818C9" w:rsidRPr="005818C9">
        <w:rPr>
          <w:rFonts w:ascii="Arial" w:hAnsi="Arial"/>
          <w:i/>
          <w:lang w:val="en-GB"/>
        </w:rPr>
        <w:t>highest prioritized diseases</w:t>
      </w:r>
      <w:r w:rsidR="005818C9">
        <w:rPr>
          <w:rFonts w:ascii="Arial" w:hAnsi="Arial"/>
          <w:lang w:val="en-GB"/>
        </w:rPr>
        <w:t>]. Why not? Because it's chronic, and because we’re so</w:t>
      </w:r>
      <w:r w:rsidRPr="6EC131E5">
        <w:rPr>
          <w:rFonts w:ascii="Arial" w:hAnsi="Arial"/>
          <w:lang w:val="en-GB"/>
        </w:rPr>
        <w:t xml:space="preserve"> used to see</w:t>
      </w:r>
      <w:r w:rsidR="005818C9">
        <w:rPr>
          <w:rFonts w:ascii="Arial" w:hAnsi="Arial"/>
          <w:lang w:val="en-GB"/>
        </w:rPr>
        <w:t>ing it and</w:t>
      </w:r>
      <w:r w:rsidRPr="6EC131E5">
        <w:rPr>
          <w:rFonts w:ascii="Arial" w:hAnsi="Arial"/>
          <w:lang w:val="en-GB"/>
        </w:rPr>
        <w:t xml:space="preserve"> deal</w:t>
      </w:r>
      <w:r w:rsidR="005818C9">
        <w:rPr>
          <w:rFonts w:ascii="Arial" w:hAnsi="Arial"/>
          <w:lang w:val="en-GB"/>
        </w:rPr>
        <w:t>ing</w:t>
      </w:r>
      <w:r w:rsidRPr="6EC131E5">
        <w:rPr>
          <w:rFonts w:ascii="Arial" w:hAnsi="Arial"/>
          <w:lang w:val="en-GB"/>
        </w:rPr>
        <w:t xml:space="preserve"> with it</w:t>
      </w:r>
      <w:r w:rsidR="005818C9">
        <w:rPr>
          <w:rFonts w:ascii="Arial" w:hAnsi="Arial"/>
          <w:lang w:val="en-GB"/>
        </w:rPr>
        <w:t>, we</w:t>
      </w:r>
      <w:r w:rsidRPr="6EC131E5">
        <w:rPr>
          <w:rFonts w:ascii="Arial" w:hAnsi="Arial"/>
          <w:lang w:val="en-GB"/>
        </w:rPr>
        <w:t xml:space="preserve"> take it for granted because it's in the rural areas. But examples like these epigenetic changes</w:t>
      </w:r>
      <w:r w:rsidR="005818C9">
        <w:rPr>
          <w:rFonts w:ascii="Arial" w:hAnsi="Arial"/>
          <w:lang w:val="en-GB"/>
        </w:rPr>
        <w:t xml:space="preserve"> are part of the unknown. </w:t>
      </w:r>
      <w:r w:rsidRPr="6EC131E5">
        <w:rPr>
          <w:rFonts w:ascii="Arial" w:hAnsi="Arial"/>
          <w:lang w:val="en-GB"/>
        </w:rPr>
        <w:t xml:space="preserve">If we don't assess and study this, we won't get to know it better. </w:t>
      </w:r>
    </w:p>
    <w:p w14:paraId="3D525153" w14:textId="77777777" w:rsidR="005818C9" w:rsidRDefault="005818C9" w:rsidP="00B4138A">
      <w:pPr>
        <w:spacing w:after="0" w:line="360" w:lineRule="auto"/>
        <w:jc w:val="both"/>
        <w:rPr>
          <w:rFonts w:ascii="Arial" w:hAnsi="Arial"/>
          <w:lang w:val="en-GB"/>
        </w:rPr>
      </w:pPr>
    </w:p>
    <w:p w14:paraId="4CF35191" w14:textId="77777777" w:rsidR="001F0737" w:rsidRPr="00AD54C0" w:rsidRDefault="001F0737" w:rsidP="001F0737">
      <w:pPr>
        <w:spacing w:after="0" w:line="360" w:lineRule="auto"/>
        <w:jc w:val="both"/>
        <w:rPr>
          <w:lang w:val="en-GB"/>
        </w:rPr>
      </w:pPr>
      <w:r>
        <w:rPr>
          <w:rFonts w:ascii="Arial" w:hAnsi="Arial"/>
          <w:b/>
          <w:lang w:val="en-GB"/>
        </w:rPr>
        <w:t>Rio 15</w:t>
      </w:r>
    </w:p>
    <w:p w14:paraId="52F70A07" w14:textId="4B0B1D3D" w:rsidR="00B4138A" w:rsidRPr="00AD54C0" w:rsidRDefault="00B4138A" w:rsidP="00B4138A">
      <w:pPr>
        <w:spacing w:after="0" w:line="360" w:lineRule="auto"/>
        <w:jc w:val="both"/>
        <w:rPr>
          <w:lang w:val="en-GB"/>
        </w:rPr>
      </w:pPr>
      <w:r w:rsidRPr="6EC131E5">
        <w:rPr>
          <w:rFonts w:ascii="Arial" w:hAnsi="Arial"/>
          <w:lang w:val="en-GB"/>
        </w:rPr>
        <w:t xml:space="preserve">And in addition, I think rabies was not included in our list. It is very important in Brazil. There is a very interesting process of </w:t>
      </w:r>
      <w:r w:rsidR="001F0737">
        <w:rPr>
          <w:rFonts w:ascii="Arial" w:hAnsi="Arial"/>
          <w:lang w:val="en-GB"/>
        </w:rPr>
        <w:t>people in the Amazon: people</w:t>
      </w:r>
      <w:r w:rsidRPr="6EC131E5">
        <w:rPr>
          <w:rFonts w:ascii="Arial" w:hAnsi="Arial"/>
          <w:lang w:val="en-GB"/>
        </w:rPr>
        <w:t xml:space="preserve"> have rabies antibodies but they do not develop the disease. And so, there's a big </w:t>
      </w:r>
      <w:r w:rsidR="001F0737">
        <w:rPr>
          <w:rFonts w:ascii="Arial" w:hAnsi="Arial"/>
          <w:lang w:val="en-GB"/>
        </w:rPr>
        <w:t xml:space="preserve">knowledge </w:t>
      </w:r>
      <w:r w:rsidRPr="6EC131E5">
        <w:rPr>
          <w:rFonts w:ascii="Arial" w:hAnsi="Arial"/>
          <w:lang w:val="en-GB"/>
        </w:rPr>
        <w:t>gap there. Also, we have to stu</w:t>
      </w:r>
      <w:r w:rsidR="001F0737">
        <w:rPr>
          <w:rFonts w:ascii="Arial" w:hAnsi="Arial"/>
          <w:lang w:val="en-GB"/>
        </w:rPr>
        <w:t>dy Echinococcosis, related to deforestation for cattle-</w:t>
      </w:r>
      <w:r w:rsidRPr="6EC131E5">
        <w:rPr>
          <w:rFonts w:ascii="Arial" w:hAnsi="Arial"/>
          <w:lang w:val="en-GB"/>
        </w:rPr>
        <w:t xml:space="preserve">breeding purposes, </w:t>
      </w:r>
      <w:r w:rsidR="001F0737">
        <w:rPr>
          <w:rFonts w:ascii="Arial" w:hAnsi="Arial"/>
          <w:lang w:val="en-GB"/>
        </w:rPr>
        <w:t xml:space="preserve">this </w:t>
      </w:r>
      <w:r w:rsidRPr="6EC131E5">
        <w:rPr>
          <w:rFonts w:ascii="Arial" w:hAnsi="Arial"/>
          <w:lang w:val="en-GB"/>
        </w:rPr>
        <w:t xml:space="preserve">presents a different dynamic than what we see in the south of Brazil. </w:t>
      </w:r>
      <w:r w:rsidR="001F0737">
        <w:rPr>
          <w:rFonts w:ascii="Arial" w:hAnsi="Arial"/>
          <w:lang w:val="en-GB"/>
        </w:rPr>
        <w:t>And Chagas, w</w:t>
      </w:r>
      <w:r w:rsidRPr="6EC131E5">
        <w:rPr>
          <w:rFonts w:ascii="Arial" w:hAnsi="Arial"/>
          <w:lang w:val="en-GB"/>
        </w:rPr>
        <w:t>e have observed a major difference in its dynamic</w:t>
      </w:r>
      <w:r w:rsidR="001F0737">
        <w:rPr>
          <w:rFonts w:ascii="Arial" w:hAnsi="Arial"/>
          <w:lang w:val="en-GB"/>
        </w:rPr>
        <w:t>s,</w:t>
      </w:r>
      <w:r w:rsidRPr="6EC131E5">
        <w:rPr>
          <w:rFonts w:ascii="Arial" w:hAnsi="Arial"/>
          <w:lang w:val="en-GB"/>
        </w:rPr>
        <w:t xml:space="preserve"> with</w:t>
      </w:r>
      <w:r w:rsidR="001F0737">
        <w:rPr>
          <w:rFonts w:ascii="Arial" w:hAnsi="Arial"/>
          <w:lang w:val="en-GB"/>
        </w:rPr>
        <w:t xml:space="preserve"> the beetle being found in well-</w:t>
      </w:r>
      <w:r w:rsidRPr="6EC131E5">
        <w:rPr>
          <w:rFonts w:ascii="Arial" w:hAnsi="Arial"/>
          <w:lang w:val="en-GB"/>
        </w:rPr>
        <w:t xml:space="preserve">urbanized cities, and also </w:t>
      </w:r>
      <w:r w:rsidR="001F0737">
        <w:rPr>
          <w:rFonts w:ascii="Arial" w:hAnsi="Arial"/>
          <w:lang w:val="en-GB"/>
        </w:rPr>
        <w:t>identifying the disease in domestic in pigeon blood. T</w:t>
      </w:r>
      <w:r w:rsidRPr="6EC131E5">
        <w:rPr>
          <w:rFonts w:ascii="Arial" w:hAnsi="Arial"/>
          <w:lang w:val="en-GB"/>
        </w:rPr>
        <w:t>here is a different transmission pattern, differ</w:t>
      </w:r>
      <w:r w:rsidR="001F0737">
        <w:rPr>
          <w:rFonts w:ascii="Arial" w:hAnsi="Arial"/>
          <w:lang w:val="en-GB"/>
        </w:rPr>
        <w:t xml:space="preserve">ent from what we observe in </w:t>
      </w:r>
      <w:r w:rsidRPr="6EC131E5">
        <w:rPr>
          <w:rFonts w:ascii="Arial" w:hAnsi="Arial"/>
          <w:lang w:val="en-GB"/>
        </w:rPr>
        <w:t>rural area</w:t>
      </w:r>
      <w:r w:rsidR="001F0737">
        <w:rPr>
          <w:rFonts w:ascii="Arial" w:hAnsi="Arial"/>
          <w:lang w:val="en-GB"/>
        </w:rPr>
        <w:t>s</w:t>
      </w:r>
      <w:r w:rsidRPr="6EC131E5">
        <w:rPr>
          <w:rFonts w:ascii="Arial" w:hAnsi="Arial"/>
          <w:lang w:val="en-GB"/>
        </w:rPr>
        <w:t>, with possibilities that we're not even aware of, which is oral transmission, which is not the classic transm</w:t>
      </w:r>
      <w:r w:rsidR="001F0737">
        <w:rPr>
          <w:rFonts w:ascii="Arial" w:hAnsi="Arial"/>
          <w:lang w:val="en-GB"/>
        </w:rPr>
        <w:t>ission, with the insect bite. In</w:t>
      </w:r>
      <w:r w:rsidRPr="6EC131E5">
        <w:rPr>
          <w:rFonts w:ascii="Arial" w:hAnsi="Arial"/>
          <w:lang w:val="en-GB"/>
        </w:rPr>
        <w:t xml:space="preserve"> very low-income states that may scale up this important disease.</w:t>
      </w:r>
    </w:p>
    <w:p w14:paraId="6A48962B" w14:textId="77777777" w:rsidR="00B4138A" w:rsidRPr="00AD54C0" w:rsidRDefault="00B4138A" w:rsidP="00B4138A">
      <w:pPr>
        <w:spacing w:after="0" w:line="360" w:lineRule="auto"/>
        <w:jc w:val="both"/>
        <w:rPr>
          <w:lang w:val="en-GB"/>
        </w:rPr>
      </w:pPr>
    </w:p>
    <w:p w14:paraId="7DB5D179" w14:textId="41753787" w:rsidR="00B4138A" w:rsidRPr="00AD54C0" w:rsidRDefault="006D1AE1" w:rsidP="00B4138A">
      <w:pPr>
        <w:spacing w:after="0" w:line="360" w:lineRule="auto"/>
        <w:jc w:val="both"/>
        <w:rPr>
          <w:lang w:val="en-GB"/>
        </w:rPr>
      </w:pPr>
      <w:r>
        <w:rPr>
          <w:rFonts w:ascii="Arial" w:hAnsi="Arial"/>
          <w:b/>
          <w:lang w:val="en-GB"/>
        </w:rPr>
        <w:t>Rio 58</w:t>
      </w:r>
    </w:p>
    <w:p w14:paraId="73C41AE5" w14:textId="1CB7600E" w:rsidR="00B4138A" w:rsidRDefault="006D1AE1" w:rsidP="00B4138A">
      <w:pPr>
        <w:spacing w:after="0" w:line="360" w:lineRule="auto"/>
        <w:jc w:val="both"/>
        <w:rPr>
          <w:rFonts w:ascii="Arial" w:hAnsi="Arial"/>
          <w:lang w:val="en-GB"/>
        </w:rPr>
      </w:pPr>
      <w:r w:rsidRPr="006D1AE1">
        <w:rPr>
          <w:rFonts w:ascii="Arial" w:hAnsi="Arial"/>
          <w:lang w:val="en-GB"/>
        </w:rPr>
        <w:t xml:space="preserve">In </w:t>
      </w:r>
      <w:r>
        <w:rPr>
          <w:rFonts w:ascii="Arial" w:hAnsi="Arial"/>
          <w:lang w:val="en-GB"/>
        </w:rPr>
        <w:t>[country redacted]</w:t>
      </w:r>
      <w:r w:rsidRPr="006D1AE1">
        <w:rPr>
          <w:rFonts w:ascii="Arial" w:hAnsi="Arial"/>
          <w:lang w:val="en-GB"/>
        </w:rPr>
        <w:t>, relevant factors for the increase o</w:t>
      </w:r>
      <w:r>
        <w:rPr>
          <w:rFonts w:ascii="Arial" w:hAnsi="Arial"/>
          <w:lang w:val="en-GB"/>
        </w:rPr>
        <w:t>f vector-borne diseases include</w:t>
      </w:r>
      <w:r w:rsidRPr="006D1AE1">
        <w:rPr>
          <w:rFonts w:ascii="Arial" w:hAnsi="Arial"/>
          <w:lang w:val="en-GB"/>
        </w:rPr>
        <w:t xml:space="preserve"> climate change, urbanisation, poverty and the transfer of preventive care from the Ministry of Health to the </w:t>
      </w:r>
      <w:r>
        <w:rPr>
          <w:rFonts w:ascii="Arial" w:hAnsi="Arial"/>
          <w:lang w:val="en-GB"/>
        </w:rPr>
        <w:t xml:space="preserve">Social Security system, </w:t>
      </w:r>
      <w:r w:rsidRPr="006D1AE1">
        <w:rPr>
          <w:rFonts w:ascii="Arial" w:hAnsi="Arial"/>
          <w:lang w:val="en-GB"/>
        </w:rPr>
        <w:t xml:space="preserve">an entity dedicated to clinical care. Vectors such as </w:t>
      </w:r>
      <w:proofErr w:type="spellStart"/>
      <w:r w:rsidRPr="006D1AE1">
        <w:rPr>
          <w:rFonts w:ascii="Arial" w:hAnsi="Arial"/>
          <w:lang w:val="en-GB"/>
        </w:rPr>
        <w:t>Aedes</w:t>
      </w:r>
      <w:proofErr w:type="spellEnd"/>
      <w:r w:rsidRPr="006D1AE1">
        <w:rPr>
          <w:rFonts w:ascii="Arial" w:hAnsi="Arial"/>
          <w:lang w:val="en-GB"/>
        </w:rPr>
        <w:t xml:space="preserve"> </w:t>
      </w:r>
      <w:proofErr w:type="spellStart"/>
      <w:r w:rsidRPr="006D1AE1">
        <w:rPr>
          <w:rFonts w:ascii="Arial" w:hAnsi="Arial"/>
          <w:lang w:val="en-GB"/>
        </w:rPr>
        <w:t>aegypti</w:t>
      </w:r>
      <w:proofErr w:type="spellEnd"/>
      <w:r>
        <w:rPr>
          <w:rFonts w:ascii="Arial" w:hAnsi="Arial"/>
          <w:lang w:val="en-GB"/>
        </w:rPr>
        <w:t xml:space="preserve"> and diseases like</w:t>
      </w:r>
      <w:r w:rsidRPr="006D1AE1">
        <w:rPr>
          <w:rFonts w:ascii="Arial" w:hAnsi="Arial"/>
          <w:lang w:val="en-GB"/>
        </w:rPr>
        <w:t xml:space="preserve"> dengue, chikungunya and </w:t>
      </w:r>
      <w:proofErr w:type="spellStart"/>
      <w:r>
        <w:rPr>
          <w:rFonts w:ascii="Arial" w:hAnsi="Arial"/>
          <w:lang w:val="en-GB"/>
        </w:rPr>
        <w:t>Zika</w:t>
      </w:r>
      <w:proofErr w:type="spellEnd"/>
      <w:r>
        <w:rPr>
          <w:rFonts w:ascii="Arial" w:hAnsi="Arial"/>
          <w:lang w:val="en-GB"/>
        </w:rPr>
        <w:t xml:space="preserve"> which are normally found</w:t>
      </w:r>
      <w:r w:rsidRPr="006D1AE1">
        <w:rPr>
          <w:rFonts w:ascii="Arial" w:hAnsi="Arial"/>
          <w:lang w:val="en-GB"/>
        </w:rPr>
        <w:t xml:space="preserve"> </w:t>
      </w:r>
      <w:r>
        <w:rPr>
          <w:rFonts w:ascii="Arial" w:hAnsi="Arial"/>
          <w:lang w:val="en-GB"/>
        </w:rPr>
        <w:t xml:space="preserve">in </w:t>
      </w:r>
      <w:r w:rsidRPr="006D1AE1">
        <w:rPr>
          <w:rFonts w:ascii="Arial" w:hAnsi="Arial"/>
          <w:lang w:val="en-GB"/>
        </w:rPr>
        <w:t xml:space="preserve">lowland and coastal areas are </w:t>
      </w:r>
      <w:r>
        <w:rPr>
          <w:rFonts w:ascii="Arial" w:hAnsi="Arial"/>
          <w:lang w:val="en-GB"/>
        </w:rPr>
        <w:t>increasingly found in areas of higher altitude.</w:t>
      </w:r>
    </w:p>
    <w:p w14:paraId="1CC36E5A" w14:textId="77777777" w:rsidR="006D1AE1" w:rsidRPr="00AD54C0" w:rsidRDefault="006D1AE1" w:rsidP="00B4138A">
      <w:pPr>
        <w:spacing w:after="0" w:line="360" w:lineRule="auto"/>
        <w:jc w:val="both"/>
        <w:rPr>
          <w:lang w:val="en-GB"/>
        </w:rPr>
      </w:pPr>
    </w:p>
    <w:p w14:paraId="4548C079" w14:textId="3E00F0CF" w:rsidR="00B4138A" w:rsidRPr="00AD54C0" w:rsidRDefault="001F0737" w:rsidP="00B4138A">
      <w:pPr>
        <w:spacing w:after="0" w:line="360" w:lineRule="auto"/>
        <w:jc w:val="both"/>
        <w:rPr>
          <w:lang w:val="en-GB"/>
        </w:rPr>
      </w:pPr>
      <w:r>
        <w:rPr>
          <w:rFonts w:ascii="Arial" w:hAnsi="Arial"/>
          <w:b/>
          <w:lang w:val="en-GB"/>
        </w:rPr>
        <w:t>Rio Facilitator 1</w:t>
      </w:r>
    </w:p>
    <w:p w14:paraId="130CB069" w14:textId="185425A8" w:rsidR="00B4138A" w:rsidRPr="00AD54C0" w:rsidRDefault="001F0737" w:rsidP="00B4138A">
      <w:pPr>
        <w:spacing w:after="0" w:line="360" w:lineRule="auto"/>
        <w:jc w:val="both"/>
        <w:rPr>
          <w:lang w:val="en-GB"/>
        </w:rPr>
      </w:pPr>
      <w:r>
        <w:rPr>
          <w:rFonts w:ascii="Arial" w:hAnsi="Arial"/>
          <w:lang w:val="en-GB"/>
        </w:rPr>
        <w:t xml:space="preserve">A </w:t>
      </w:r>
      <w:r w:rsidR="00B4138A" w:rsidRPr="00AD54C0">
        <w:rPr>
          <w:rFonts w:ascii="Arial" w:hAnsi="Arial"/>
          <w:lang w:val="en-GB"/>
        </w:rPr>
        <w:t xml:space="preserve">quick point of order, we've got about 10 minutes left of this discussion before we move to lunch. So </w:t>
      </w:r>
      <w:r>
        <w:rPr>
          <w:rFonts w:ascii="Arial" w:hAnsi="Arial"/>
          <w:lang w:val="en-GB"/>
        </w:rPr>
        <w:t xml:space="preserve">another </w:t>
      </w:r>
      <w:r w:rsidR="00B4138A" w:rsidRPr="00AD54C0">
        <w:rPr>
          <w:rFonts w:ascii="Arial" w:hAnsi="Arial"/>
          <w:lang w:val="en-GB"/>
        </w:rPr>
        <w:t>challenge to the people speaking n</w:t>
      </w:r>
      <w:r>
        <w:rPr>
          <w:rFonts w:ascii="Arial" w:hAnsi="Arial"/>
          <w:lang w:val="en-GB"/>
        </w:rPr>
        <w:t xml:space="preserve">ext, be as concise as possible - </w:t>
      </w:r>
      <w:r w:rsidR="00B4138A" w:rsidRPr="00AD54C0">
        <w:rPr>
          <w:rFonts w:ascii="Arial" w:hAnsi="Arial"/>
          <w:lang w:val="en-GB"/>
        </w:rPr>
        <w:t>but also tell us everything.</w:t>
      </w:r>
    </w:p>
    <w:p w14:paraId="68D86670" w14:textId="77777777" w:rsidR="00B4138A" w:rsidRPr="00AD54C0" w:rsidRDefault="00B4138A" w:rsidP="00B4138A">
      <w:pPr>
        <w:spacing w:after="0" w:line="360" w:lineRule="auto"/>
        <w:jc w:val="both"/>
        <w:rPr>
          <w:lang w:val="en-GB"/>
        </w:rPr>
      </w:pPr>
    </w:p>
    <w:p w14:paraId="50DEBCAA" w14:textId="7F03E8F5" w:rsidR="00B4138A" w:rsidRPr="00AD54C0" w:rsidRDefault="001F0737" w:rsidP="00B4138A">
      <w:pPr>
        <w:spacing w:after="0" w:line="360" w:lineRule="auto"/>
        <w:jc w:val="both"/>
        <w:rPr>
          <w:lang w:val="en-GB"/>
        </w:rPr>
      </w:pPr>
      <w:r>
        <w:rPr>
          <w:rFonts w:ascii="Arial" w:hAnsi="Arial"/>
          <w:b/>
          <w:lang w:val="en-GB"/>
        </w:rPr>
        <w:t>Rio 39</w:t>
      </w:r>
    </w:p>
    <w:p w14:paraId="0BF8A7C4" w14:textId="44A118DD" w:rsidR="00B4138A" w:rsidRPr="00AD54C0" w:rsidRDefault="001F0737" w:rsidP="00B4138A">
      <w:pPr>
        <w:spacing w:after="0" w:line="360" w:lineRule="auto"/>
        <w:jc w:val="both"/>
        <w:rPr>
          <w:lang w:val="en-GB"/>
        </w:rPr>
      </w:pPr>
      <w:r>
        <w:rPr>
          <w:rFonts w:ascii="Arial" w:hAnsi="Arial"/>
          <w:lang w:val="en-GB"/>
        </w:rPr>
        <w:t>We were investigating microcephaly</w:t>
      </w:r>
      <w:r w:rsidR="00B4138A" w:rsidRPr="00AD54C0">
        <w:rPr>
          <w:rFonts w:ascii="Arial" w:hAnsi="Arial"/>
          <w:lang w:val="en-GB"/>
        </w:rPr>
        <w:t xml:space="preserve"> in</w:t>
      </w:r>
      <w:r>
        <w:rPr>
          <w:rFonts w:ascii="Arial" w:hAnsi="Arial"/>
          <w:lang w:val="en-GB"/>
        </w:rPr>
        <w:t xml:space="preserve"> babies but we didn’t see any child</w:t>
      </w:r>
      <w:r w:rsidR="00B4138A" w:rsidRPr="00AD54C0">
        <w:rPr>
          <w:rFonts w:ascii="Arial" w:hAnsi="Arial"/>
          <w:lang w:val="en-GB"/>
        </w:rPr>
        <w:t xml:space="preserve"> with </w:t>
      </w:r>
      <w:proofErr w:type="spellStart"/>
      <w:r w:rsidR="00B4138A" w:rsidRPr="00AD54C0">
        <w:rPr>
          <w:rFonts w:ascii="Arial" w:hAnsi="Arial"/>
          <w:lang w:val="en-GB"/>
        </w:rPr>
        <w:t>zika</w:t>
      </w:r>
      <w:proofErr w:type="spellEnd"/>
      <w:r w:rsidR="00B4138A" w:rsidRPr="00AD54C0">
        <w:rPr>
          <w:rFonts w:ascii="Arial" w:hAnsi="Arial"/>
          <w:lang w:val="en-GB"/>
        </w:rPr>
        <w:t xml:space="preserve">, they </w:t>
      </w:r>
      <w:r>
        <w:rPr>
          <w:rFonts w:ascii="Arial" w:hAnsi="Arial"/>
          <w:lang w:val="en-GB"/>
        </w:rPr>
        <w:t xml:space="preserve">only </w:t>
      </w:r>
      <w:r w:rsidR="00B4138A" w:rsidRPr="00AD54C0">
        <w:rPr>
          <w:rFonts w:ascii="Arial" w:hAnsi="Arial"/>
          <w:lang w:val="en-GB"/>
        </w:rPr>
        <w:t>had toxoplasmosis and other diseases</w:t>
      </w:r>
      <w:r>
        <w:rPr>
          <w:rFonts w:ascii="Arial" w:hAnsi="Arial"/>
          <w:lang w:val="en-GB"/>
        </w:rPr>
        <w:t>. These c</w:t>
      </w:r>
      <w:r w:rsidR="00B4138A" w:rsidRPr="00AD54C0">
        <w:rPr>
          <w:rFonts w:ascii="Arial" w:hAnsi="Arial"/>
          <w:lang w:val="en-GB"/>
        </w:rPr>
        <w:t>hildren do not die</w:t>
      </w:r>
      <w:r>
        <w:rPr>
          <w:rFonts w:ascii="Arial" w:hAnsi="Arial"/>
          <w:lang w:val="en-GB"/>
        </w:rPr>
        <w:t>,</w:t>
      </w:r>
      <w:r w:rsidR="00B4138A" w:rsidRPr="00AD54C0">
        <w:rPr>
          <w:rFonts w:ascii="Arial" w:hAnsi="Arial"/>
          <w:lang w:val="en-GB"/>
        </w:rPr>
        <w:t xml:space="preserve"> but </w:t>
      </w:r>
      <w:r>
        <w:rPr>
          <w:rFonts w:ascii="Arial" w:hAnsi="Arial"/>
          <w:lang w:val="en-GB"/>
        </w:rPr>
        <w:t xml:space="preserve">they </w:t>
      </w:r>
      <w:r w:rsidR="00B4138A" w:rsidRPr="00AD54C0">
        <w:rPr>
          <w:rFonts w:ascii="Arial" w:hAnsi="Arial"/>
          <w:lang w:val="en-GB"/>
        </w:rPr>
        <w:t xml:space="preserve">have a disability representing a </w:t>
      </w:r>
      <w:r w:rsidR="00B4138A" w:rsidRPr="00AD54C0">
        <w:rPr>
          <w:rFonts w:ascii="Arial" w:hAnsi="Arial"/>
          <w:lang w:val="en-GB"/>
        </w:rPr>
        <w:lastRenderedPageBreak/>
        <w:t xml:space="preserve">burden for society and health systems. In the case of toxoplasmosis and other diseases, you just need to have </w:t>
      </w:r>
      <w:r>
        <w:rPr>
          <w:rFonts w:ascii="Arial" w:hAnsi="Arial"/>
          <w:lang w:val="en-GB"/>
        </w:rPr>
        <w:t xml:space="preserve">clean </w:t>
      </w:r>
      <w:r w:rsidR="00B4138A" w:rsidRPr="00AD54C0">
        <w:rPr>
          <w:rFonts w:ascii="Arial" w:hAnsi="Arial"/>
          <w:lang w:val="en-GB"/>
        </w:rPr>
        <w:t xml:space="preserve">drinking water and </w:t>
      </w:r>
      <w:r>
        <w:rPr>
          <w:rFonts w:ascii="Arial" w:hAnsi="Arial"/>
          <w:lang w:val="en-GB"/>
        </w:rPr>
        <w:t>access to safe food</w:t>
      </w:r>
      <w:r w:rsidR="00B4138A" w:rsidRPr="00AD54C0">
        <w:rPr>
          <w:rFonts w:ascii="Arial" w:hAnsi="Arial"/>
          <w:lang w:val="en-GB"/>
        </w:rPr>
        <w:t>.</w:t>
      </w:r>
      <w:r>
        <w:rPr>
          <w:rFonts w:ascii="Arial" w:hAnsi="Arial"/>
          <w:lang w:val="en-GB"/>
        </w:rPr>
        <w:t xml:space="preserve"> These two things would be enough to control the disease.</w:t>
      </w:r>
      <w:r w:rsidR="00B4138A" w:rsidRPr="00AD54C0">
        <w:rPr>
          <w:rFonts w:ascii="Arial" w:hAnsi="Arial"/>
          <w:lang w:val="en-GB"/>
        </w:rPr>
        <w:t xml:space="preserve"> Maternal health is a priority in the region </w:t>
      </w:r>
      <w:r>
        <w:rPr>
          <w:rFonts w:ascii="Arial" w:hAnsi="Arial"/>
          <w:lang w:val="en-GB"/>
        </w:rPr>
        <w:t xml:space="preserve">as it places a large </w:t>
      </w:r>
      <w:r w:rsidR="00B4138A" w:rsidRPr="00AD54C0">
        <w:rPr>
          <w:rFonts w:ascii="Arial" w:hAnsi="Arial"/>
          <w:lang w:val="en-GB"/>
        </w:rPr>
        <w:t xml:space="preserve">burden </w:t>
      </w:r>
      <w:r>
        <w:rPr>
          <w:rFonts w:ascii="Arial" w:hAnsi="Arial"/>
          <w:lang w:val="en-GB"/>
        </w:rPr>
        <w:t>o</w:t>
      </w:r>
      <w:r w:rsidR="008714A8">
        <w:rPr>
          <w:rFonts w:ascii="Arial" w:hAnsi="Arial"/>
          <w:lang w:val="en-GB"/>
        </w:rPr>
        <w:t>n</w:t>
      </w:r>
      <w:r w:rsidR="00B4138A" w:rsidRPr="00AD54C0">
        <w:rPr>
          <w:rFonts w:ascii="Arial" w:hAnsi="Arial"/>
          <w:lang w:val="en-GB"/>
        </w:rPr>
        <w:t xml:space="preserve"> health systems. Very early in my career I saw a multimillion s</w:t>
      </w:r>
      <w:r>
        <w:rPr>
          <w:rFonts w:ascii="Arial" w:hAnsi="Arial"/>
          <w:lang w:val="en-GB"/>
        </w:rPr>
        <w:t xml:space="preserve">tudy in Brazil for a vaccine and I </w:t>
      </w:r>
      <w:r w:rsidR="00B4138A" w:rsidRPr="00AD54C0">
        <w:rPr>
          <w:rFonts w:ascii="Arial" w:hAnsi="Arial"/>
          <w:lang w:val="en-GB"/>
        </w:rPr>
        <w:t>could not understand how millions were spent in studying immunogenicity</w:t>
      </w:r>
      <w:r>
        <w:rPr>
          <w:rFonts w:ascii="Arial" w:hAnsi="Arial"/>
          <w:lang w:val="en-GB"/>
        </w:rPr>
        <w:t>,</w:t>
      </w:r>
      <w:r w:rsidR="00B4138A" w:rsidRPr="00AD54C0">
        <w:rPr>
          <w:rFonts w:ascii="Arial" w:hAnsi="Arial"/>
          <w:lang w:val="en-GB"/>
        </w:rPr>
        <w:t xml:space="preserve"> but the children didn’t have </w:t>
      </w:r>
      <w:r>
        <w:rPr>
          <w:rFonts w:ascii="Arial" w:hAnsi="Arial"/>
          <w:lang w:val="en-GB"/>
        </w:rPr>
        <w:t xml:space="preserve">any </w:t>
      </w:r>
      <w:r w:rsidR="00B4138A" w:rsidRPr="00AD54C0">
        <w:rPr>
          <w:rFonts w:ascii="Arial" w:hAnsi="Arial"/>
          <w:lang w:val="en-GB"/>
        </w:rPr>
        <w:t>shoes.</w:t>
      </w:r>
      <w:r w:rsidR="008714A8">
        <w:rPr>
          <w:rFonts w:ascii="Arial" w:hAnsi="Arial"/>
          <w:lang w:val="en-GB"/>
        </w:rPr>
        <w:t xml:space="preserve"> The organisations that want to finance these studies, they concentrate all of their capabilities on high technology, but shoes were seen to be more important than a vaccine.</w:t>
      </w:r>
      <w:r w:rsidR="00B4138A" w:rsidRPr="00AD54C0">
        <w:rPr>
          <w:rFonts w:ascii="Arial" w:hAnsi="Arial"/>
          <w:lang w:val="en-GB"/>
        </w:rPr>
        <w:t xml:space="preserve"> </w:t>
      </w:r>
      <w:r w:rsidR="008714A8">
        <w:rPr>
          <w:rFonts w:ascii="Arial" w:hAnsi="Arial"/>
          <w:lang w:val="en-GB"/>
        </w:rPr>
        <w:t>I understand the</w:t>
      </w:r>
      <w:r w:rsidR="00B4138A" w:rsidRPr="00AD54C0">
        <w:rPr>
          <w:rFonts w:ascii="Arial" w:hAnsi="Arial"/>
          <w:lang w:val="en-GB"/>
        </w:rPr>
        <w:t xml:space="preserve"> vaccines and immunology are super important but</w:t>
      </w:r>
      <w:r w:rsidR="008714A8">
        <w:rPr>
          <w:rFonts w:ascii="Arial" w:hAnsi="Arial"/>
          <w:lang w:val="en-GB"/>
        </w:rPr>
        <w:t xml:space="preserve">, sometimes </w:t>
      </w:r>
      <w:r w:rsidR="00B4138A" w:rsidRPr="00AD54C0">
        <w:rPr>
          <w:rFonts w:ascii="Arial" w:hAnsi="Arial"/>
          <w:lang w:val="en-GB"/>
        </w:rPr>
        <w:t>emphasis should</w:t>
      </w:r>
      <w:r>
        <w:rPr>
          <w:rFonts w:ascii="Arial" w:hAnsi="Arial"/>
          <w:lang w:val="en-GB"/>
        </w:rPr>
        <w:t xml:space="preserve"> be given to the low technology.</w:t>
      </w:r>
    </w:p>
    <w:p w14:paraId="5D48D428" w14:textId="77777777" w:rsidR="00B4138A" w:rsidRPr="00AD54C0" w:rsidRDefault="00B4138A" w:rsidP="00B4138A">
      <w:pPr>
        <w:spacing w:after="0" w:line="360" w:lineRule="auto"/>
        <w:jc w:val="both"/>
        <w:rPr>
          <w:lang w:val="en-GB"/>
        </w:rPr>
      </w:pPr>
    </w:p>
    <w:p w14:paraId="4DFFE716" w14:textId="238B5AB7" w:rsidR="00B4138A" w:rsidRPr="00AD54C0" w:rsidRDefault="008714A8" w:rsidP="00B4138A">
      <w:pPr>
        <w:spacing w:after="0" w:line="360" w:lineRule="auto"/>
        <w:jc w:val="both"/>
        <w:rPr>
          <w:lang w:val="en-GB"/>
        </w:rPr>
      </w:pPr>
      <w:r>
        <w:rPr>
          <w:rFonts w:ascii="Arial" w:hAnsi="Arial"/>
          <w:b/>
          <w:lang w:val="en-GB"/>
        </w:rPr>
        <w:t>Rio 37</w:t>
      </w:r>
    </w:p>
    <w:p w14:paraId="6D5107B0" w14:textId="04F2010E" w:rsidR="00B4138A" w:rsidRDefault="00B4138A" w:rsidP="00B4138A">
      <w:pPr>
        <w:spacing w:after="0" w:line="360" w:lineRule="auto"/>
        <w:jc w:val="both"/>
        <w:rPr>
          <w:rFonts w:ascii="Arial" w:hAnsi="Arial"/>
          <w:lang w:val="en-GB"/>
        </w:rPr>
      </w:pPr>
      <w:r w:rsidRPr="00AD54C0">
        <w:rPr>
          <w:rFonts w:ascii="Arial" w:hAnsi="Arial"/>
          <w:lang w:val="en-GB"/>
        </w:rPr>
        <w:t>I would like to talk about diseases in a more integrated mann</w:t>
      </w:r>
      <w:r w:rsidR="008714A8">
        <w:rPr>
          <w:rFonts w:ascii="Arial" w:hAnsi="Arial"/>
          <w:lang w:val="en-GB"/>
        </w:rPr>
        <w:t>er. We were</w:t>
      </w:r>
      <w:r w:rsidRPr="00AD54C0">
        <w:rPr>
          <w:rFonts w:ascii="Arial" w:hAnsi="Arial"/>
          <w:lang w:val="en-GB"/>
        </w:rPr>
        <w:t xml:space="preserve"> shown a very specific list of </w:t>
      </w:r>
      <w:r w:rsidR="008714A8">
        <w:rPr>
          <w:rFonts w:ascii="Arial" w:hAnsi="Arial"/>
          <w:lang w:val="en-GB"/>
        </w:rPr>
        <w:t>diseases but on the</w:t>
      </w:r>
      <w:r w:rsidRPr="00AD54C0">
        <w:rPr>
          <w:rFonts w:ascii="Arial" w:hAnsi="Arial"/>
          <w:lang w:val="en-GB"/>
        </w:rPr>
        <w:t xml:space="preserve"> last slide, </w:t>
      </w:r>
      <w:r w:rsidR="008714A8">
        <w:rPr>
          <w:rFonts w:ascii="Arial" w:hAnsi="Arial"/>
          <w:lang w:val="en-GB"/>
        </w:rPr>
        <w:t xml:space="preserve">and </w:t>
      </w:r>
      <w:r w:rsidRPr="00AD54C0">
        <w:rPr>
          <w:rFonts w:ascii="Arial" w:hAnsi="Arial"/>
          <w:lang w:val="en-GB"/>
        </w:rPr>
        <w:t xml:space="preserve">we </w:t>
      </w:r>
      <w:r w:rsidR="008714A8">
        <w:rPr>
          <w:rFonts w:ascii="Arial" w:hAnsi="Arial"/>
          <w:lang w:val="en-GB"/>
        </w:rPr>
        <w:t>saw a number of things that we have not discussed. On this slide,</w:t>
      </w:r>
      <w:r w:rsidRPr="00AD54C0">
        <w:rPr>
          <w:rFonts w:ascii="Arial" w:hAnsi="Arial"/>
          <w:lang w:val="en-GB"/>
        </w:rPr>
        <w:t xml:space="preserve"> </w:t>
      </w:r>
      <w:r w:rsidR="008714A8">
        <w:rPr>
          <w:rFonts w:ascii="Arial" w:hAnsi="Arial"/>
          <w:lang w:val="en-GB"/>
        </w:rPr>
        <w:t>there are groupings in which</w:t>
      </w:r>
      <w:r w:rsidRPr="00AD54C0">
        <w:rPr>
          <w:rFonts w:ascii="Arial" w:hAnsi="Arial"/>
          <w:lang w:val="en-GB"/>
        </w:rPr>
        <w:t xml:space="preserve"> different diseases can be included: sexually transmitted disease</w:t>
      </w:r>
      <w:r w:rsidR="008714A8">
        <w:rPr>
          <w:rFonts w:ascii="Arial" w:hAnsi="Arial"/>
          <w:lang w:val="en-GB"/>
        </w:rPr>
        <w:t>s</w:t>
      </w:r>
      <w:r w:rsidRPr="00AD54C0">
        <w:rPr>
          <w:rFonts w:ascii="Arial" w:hAnsi="Arial"/>
          <w:lang w:val="en-GB"/>
        </w:rPr>
        <w:t>, diarrheal</w:t>
      </w:r>
      <w:r w:rsidR="008714A8">
        <w:rPr>
          <w:rFonts w:ascii="Arial" w:hAnsi="Arial"/>
          <w:lang w:val="en-GB"/>
        </w:rPr>
        <w:t xml:space="preserve"> diseases and</w:t>
      </w:r>
      <w:r w:rsidRPr="00AD54C0">
        <w:rPr>
          <w:rFonts w:ascii="Arial" w:hAnsi="Arial"/>
          <w:lang w:val="en-GB"/>
        </w:rPr>
        <w:t xml:space="preserve"> cholera</w:t>
      </w:r>
      <w:r w:rsidR="008714A8">
        <w:rPr>
          <w:rFonts w:ascii="Arial" w:hAnsi="Arial"/>
          <w:lang w:val="en-GB"/>
        </w:rPr>
        <w:t>, etc</w:t>
      </w:r>
      <w:r w:rsidRPr="00AD54C0">
        <w:rPr>
          <w:rFonts w:ascii="Arial" w:hAnsi="Arial"/>
          <w:lang w:val="en-GB"/>
        </w:rPr>
        <w:t xml:space="preserve">. </w:t>
      </w:r>
      <w:r w:rsidR="008714A8">
        <w:rPr>
          <w:rFonts w:ascii="Arial" w:hAnsi="Arial"/>
          <w:lang w:val="en-GB"/>
        </w:rPr>
        <w:t xml:space="preserve">We have seen a </w:t>
      </w:r>
      <w:r w:rsidRPr="00AD54C0">
        <w:rPr>
          <w:rFonts w:ascii="Arial" w:hAnsi="Arial"/>
          <w:lang w:val="en-GB"/>
        </w:rPr>
        <w:t xml:space="preserve">growing number of HIV </w:t>
      </w:r>
      <w:r w:rsidR="008714A8">
        <w:rPr>
          <w:rFonts w:ascii="Arial" w:hAnsi="Arial"/>
          <w:lang w:val="en-GB"/>
        </w:rPr>
        <w:t xml:space="preserve">cases, </w:t>
      </w:r>
      <w:r w:rsidRPr="00AD54C0">
        <w:rPr>
          <w:rFonts w:ascii="Arial" w:hAnsi="Arial"/>
          <w:lang w:val="en-GB"/>
        </w:rPr>
        <w:t xml:space="preserve">as we heard from a colleague </w:t>
      </w:r>
      <w:r w:rsidR="008714A8">
        <w:rPr>
          <w:rFonts w:ascii="Arial" w:hAnsi="Arial"/>
          <w:lang w:val="en-GB"/>
        </w:rPr>
        <w:t>-</w:t>
      </w:r>
      <w:r w:rsidRPr="00AD54C0">
        <w:rPr>
          <w:rFonts w:ascii="Arial" w:hAnsi="Arial"/>
          <w:lang w:val="en-GB"/>
        </w:rPr>
        <w:t xml:space="preserve"> we can </w:t>
      </w:r>
      <w:r w:rsidR="008714A8">
        <w:rPr>
          <w:rFonts w:ascii="Arial" w:hAnsi="Arial"/>
          <w:lang w:val="en-GB"/>
        </w:rPr>
        <w:t xml:space="preserve">draw a relationship between </w:t>
      </w:r>
      <w:proofErr w:type="gramStart"/>
      <w:r w:rsidR="008714A8">
        <w:rPr>
          <w:rFonts w:ascii="Arial" w:hAnsi="Arial"/>
          <w:lang w:val="en-GB"/>
        </w:rPr>
        <w:t>education</w:t>
      </w:r>
      <w:proofErr w:type="gramEnd"/>
      <w:r w:rsidR="008714A8">
        <w:rPr>
          <w:rFonts w:ascii="Arial" w:hAnsi="Arial"/>
          <w:lang w:val="en-GB"/>
        </w:rPr>
        <w:t>. Y</w:t>
      </w:r>
      <w:r w:rsidRPr="00AD54C0">
        <w:rPr>
          <w:rFonts w:ascii="Arial" w:hAnsi="Arial"/>
          <w:lang w:val="en-GB"/>
        </w:rPr>
        <w:t>ounger peo</w:t>
      </w:r>
      <w:r w:rsidR="008714A8">
        <w:rPr>
          <w:rFonts w:ascii="Arial" w:hAnsi="Arial"/>
          <w:lang w:val="en-GB"/>
        </w:rPr>
        <w:t>ple today are not afraid of HIV/</w:t>
      </w:r>
      <w:r w:rsidRPr="00AD54C0">
        <w:rPr>
          <w:rFonts w:ascii="Arial" w:hAnsi="Arial"/>
          <w:lang w:val="en-GB"/>
        </w:rPr>
        <w:t>A</w:t>
      </w:r>
      <w:r w:rsidR="008714A8">
        <w:rPr>
          <w:rFonts w:ascii="Arial" w:hAnsi="Arial"/>
          <w:lang w:val="en-GB"/>
        </w:rPr>
        <w:t>IDS because there's a treatment, and</w:t>
      </w:r>
      <w:r w:rsidRPr="00AD54C0">
        <w:rPr>
          <w:rFonts w:ascii="Arial" w:hAnsi="Arial"/>
          <w:lang w:val="en-GB"/>
        </w:rPr>
        <w:t xml:space="preserve"> very few people die as we have an effective treatment. So, they're not afraid of contracting the virus. </w:t>
      </w:r>
      <w:r w:rsidR="008714A8">
        <w:rPr>
          <w:rFonts w:ascii="Arial" w:hAnsi="Arial"/>
          <w:lang w:val="en-GB"/>
        </w:rPr>
        <w:t>What then happens is</w:t>
      </w:r>
      <w:r w:rsidRPr="00AD54C0">
        <w:rPr>
          <w:rFonts w:ascii="Arial" w:hAnsi="Arial"/>
          <w:lang w:val="en-GB"/>
        </w:rPr>
        <w:t xml:space="preserve"> there </w:t>
      </w:r>
      <w:r w:rsidR="008714A8">
        <w:rPr>
          <w:rFonts w:ascii="Arial" w:hAnsi="Arial"/>
          <w:lang w:val="en-GB"/>
        </w:rPr>
        <w:t xml:space="preserve">is </w:t>
      </w:r>
      <w:r w:rsidRPr="00AD54C0">
        <w:rPr>
          <w:rFonts w:ascii="Arial" w:hAnsi="Arial"/>
          <w:lang w:val="en-GB"/>
        </w:rPr>
        <w:t xml:space="preserve">not only a progression of HIV, but </w:t>
      </w:r>
      <w:r w:rsidR="008714A8">
        <w:rPr>
          <w:rFonts w:ascii="Arial" w:hAnsi="Arial"/>
          <w:lang w:val="en-GB"/>
        </w:rPr>
        <w:t>of the</w:t>
      </w:r>
      <w:r w:rsidRPr="00AD54C0">
        <w:rPr>
          <w:rFonts w:ascii="Arial" w:hAnsi="Arial"/>
          <w:lang w:val="en-GB"/>
        </w:rPr>
        <w:t xml:space="preserve"> other sexually transmitted </w:t>
      </w:r>
      <w:r w:rsidR="008714A8" w:rsidRPr="00AD54C0">
        <w:rPr>
          <w:rFonts w:ascii="Arial" w:hAnsi="Arial"/>
          <w:lang w:val="en-GB"/>
        </w:rPr>
        <w:t>infectio</w:t>
      </w:r>
      <w:r w:rsidR="008714A8">
        <w:rPr>
          <w:rFonts w:ascii="Arial" w:hAnsi="Arial"/>
          <w:lang w:val="en-GB"/>
        </w:rPr>
        <w:t xml:space="preserve">ns. I work with </w:t>
      </w:r>
      <w:r w:rsidR="008714A8" w:rsidRPr="00AD54C0">
        <w:rPr>
          <w:rFonts w:ascii="Arial" w:hAnsi="Arial"/>
          <w:lang w:val="en-GB"/>
        </w:rPr>
        <w:t>sexually transmitted infectio</w:t>
      </w:r>
      <w:r w:rsidR="008714A8">
        <w:rPr>
          <w:rFonts w:ascii="Arial" w:hAnsi="Arial"/>
          <w:lang w:val="en-GB"/>
        </w:rPr>
        <w:t xml:space="preserve">ns. Alongside the growing rates of </w:t>
      </w:r>
      <w:r w:rsidRPr="00AD54C0">
        <w:rPr>
          <w:rFonts w:ascii="Arial" w:hAnsi="Arial"/>
          <w:lang w:val="en-GB"/>
        </w:rPr>
        <w:t>HIV, you have syphilis, gonorrhoea, other diseases associated</w:t>
      </w:r>
      <w:r w:rsidR="008714A8">
        <w:rPr>
          <w:rFonts w:ascii="Arial" w:hAnsi="Arial"/>
          <w:lang w:val="en-GB"/>
        </w:rPr>
        <w:t>.</w:t>
      </w:r>
      <w:r w:rsidRPr="00AD54C0">
        <w:rPr>
          <w:rFonts w:ascii="Arial" w:hAnsi="Arial"/>
          <w:lang w:val="en-GB"/>
        </w:rPr>
        <w:t xml:space="preserve"> </w:t>
      </w:r>
      <w:r w:rsidR="008714A8">
        <w:rPr>
          <w:rFonts w:ascii="Arial" w:hAnsi="Arial"/>
          <w:lang w:val="en-GB"/>
        </w:rPr>
        <w:t xml:space="preserve">If </w:t>
      </w:r>
      <w:r w:rsidRPr="00AD54C0">
        <w:rPr>
          <w:rFonts w:ascii="Arial" w:hAnsi="Arial"/>
          <w:lang w:val="en-GB"/>
        </w:rPr>
        <w:t xml:space="preserve">you have an investigation for </w:t>
      </w:r>
      <w:r w:rsidR="008714A8">
        <w:rPr>
          <w:rFonts w:ascii="Arial" w:hAnsi="Arial"/>
          <w:lang w:val="en-GB"/>
        </w:rPr>
        <w:t xml:space="preserve">a </w:t>
      </w:r>
      <w:r w:rsidRPr="00AD54C0">
        <w:rPr>
          <w:rFonts w:ascii="Arial" w:hAnsi="Arial"/>
          <w:lang w:val="en-GB"/>
        </w:rPr>
        <w:t xml:space="preserve">disease that is growing, you have </w:t>
      </w:r>
      <w:r w:rsidR="008714A8">
        <w:rPr>
          <w:rFonts w:ascii="Arial" w:hAnsi="Arial"/>
          <w:lang w:val="en-GB"/>
        </w:rPr>
        <w:t>to investigate</w:t>
      </w:r>
      <w:r w:rsidRPr="00AD54C0">
        <w:rPr>
          <w:rFonts w:ascii="Arial" w:hAnsi="Arial"/>
          <w:lang w:val="en-GB"/>
        </w:rPr>
        <w:t xml:space="preserve"> cases of other </w:t>
      </w:r>
      <w:r w:rsidR="008714A8">
        <w:rPr>
          <w:rFonts w:ascii="Arial" w:hAnsi="Arial"/>
          <w:lang w:val="en-GB"/>
        </w:rPr>
        <w:t xml:space="preserve">associated </w:t>
      </w:r>
      <w:r w:rsidRPr="00AD54C0">
        <w:rPr>
          <w:rFonts w:ascii="Arial" w:hAnsi="Arial"/>
          <w:lang w:val="en-GB"/>
        </w:rPr>
        <w:t>diseases. There is an anti</w:t>
      </w:r>
      <w:r w:rsidR="007B10D4">
        <w:rPr>
          <w:rFonts w:ascii="Arial" w:hAnsi="Arial"/>
          <w:lang w:val="en-GB"/>
        </w:rPr>
        <w:t>-</w:t>
      </w:r>
      <w:r w:rsidRPr="00AD54C0">
        <w:rPr>
          <w:rFonts w:ascii="Arial" w:hAnsi="Arial"/>
          <w:lang w:val="en-GB"/>
        </w:rPr>
        <w:t>vax movement in the world, so we should think of how to communicate how to reach more people, people with low education, trying to fight the impact of anti</w:t>
      </w:r>
      <w:r w:rsidR="007B10D4">
        <w:rPr>
          <w:rFonts w:ascii="Arial" w:hAnsi="Arial"/>
          <w:lang w:val="en-GB"/>
        </w:rPr>
        <w:t>-</w:t>
      </w:r>
      <w:r w:rsidRPr="00AD54C0">
        <w:rPr>
          <w:rFonts w:ascii="Arial" w:hAnsi="Arial"/>
          <w:lang w:val="en-GB"/>
        </w:rPr>
        <w:t xml:space="preserve">vax. We have to think of religion, how to talk. </w:t>
      </w:r>
      <w:r w:rsidR="008714A8">
        <w:rPr>
          <w:rFonts w:ascii="Arial" w:hAnsi="Arial"/>
          <w:lang w:val="en-GB"/>
        </w:rPr>
        <w:t>But we have to think about not only preventative methods that focus on one disease, but on other diseases within the same niche.</w:t>
      </w:r>
    </w:p>
    <w:p w14:paraId="531F29C9" w14:textId="77777777" w:rsidR="00B45B9F" w:rsidRPr="00AD54C0" w:rsidRDefault="00B45B9F" w:rsidP="00B4138A">
      <w:pPr>
        <w:spacing w:after="0" w:line="360" w:lineRule="auto"/>
        <w:jc w:val="both"/>
        <w:rPr>
          <w:rFonts w:ascii="Arial" w:hAnsi="Arial"/>
          <w:lang w:val="en-GB"/>
        </w:rPr>
      </w:pPr>
    </w:p>
    <w:p w14:paraId="2E448E74" w14:textId="479FA461" w:rsidR="00B4138A" w:rsidRPr="00AD54C0" w:rsidRDefault="008714A8" w:rsidP="00B4138A">
      <w:pPr>
        <w:spacing w:after="0" w:line="360" w:lineRule="auto"/>
        <w:jc w:val="both"/>
        <w:rPr>
          <w:lang w:val="en-GB"/>
        </w:rPr>
      </w:pPr>
      <w:r>
        <w:rPr>
          <w:rFonts w:ascii="Arial" w:hAnsi="Arial"/>
          <w:b/>
          <w:lang w:val="en-GB"/>
        </w:rPr>
        <w:t>Rio 46</w:t>
      </w:r>
    </w:p>
    <w:p w14:paraId="1719BF07" w14:textId="4971999F" w:rsidR="00B4138A" w:rsidRPr="00AD54C0" w:rsidRDefault="00B4138A" w:rsidP="00B4138A">
      <w:pPr>
        <w:spacing w:after="0" w:line="360" w:lineRule="auto"/>
        <w:jc w:val="both"/>
        <w:rPr>
          <w:lang w:val="en-GB"/>
        </w:rPr>
      </w:pPr>
      <w:r w:rsidRPr="00AD54C0">
        <w:rPr>
          <w:rFonts w:ascii="Arial" w:hAnsi="Arial"/>
          <w:lang w:val="en-GB"/>
        </w:rPr>
        <w:t>I believe that some of the comments are o</w:t>
      </w:r>
      <w:r w:rsidR="00825CB1">
        <w:rPr>
          <w:rFonts w:ascii="Arial" w:hAnsi="Arial"/>
          <w:lang w:val="en-GB"/>
        </w:rPr>
        <w:t xml:space="preserve">bvious, that in order to have </w:t>
      </w:r>
      <w:r w:rsidRPr="00AD54C0">
        <w:rPr>
          <w:rFonts w:ascii="Arial" w:hAnsi="Arial"/>
          <w:lang w:val="en-GB"/>
        </w:rPr>
        <w:t xml:space="preserve">surveillance we must think </w:t>
      </w:r>
      <w:r w:rsidR="00825CB1">
        <w:rPr>
          <w:rFonts w:ascii="Arial" w:hAnsi="Arial"/>
          <w:lang w:val="en-GB"/>
        </w:rPr>
        <w:t xml:space="preserve">of a syndromic intervention, and with regards </w:t>
      </w:r>
      <w:r w:rsidRPr="00AD54C0">
        <w:rPr>
          <w:rFonts w:ascii="Arial" w:hAnsi="Arial"/>
          <w:lang w:val="en-GB"/>
        </w:rPr>
        <w:t>to protection we must think of th</w:t>
      </w:r>
      <w:r w:rsidR="00825CB1">
        <w:rPr>
          <w:rFonts w:ascii="Arial" w:hAnsi="Arial"/>
          <w:lang w:val="en-GB"/>
        </w:rPr>
        <w:t xml:space="preserve">e exposure and transmission, </w:t>
      </w:r>
      <w:r w:rsidRPr="00AD54C0">
        <w:rPr>
          <w:rFonts w:ascii="Arial" w:hAnsi="Arial"/>
          <w:lang w:val="en-GB"/>
        </w:rPr>
        <w:t>and we have talked about the</w:t>
      </w:r>
      <w:r w:rsidR="00825CB1">
        <w:rPr>
          <w:rFonts w:ascii="Arial" w:hAnsi="Arial"/>
          <w:lang w:val="en-GB"/>
        </w:rPr>
        <w:t xml:space="preserve"> use of the land instead of solely </w:t>
      </w:r>
      <w:r w:rsidRPr="00AD54C0">
        <w:rPr>
          <w:rFonts w:ascii="Arial" w:hAnsi="Arial"/>
          <w:lang w:val="en-GB"/>
        </w:rPr>
        <w:t xml:space="preserve">urbanization itself. Instead of climate change, maybe we should think of extraordinary climate events that affect </w:t>
      </w:r>
      <w:r w:rsidR="00825CB1">
        <w:rPr>
          <w:rFonts w:ascii="Arial" w:hAnsi="Arial"/>
          <w:lang w:val="en-GB"/>
        </w:rPr>
        <w:t xml:space="preserve">us a lot. And many times, we have a certain approach to communication, but we never listen to what the population says, and </w:t>
      </w:r>
      <w:r w:rsidRPr="00AD54C0">
        <w:rPr>
          <w:rFonts w:ascii="Arial" w:hAnsi="Arial"/>
          <w:lang w:val="en-GB"/>
        </w:rPr>
        <w:t xml:space="preserve">we believe that </w:t>
      </w:r>
      <w:r w:rsidR="00825CB1">
        <w:rPr>
          <w:rFonts w:ascii="Arial" w:hAnsi="Arial"/>
          <w:lang w:val="en-GB"/>
        </w:rPr>
        <w:t>constitutes</w:t>
      </w:r>
      <w:r w:rsidRPr="00AD54C0">
        <w:rPr>
          <w:rFonts w:ascii="Arial" w:hAnsi="Arial"/>
          <w:lang w:val="en-GB"/>
        </w:rPr>
        <w:t xml:space="preserve"> communicatio</w:t>
      </w:r>
      <w:r w:rsidR="00825CB1">
        <w:rPr>
          <w:rFonts w:ascii="Arial" w:hAnsi="Arial"/>
          <w:lang w:val="en-GB"/>
        </w:rPr>
        <w:t>n. Shoes are very good, but the population</w:t>
      </w:r>
      <w:r w:rsidRPr="00AD54C0">
        <w:rPr>
          <w:rFonts w:ascii="Arial" w:hAnsi="Arial"/>
          <w:lang w:val="en-GB"/>
        </w:rPr>
        <w:t xml:space="preserve"> must know if shoes are </w:t>
      </w:r>
      <w:r w:rsidR="00825CB1">
        <w:rPr>
          <w:rFonts w:ascii="Arial" w:hAnsi="Arial"/>
          <w:lang w:val="en-GB"/>
        </w:rPr>
        <w:t>an option, and we must know if the population will accept them. We have to listen better.</w:t>
      </w:r>
    </w:p>
    <w:p w14:paraId="51C21C93" w14:textId="77777777" w:rsidR="00B4138A" w:rsidRPr="00AD54C0" w:rsidRDefault="00B4138A" w:rsidP="00B4138A">
      <w:pPr>
        <w:spacing w:after="0" w:line="360" w:lineRule="auto"/>
        <w:jc w:val="both"/>
        <w:rPr>
          <w:lang w:val="en-GB"/>
        </w:rPr>
      </w:pPr>
    </w:p>
    <w:p w14:paraId="55F3F225" w14:textId="77777777" w:rsidR="00C761BC" w:rsidRDefault="00C761BC" w:rsidP="00B4138A">
      <w:pPr>
        <w:spacing w:after="0" w:line="360" w:lineRule="auto"/>
        <w:jc w:val="both"/>
        <w:rPr>
          <w:rFonts w:ascii="Arial" w:hAnsi="Arial"/>
          <w:b/>
          <w:lang w:val="en-GB"/>
        </w:rPr>
      </w:pPr>
    </w:p>
    <w:p w14:paraId="1ECF139D" w14:textId="166C5B36" w:rsidR="00B4138A" w:rsidRPr="00AD54C0" w:rsidRDefault="008714A8" w:rsidP="00B4138A">
      <w:pPr>
        <w:spacing w:after="0" w:line="360" w:lineRule="auto"/>
        <w:jc w:val="both"/>
        <w:rPr>
          <w:lang w:val="en-GB"/>
        </w:rPr>
      </w:pPr>
      <w:r>
        <w:rPr>
          <w:rFonts w:ascii="Arial" w:hAnsi="Arial"/>
          <w:b/>
          <w:lang w:val="en-GB"/>
        </w:rPr>
        <w:t>Rio Facilitator 1</w:t>
      </w:r>
    </w:p>
    <w:p w14:paraId="09302A35" w14:textId="29CD9B25" w:rsidR="00B4138A" w:rsidRPr="00AD54C0" w:rsidRDefault="00825CB1" w:rsidP="00B4138A">
      <w:pPr>
        <w:spacing w:after="0" w:line="360" w:lineRule="auto"/>
        <w:jc w:val="both"/>
        <w:rPr>
          <w:lang w:val="en-GB"/>
        </w:rPr>
      </w:pPr>
      <w:r>
        <w:rPr>
          <w:rFonts w:ascii="Arial" w:hAnsi="Arial"/>
          <w:lang w:val="en-GB"/>
        </w:rPr>
        <w:t>I appreciate that w</w:t>
      </w:r>
      <w:r w:rsidR="00B4138A" w:rsidRPr="00AD54C0">
        <w:rPr>
          <w:rFonts w:ascii="Arial" w:hAnsi="Arial"/>
          <w:lang w:val="en-GB"/>
        </w:rPr>
        <w:t xml:space="preserve">e've got so many really </w:t>
      </w:r>
      <w:r>
        <w:rPr>
          <w:rFonts w:ascii="Arial" w:hAnsi="Arial"/>
          <w:lang w:val="en-GB"/>
        </w:rPr>
        <w:t>interesting points to capture, b</w:t>
      </w:r>
      <w:r w:rsidR="00B4138A" w:rsidRPr="00AD54C0">
        <w:rPr>
          <w:rFonts w:ascii="Arial" w:hAnsi="Arial"/>
          <w:lang w:val="en-GB"/>
        </w:rPr>
        <w:t xml:space="preserve">ut we're getting close to time now. So, I'm going to come over here again. Is there anything </w:t>
      </w:r>
      <w:r>
        <w:rPr>
          <w:rFonts w:ascii="Arial" w:hAnsi="Arial"/>
          <w:lang w:val="en-GB"/>
        </w:rPr>
        <w:t>on the chats before we wrap up?</w:t>
      </w:r>
    </w:p>
    <w:p w14:paraId="17CFE143" w14:textId="77777777" w:rsidR="00B4138A" w:rsidRPr="00AD54C0" w:rsidRDefault="00B4138A" w:rsidP="00B4138A">
      <w:pPr>
        <w:spacing w:after="0" w:line="360" w:lineRule="auto"/>
        <w:jc w:val="both"/>
        <w:rPr>
          <w:lang w:val="en-GB"/>
        </w:rPr>
      </w:pPr>
    </w:p>
    <w:p w14:paraId="1D018F0C" w14:textId="1DDC8172" w:rsidR="00B4138A" w:rsidRPr="00AD54C0" w:rsidRDefault="00825CB1" w:rsidP="00B4138A">
      <w:pPr>
        <w:spacing w:after="0" w:line="360" w:lineRule="auto"/>
        <w:jc w:val="both"/>
        <w:rPr>
          <w:lang w:val="en-GB"/>
        </w:rPr>
      </w:pPr>
      <w:r>
        <w:rPr>
          <w:rFonts w:ascii="Arial" w:hAnsi="Arial"/>
          <w:b/>
          <w:lang w:val="en-GB"/>
        </w:rPr>
        <w:t>Rio 2</w:t>
      </w:r>
    </w:p>
    <w:p w14:paraId="2B28F5D0" w14:textId="77777777" w:rsidR="00825CB1" w:rsidRDefault="00825CB1" w:rsidP="00B4138A">
      <w:pPr>
        <w:spacing w:after="0" w:line="360" w:lineRule="auto"/>
        <w:jc w:val="both"/>
        <w:rPr>
          <w:rFonts w:ascii="Arial" w:hAnsi="Arial"/>
          <w:lang w:val="en-GB"/>
        </w:rPr>
      </w:pPr>
      <w:r>
        <w:rPr>
          <w:rFonts w:ascii="Arial" w:hAnsi="Arial"/>
          <w:lang w:val="en-GB"/>
        </w:rPr>
        <w:t>I guess there are groups of</w:t>
      </w:r>
      <w:r w:rsidR="00B4138A" w:rsidRPr="00AD54C0">
        <w:rPr>
          <w:rFonts w:ascii="Arial" w:hAnsi="Arial"/>
          <w:lang w:val="en-GB"/>
        </w:rPr>
        <w:t xml:space="preserve"> diseases that were not prioritized because we don't have </w:t>
      </w:r>
      <w:r>
        <w:rPr>
          <w:rFonts w:ascii="Arial" w:hAnsi="Arial"/>
          <w:lang w:val="en-GB"/>
        </w:rPr>
        <w:t xml:space="preserve">robust </w:t>
      </w:r>
      <w:r w:rsidR="00B4138A" w:rsidRPr="00AD54C0">
        <w:rPr>
          <w:rFonts w:ascii="Arial" w:hAnsi="Arial"/>
          <w:lang w:val="en-GB"/>
        </w:rPr>
        <w:t>epidemiological robust data to understand the magnitude</w:t>
      </w:r>
      <w:r>
        <w:rPr>
          <w:rFonts w:ascii="Arial" w:hAnsi="Arial"/>
          <w:lang w:val="en-GB"/>
        </w:rPr>
        <w:t>, the reach, of those</w:t>
      </w:r>
      <w:r w:rsidR="00B4138A" w:rsidRPr="00AD54C0">
        <w:rPr>
          <w:rFonts w:ascii="Arial" w:hAnsi="Arial"/>
          <w:lang w:val="en-GB"/>
        </w:rPr>
        <w:t xml:space="preserve"> disease and I would</w:t>
      </w:r>
      <w:r>
        <w:rPr>
          <w:rFonts w:ascii="Arial" w:hAnsi="Arial"/>
          <w:lang w:val="en-GB"/>
        </w:rPr>
        <w:t xml:space="preserve"> include fungal disease and resistant organisms. T</w:t>
      </w:r>
      <w:r w:rsidR="00B4138A" w:rsidRPr="00AD54C0">
        <w:rPr>
          <w:rFonts w:ascii="Arial" w:hAnsi="Arial"/>
          <w:lang w:val="en-GB"/>
        </w:rPr>
        <w:t>here are certain groups that were no</w:t>
      </w:r>
      <w:r>
        <w:rPr>
          <w:rFonts w:ascii="Arial" w:hAnsi="Arial"/>
          <w:lang w:val="en-GB"/>
        </w:rPr>
        <w:t>t prioritize, maybe because we</w:t>
      </w:r>
      <w:r w:rsidR="00B4138A" w:rsidRPr="00AD54C0">
        <w:rPr>
          <w:rFonts w:ascii="Arial" w:hAnsi="Arial"/>
          <w:lang w:val="en-GB"/>
        </w:rPr>
        <w:t xml:space="preserve"> do not </w:t>
      </w:r>
      <w:r>
        <w:rPr>
          <w:rFonts w:ascii="Arial" w:hAnsi="Arial"/>
          <w:lang w:val="en-GB"/>
        </w:rPr>
        <w:t>understand the new d</w:t>
      </w:r>
      <w:r w:rsidR="00B4138A" w:rsidRPr="00AD54C0">
        <w:rPr>
          <w:rFonts w:ascii="Arial" w:hAnsi="Arial"/>
          <w:lang w:val="en-GB"/>
        </w:rPr>
        <w:t>ynamics, such as Chagas disease in oral and vertical transmission lines, and even leishmaniasis with the i</w:t>
      </w:r>
      <w:r>
        <w:rPr>
          <w:rFonts w:ascii="Arial" w:hAnsi="Arial"/>
          <w:lang w:val="en-GB"/>
        </w:rPr>
        <w:t>ssue of urban transmission. M</w:t>
      </w:r>
      <w:r w:rsidR="00B4138A" w:rsidRPr="00AD54C0">
        <w:rPr>
          <w:rFonts w:ascii="Arial" w:hAnsi="Arial"/>
          <w:lang w:val="en-GB"/>
        </w:rPr>
        <w:t xml:space="preserve">aybe </w:t>
      </w:r>
      <w:r>
        <w:rPr>
          <w:rFonts w:ascii="Arial" w:hAnsi="Arial"/>
          <w:lang w:val="en-GB"/>
        </w:rPr>
        <w:t>survey respondents</w:t>
      </w:r>
      <w:r w:rsidR="00B4138A" w:rsidRPr="00AD54C0">
        <w:rPr>
          <w:rFonts w:ascii="Arial" w:hAnsi="Arial"/>
          <w:lang w:val="en-GB"/>
        </w:rPr>
        <w:t xml:space="preserve"> were not prioritizing the </w:t>
      </w:r>
      <w:r>
        <w:rPr>
          <w:rFonts w:ascii="Arial" w:hAnsi="Arial"/>
          <w:lang w:val="en-GB"/>
        </w:rPr>
        <w:t xml:space="preserve">diarrheal </w:t>
      </w:r>
      <w:r w:rsidR="00B4138A" w:rsidRPr="00AD54C0">
        <w:rPr>
          <w:rFonts w:ascii="Arial" w:hAnsi="Arial"/>
          <w:lang w:val="en-GB"/>
        </w:rPr>
        <w:t xml:space="preserve">diseases, because </w:t>
      </w:r>
      <w:r>
        <w:rPr>
          <w:rFonts w:ascii="Arial" w:hAnsi="Arial"/>
          <w:lang w:val="en-GB"/>
        </w:rPr>
        <w:t>these are perceived to be lower risk lower risk. W</w:t>
      </w:r>
      <w:r w:rsidR="00B4138A" w:rsidRPr="00AD54C0">
        <w:rPr>
          <w:rFonts w:ascii="Arial" w:hAnsi="Arial"/>
          <w:lang w:val="en-GB"/>
        </w:rPr>
        <w:t xml:space="preserve">ith regards to </w:t>
      </w:r>
      <w:r>
        <w:rPr>
          <w:rFonts w:ascii="Arial" w:hAnsi="Arial"/>
          <w:lang w:val="en-GB"/>
        </w:rPr>
        <w:t>avian influenza</w:t>
      </w:r>
      <w:r w:rsidR="00B4138A" w:rsidRPr="00AD54C0">
        <w:rPr>
          <w:rFonts w:ascii="Arial" w:hAnsi="Arial"/>
          <w:lang w:val="en-GB"/>
        </w:rPr>
        <w:t>, it's no surprise that it was not prioritize</w:t>
      </w:r>
      <w:r>
        <w:rPr>
          <w:rFonts w:ascii="Arial" w:hAnsi="Arial"/>
          <w:lang w:val="en-GB"/>
        </w:rPr>
        <w:t>d</w:t>
      </w:r>
      <w:r w:rsidR="00B4138A" w:rsidRPr="00AD54C0">
        <w:rPr>
          <w:rFonts w:ascii="Arial" w:hAnsi="Arial"/>
          <w:lang w:val="en-GB"/>
        </w:rPr>
        <w:t>, because there might be an association with the idea that it'</w:t>
      </w:r>
      <w:r>
        <w:rPr>
          <w:rFonts w:ascii="Arial" w:hAnsi="Arial"/>
          <w:lang w:val="en-GB"/>
        </w:rPr>
        <w:t>s restricted to animal health. W</w:t>
      </w:r>
      <w:r w:rsidR="00B4138A" w:rsidRPr="00AD54C0">
        <w:rPr>
          <w:rFonts w:ascii="Arial" w:hAnsi="Arial"/>
          <w:lang w:val="en-GB"/>
        </w:rPr>
        <w:t>e know that isn'</w:t>
      </w:r>
      <w:r>
        <w:rPr>
          <w:rFonts w:ascii="Arial" w:hAnsi="Arial"/>
          <w:lang w:val="en-GB"/>
        </w:rPr>
        <w:t xml:space="preserve">t, </w:t>
      </w:r>
      <w:r w:rsidR="00B4138A" w:rsidRPr="00AD54C0">
        <w:rPr>
          <w:rFonts w:ascii="Arial" w:hAnsi="Arial"/>
          <w:lang w:val="en-GB"/>
        </w:rPr>
        <w:t>we know that avian influenza in wildli</w:t>
      </w:r>
      <w:r>
        <w:rPr>
          <w:rFonts w:ascii="Arial" w:hAnsi="Arial"/>
          <w:lang w:val="en-GB"/>
        </w:rPr>
        <w:t xml:space="preserve">fe is the beginning of a new </w:t>
      </w:r>
      <w:r w:rsidR="00B4138A" w:rsidRPr="00AD54C0">
        <w:rPr>
          <w:rFonts w:ascii="Arial" w:hAnsi="Arial"/>
          <w:lang w:val="en-GB"/>
        </w:rPr>
        <w:t xml:space="preserve">pandemic, </w:t>
      </w:r>
    </w:p>
    <w:p w14:paraId="02EEA867" w14:textId="6575AF20" w:rsidR="00825CB1" w:rsidRDefault="00825CB1" w:rsidP="00B4138A">
      <w:pPr>
        <w:spacing w:after="0" w:line="360" w:lineRule="auto"/>
        <w:jc w:val="both"/>
        <w:rPr>
          <w:rFonts w:ascii="Arial" w:hAnsi="Arial"/>
          <w:lang w:val="en-GB"/>
        </w:rPr>
      </w:pPr>
    </w:p>
    <w:p w14:paraId="6ECC5396" w14:textId="4A5C169F" w:rsidR="007B10D4" w:rsidRPr="00246CE4" w:rsidRDefault="00246CE4" w:rsidP="00B4138A">
      <w:pPr>
        <w:spacing w:after="0" w:line="360" w:lineRule="auto"/>
        <w:jc w:val="both"/>
        <w:rPr>
          <w:rFonts w:ascii="Arial" w:hAnsi="Arial"/>
          <w:b/>
          <w:lang w:val="en-GB"/>
        </w:rPr>
      </w:pPr>
      <w:r w:rsidRPr="00246CE4">
        <w:rPr>
          <w:rFonts w:ascii="Arial" w:hAnsi="Arial"/>
          <w:b/>
          <w:lang w:val="en-GB"/>
        </w:rPr>
        <w:t>Rio 24</w:t>
      </w:r>
    </w:p>
    <w:p w14:paraId="5FD992AE" w14:textId="1A06723D" w:rsidR="00B4138A" w:rsidRPr="00AD54C0" w:rsidRDefault="00B4138A" w:rsidP="00B4138A">
      <w:pPr>
        <w:spacing w:after="0" w:line="360" w:lineRule="auto"/>
        <w:jc w:val="both"/>
        <w:rPr>
          <w:lang w:val="en-GB"/>
        </w:rPr>
      </w:pPr>
      <w:r w:rsidRPr="00AD54C0">
        <w:rPr>
          <w:rFonts w:ascii="Arial" w:hAnsi="Arial"/>
          <w:lang w:val="en-GB"/>
        </w:rPr>
        <w:t>I would like to agree with what my colleague had j</w:t>
      </w:r>
      <w:r w:rsidR="00825CB1">
        <w:rPr>
          <w:rFonts w:ascii="Arial" w:hAnsi="Arial"/>
          <w:lang w:val="en-GB"/>
        </w:rPr>
        <w:t xml:space="preserve">ust said </w:t>
      </w:r>
      <w:r w:rsidRPr="00AD54C0">
        <w:rPr>
          <w:rFonts w:ascii="Arial" w:hAnsi="Arial"/>
          <w:lang w:val="en-GB"/>
        </w:rPr>
        <w:t>with regards to fungal diseases, there is a</w:t>
      </w:r>
      <w:r w:rsidR="00D87238">
        <w:rPr>
          <w:rFonts w:ascii="Arial" w:hAnsi="Arial"/>
          <w:lang w:val="en-GB"/>
        </w:rPr>
        <w:t xml:space="preserve"> need for a more integrated approach </w:t>
      </w:r>
      <w:r w:rsidRPr="00AD54C0">
        <w:rPr>
          <w:rFonts w:ascii="Arial" w:hAnsi="Arial"/>
          <w:lang w:val="en-GB"/>
        </w:rPr>
        <w:t>considering animal vector</w:t>
      </w:r>
      <w:r w:rsidR="00D87238">
        <w:rPr>
          <w:rFonts w:ascii="Arial" w:hAnsi="Arial"/>
          <w:lang w:val="en-GB"/>
        </w:rPr>
        <w:t xml:space="preserve">s. We have begun </w:t>
      </w:r>
      <w:proofErr w:type="spellStart"/>
      <w:r w:rsidR="00D87238" w:rsidRPr="00AD54C0">
        <w:rPr>
          <w:rFonts w:ascii="Arial" w:hAnsi="Arial"/>
          <w:lang w:val="en-GB"/>
        </w:rPr>
        <w:t>sporotrichosis</w:t>
      </w:r>
      <w:proofErr w:type="spellEnd"/>
      <w:r w:rsidR="00D87238">
        <w:rPr>
          <w:rFonts w:ascii="Arial" w:hAnsi="Arial"/>
          <w:lang w:val="en-GB"/>
        </w:rPr>
        <w:t xml:space="preserve"> surveillance around the country in </w:t>
      </w:r>
      <w:r w:rsidRPr="00AD54C0">
        <w:rPr>
          <w:rFonts w:ascii="Arial" w:hAnsi="Arial"/>
          <w:lang w:val="en-GB"/>
        </w:rPr>
        <w:t>cats, and it will cer</w:t>
      </w:r>
      <w:r w:rsidR="00D87238">
        <w:rPr>
          <w:rFonts w:ascii="Arial" w:hAnsi="Arial"/>
          <w:lang w:val="en-GB"/>
        </w:rPr>
        <w:t>tainly be found in urban areas in</w:t>
      </w:r>
      <w:r w:rsidRPr="00AD54C0">
        <w:rPr>
          <w:rFonts w:ascii="Arial" w:hAnsi="Arial"/>
          <w:lang w:val="en-GB"/>
        </w:rPr>
        <w:t xml:space="preserve"> pets and domestic animals</w:t>
      </w:r>
      <w:r w:rsidR="00D87238">
        <w:rPr>
          <w:rFonts w:ascii="Arial" w:hAnsi="Arial"/>
          <w:lang w:val="en-GB"/>
        </w:rPr>
        <w:t>, e</w:t>
      </w:r>
      <w:r w:rsidR="00D87238" w:rsidRPr="00AD54C0">
        <w:rPr>
          <w:rFonts w:ascii="Arial" w:hAnsi="Arial"/>
          <w:lang w:val="en-GB"/>
        </w:rPr>
        <w:t>specially</w:t>
      </w:r>
      <w:r w:rsidR="00D87238">
        <w:rPr>
          <w:rFonts w:ascii="Arial" w:hAnsi="Arial"/>
          <w:lang w:val="en-GB"/>
        </w:rPr>
        <w:t xml:space="preserve"> impacting the immunosuppressed </w:t>
      </w:r>
      <w:r w:rsidRPr="00AD54C0">
        <w:rPr>
          <w:rFonts w:ascii="Arial" w:hAnsi="Arial"/>
          <w:lang w:val="en-GB"/>
        </w:rPr>
        <w:t xml:space="preserve">population and </w:t>
      </w:r>
      <w:r w:rsidR="00D87238">
        <w:rPr>
          <w:rFonts w:ascii="Arial" w:hAnsi="Arial"/>
          <w:lang w:val="en-GB"/>
        </w:rPr>
        <w:t>children. T</w:t>
      </w:r>
      <w:r w:rsidRPr="00AD54C0">
        <w:rPr>
          <w:rFonts w:ascii="Arial" w:hAnsi="Arial"/>
          <w:lang w:val="en-GB"/>
        </w:rPr>
        <w:t>his will certainly bring greater deformities and conseque</w:t>
      </w:r>
      <w:r w:rsidR="00D87238">
        <w:rPr>
          <w:rFonts w:ascii="Arial" w:hAnsi="Arial"/>
          <w:lang w:val="en-GB"/>
        </w:rPr>
        <w:t>nces that we are currently</w:t>
      </w:r>
      <w:r w:rsidRPr="00AD54C0">
        <w:rPr>
          <w:rFonts w:ascii="Arial" w:hAnsi="Arial"/>
          <w:lang w:val="en-GB"/>
        </w:rPr>
        <w:t xml:space="preserve"> unaware of. So, this is the population we have to think of. With regards to sexually transmitted </w:t>
      </w:r>
      <w:r w:rsidR="00D87238">
        <w:rPr>
          <w:rFonts w:ascii="Arial" w:hAnsi="Arial"/>
          <w:lang w:val="en-GB"/>
        </w:rPr>
        <w:t>disease, HIV/AIDS, this</w:t>
      </w:r>
      <w:r w:rsidRPr="00AD54C0">
        <w:rPr>
          <w:rFonts w:ascii="Arial" w:hAnsi="Arial"/>
          <w:lang w:val="en-GB"/>
        </w:rPr>
        <w:t xml:space="preserve"> is an important investment but there's </w:t>
      </w:r>
      <w:r w:rsidR="00D87238">
        <w:rPr>
          <w:rFonts w:ascii="Arial" w:hAnsi="Arial"/>
          <w:lang w:val="en-GB"/>
        </w:rPr>
        <w:t xml:space="preserve">also </w:t>
      </w:r>
      <w:r w:rsidRPr="00AD54C0">
        <w:rPr>
          <w:rFonts w:ascii="Arial" w:hAnsi="Arial"/>
          <w:lang w:val="en-GB"/>
        </w:rPr>
        <w:t>a lack of investment in more vulnerable grou</w:t>
      </w:r>
      <w:r w:rsidR="00D87238">
        <w:rPr>
          <w:rFonts w:ascii="Arial" w:hAnsi="Arial"/>
          <w:lang w:val="en-GB"/>
        </w:rPr>
        <w:t>ps. We are able to control these diseases</w:t>
      </w:r>
      <w:r w:rsidRPr="00AD54C0">
        <w:rPr>
          <w:rFonts w:ascii="Arial" w:hAnsi="Arial"/>
          <w:lang w:val="en-GB"/>
        </w:rPr>
        <w:t xml:space="preserve"> in the wealthy population, but we are unable to control it poor, </w:t>
      </w:r>
      <w:r w:rsidR="00D87238">
        <w:rPr>
          <w:rFonts w:ascii="Arial" w:hAnsi="Arial"/>
          <w:lang w:val="en-GB"/>
        </w:rPr>
        <w:t>minority populations, and less-</w:t>
      </w:r>
      <w:r w:rsidRPr="00AD54C0">
        <w:rPr>
          <w:rFonts w:ascii="Arial" w:hAnsi="Arial"/>
          <w:lang w:val="en-GB"/>
        </w:rPr>
        <w:t>educated population. S</w:t>
      </w:r>
      <w:r w:rsidR="00D87238">
        <w:rPr>
          <w:rFonts w:ascii="Arial" w:hAnsi="Arial"/>
          <w:lang w:val="en-GB"/>
        </w:rPr>
        <w:t xml:space="preserve">o, our education is not as good, </w:t>
      </w:r>
      <w:r w:rsidRPr="00AD54C0">
        <w:rPr>
          <w:rFonts w:ascii="Arial" w:hAnsi="Arial"/>
          <w:lang w:val="en-GB"/>
        </w:rPr>
        <w:t>in terms of its reach. Even with prevention, even though we have amazing techn</w:t>
      </w:r>
      <w:r w:rsidR="00D87238">
        <w:rPr>
          <w:rFonts w:ascii="Arial" w:hAnsi="Arial"/>
          <w:lang w:val="en-GB"/>
        </w:rPr>
        <w:t>ology, t</w:t>
      </w:r>
      <w:r w:rsidRPr="00AD54C0">
        <w:rPr>
          <w:rFonts w:ascii="Arial" w:hAnsi="Arial"/>
          <w:lang w:val="en-GB"/>
        </w:rPr>
        <w:t>his p</w:t>
      </w:r>
      <w:r w:rsidR="00D87238">
        <w:rPr>
          <w:rFonts w:ascii="Arial" w:hAnsi="Arial"/>
          <w:lang w:val="en-GB"/>
        </w:rPr>
        <w:t xml:space="preserve">opulation is still unprotected and has </w:t>
      </w:r>
      <w:r w:rsidRPr="00AD54C0">
        <w:rPr>
          <w:rFonts w:ascii="Arial" w:hAnsi="Arial"/>
          <w:lang w:val="en-GB"/>
        </w:rPr>
        <w:t>very little knowledge</w:t>
      </w:r>
      <w:r w:rsidR="00D87238">
        <w:rPr>
          <w:rFonts w:ascii="Arial" w:hAnsi="Arial"/>
          <w:lang w:val="en-GB"/>
        </w:rPr>
        <w:t>. In regards to</w:t>
      </w:r>
      <w:r w:rsidRPr="00AD54C0">
        <w:rPr>
          <w:rFonts w:ascii="Arial" w:hAnsi="Arial"/>
          <w:lang w:val="en-GB"/>
        </w:rPr>
        <w:t xml:space="preserve"> </w:t>
      </w:r>
      <w:r w:rsidR="00D87238">
        <w:rPr>
          <w:rFonts w:ascii="Arial" w:hAnsi="Arial"/>
          <w:lang w:val="en-GB"/>
        </w:rPr>
        <w:t>the vaccines - when we</w:t>
      </w:r>
      <w:r w:rsidRPr="00AD54C0">
        <w:rPr>
          <w:rFonts w:ascii="Arial" w:hAnsi="Arial"/>
          <w:lang w:val="en-GB"/>
        </w:rPr>
        <w:t xml:space="preserve"> talk about the development of vaccines as a priority, I would say, TB</w:t>
      </w:r>
      <w:r w:rsidR="00D87238">
        <w:rPr>
          <w:rFonts w:ascii="Arial" w:hAnsi="Arial"/>
          <w:lang w:val="en-GB"/>
        </w:rPr>
        <w:t xml:space="preserve"> [</w:t>
      </w:r>
      <w:r w:rsidR="00D87238" w:rsidRPr="00D87238">
        <w:rPr>
          <w:rFonts w:ascii="Arial" w:hAnsi="Arial"/>
          <w:i/>
          <w:lang w:val="en-GB"/>
        </w:rPr>
        <w:t>should be the priority</w:t>
      </w:r>
      <w:r w:rsidR="00D87238">
        <w:rPr>
          <w:rFonts w:ascii="Arial" w:hAnsi="Arial"/>
          <w:lang w:val="en-GB"/>
        </w:rPr>
        <w:t xml:space="preserve">]. With all the social determinants that it involves, </w:t>
      </w:r>
      <w:r w:rsidRPr="00AD54C0">
        <w:rPr>
          <w:rFonts w:ascii="Arial" w:hAnsi="Arial"/>
          <w:lang w:val="en-GB"/>
        </w:rPr>
        <w:t xml:space="preserve">that we are unable to stop, we see an increase constantly, so </w:t>
      </w:r>
      <w:r w:rsidR="00D87238">
        <w:rPr>
          <w:rFonts w:ascii="Arial" w:hAnsi="Arial"/>
          <w:lang w:val="en-GB"/>
        </w:rPr>
        <w:t>investment in vaccines for TB is very important. F</w:t>
      </w:r>
      <w:r w:rsidRPr="00AD54C0">
        <w:rPr>
          <w:rFonts w:ascii="Arial" w:hAnsi="Arial"/>
          <w:lang w:val="en-GB"/>
        </w:rPr>
        <w:t xml:space="preserve">or other diseases, possible diseases </w:t>
      </w:r>
      <w:r w:rsidR="00D87238">
        <w:rPr>
          <w:rFonts w:ascii="Arial" w:hAnsi="Arial"/>
          <w:lang w:val="en-GB"/>
        </w:rPr>
        <w:t>where we are able to focus on prevention,</w:t>
      </w:r>
      <w:r w:rsidRPr="00AD54C0">
        <w:rPr>
          <w:rFonts w:ascii="Arial" w:hAnsi="Arial"/>
          <w:lang w:val="en-GB"/>
        </w:rPr>
        <w:t xml:space="preserve"> at the same time, we have an anti-vaccine </w:t>
      </w:r>
      <w:r w:rsidR="00D87238">
        <w:rPr>
          <w:rFonts w:ascii="Arial" w:hAnsi="Arial"/>
          <w:lang w:val="en-GB"/>
        </w:rPr>
        <w:t>movement</w:t>
      </w:r>
      <w:r w:rsidRPr="00AD54C0">
        <w:rPr>
          <w:rFonts w:ascii="Arial" w:hAnsi="Arial"/>
          <w:lang w:val="en-GB"/>
        </w:rPr>
        <w:t xml:space="preserve"> in the world that has increased</w:t>
      </w:r>
      <w:r w:rsidR="00D87238">
        <w:rPr>
          <w:rFonts w:ascii="Arial" w:hAnsi="Arial"/>
          <w:lang w:val="en-GB"/>
        </w:rPr>
        <w:t xml:space="preserve">. We’ve </w:t>
      </w:r>
      <w:r w:rsidRPr="00AD54C0">
        <w:rPr>
          <w:rFonts w:ascii="Arial" w:hAnsi="Arial"/>
          <w:lang w:val="en-GB"/>
        </w:rPr>
        <w:t>see</w:t>
      </w:r>
      <w:r w:rsidR="00D87238">
        <w:rPr>
          <w:rFonts w:ascii="Arial" w:hAnsi="Arial"/>
          <w:lang w:val="en-GB"/>
        </w:rPr>
        <w:t>n that</w:t>
      </w:r>
      <w:r w:rsidRPr="00AD54C0">
        <w:rPr>
          <w:rFonts w:ascii="Arial" w:hAnsi="Arial"/>
          <w:lang w:val="en-GB"/>
        </w:rPr>
        <w:t xml:space="preserve"> scale</w:t>
      </w:r>
      <w:r w:rsidR="00D87238">
        <w:rPr>
          <w:rFonts w:ascii="Arial" w:hAnsi="Arial"/>
          <w:lang w:val="en-GB"/>
        </w:rPr>
        <w:t>d up and resumed in the last few years the anti-v</w:t>
      </w:r>
      <w:r w:rsidRPr="00AD54C0">
        <w:rPr>
          <w:rFonts w:ascii="Arial" w:hAnsi="Arial"/>
          <w:lang w:val="en-GB"/>
        </w:rPr>
        <w:t xml:space="preserve">ax movement </w:t>
      </w:r>
      <w:r w:rsidR="00D87238">
        <w:rPr>
          <w:rFonts w:ascii="Arial" w:hAnsi="Arial"/>
          <w:lang w:val="en-GB"/>
        </w:rPr>
        <w:t xml:space="preserve">didn’t </w:t>
      </w:r>
      <w:r w:rsidRPr="00AD54C0">
        <w:rPr>
          <w:rFonts w:ascii="Arial" w:hAnsi="Arial"/>
          <w:lang w:val="en-GB"/>
        </w:rPr>
        <w:t>exist and now does. So, communication is important to try to</w:t>
      </w:r>
      <w:r w:rsidR="00D87238">
        <w:rPr>
          <w:rFonts w:ascii="Arial" w:hAnsi="Arial"/>
          <w:lang w:val="en-GB"/>
        </w:rPr>
        <w:t xml:space="preserve"> reduce the impact of the anti-v</w:t>
      </w:r>
      <w:r w:rsidRPr="00AD54C0">
        <w:rPr>
          <w:rFonts w:ascii="Arial" w:hAnsi="Arial"/>
          <w:lang w:val="en-GB"/>
        </w:rPr>
        <w:t>ax</w:t>
      </w:r>
      <w:r w:rsidR="00D87238">
        <w:rPr>
          <w:rFonts w:ascii="Arial" w:hAnsi="Arial"/>
          <w:lang w:val="en-GB"/>
        </w:rPr>
        <w:t xml:space="preserve"> movement</w:t>
      </w:r>
      <w:r w:rsidRPr="00AD54C0">
        <w:rPr>
          <w:rFonts w:ascii="Arial" w:hAnsi="Arial"/>
          <w:lang w:val="en-GB"/>
        </w:rPr>
        <w:t xml:space="preserve">. We find </w:t>
      </w:r>
      <w:r w:rsidR="00D87238">
        <w:rPr>
          <w:rFonts w:ascii="Arial" w:hAnsi="Arial"/>
          <w:lang w:val="en-GB"/>
        </w:rPr>
        <w:t xml:space="preserve">it </w:t>
      </w:r>
      <w:r w:rsidRPr="00AD54C0">
        <w:rPr>
          <w:rFonts w:ascii="Arial" w:hAnsi="Arial"/>
          <w:lang w:val="en-GB"/>
        </w:rPr>
        <w:t>in o</w:t>
      </w:r>
      <w:r w:rsidR="00D87238">
        <w:rPr>
          <w:rFonts w:ascii="Arial" w:hAnsi="Arial"/>
          <w:lang w:val="en-GB"/>
        </w:rPr>
        <w:t xml:space="preserve">ur population, </w:t>
      </w:r>
      <w:r w:rsidRPr="00AD54C0">
        <w:rPr>
          <w:rFonts w:ascii="Arial" w:hAnsi="Arial"/>
          <w:lang w:val="en-GB"/>
        </w:rPr>
        <w:t>especially</w:t>
      </w:r>
      <w:r w:rsidR="00D87238">
        <w:rPr>
          <w:rFonts w:ascii="Arial" w:hAnsi="Arial"/>
          <w:lang w:val="en-GB"/>
        </w:rPr>
        <w:t xml:space="preserve"> when</w:t>
      </w:r>
      <w:r w:rsidRPr="00AD54C0">
        <w:rPr>
          <w:rFonts w:ascii="Arial" w:hAnsi="Arial"/>
          <w:lang w:val="en-GB"/>
        </w:rPr>
        <w:t xml:space="preserve"> we consider the poo</w:t>
      </w:r>
      <w:r w:rsidR="00D87238">
        <w:rPr>
          <w:rFonts w:ascii="Arial" w:hAnsi="Arial"/>
          <w:lang w:val="en-GB"/>
        </w:rPr>
        <w:t>re</w:t>
      </w:r>
      <w:r w:rsidRPr="00AD54C0">
        <w:rPr>
          <w:rFonts w:ascii="Arial" w:hAnsi="Arial"/>
          <w:lang w:val="en-GB"/>
        </w:rPr>
        <w:t xml:space="preserve">r population </w:t>
      </w:r>
      <w:r w:rsidR="00D87238">
        <w:rPr>
          <w:rFonts w:ascii="Arial" w:hAnsi="Arial"/>
          <w:lang w:val="en-GB"/>
        </w:rPr>
        <w:lastRenderedPageBreak/>
        <w:t>and the less-</w:t>
      </w:r>
      <w:r w:rsidRPr="00AD54C0">
        <w:rPr>
          <w:rFonts w:ascii="Arial" w:hAnsi="Arial"/>
          <w:lang w:val="en-GB"/>
        </w:rPr>
        <w:t xml:space="preserve">educated population. So, communication in terms of how to approach </w:t>
      </w:r>
      <w:r w:rsidR="00D87238">
        <w:rPr>
          <w:rFonts w:ascii="Arial" w:hAnsi="Arial"/>
          <w:lang w:val="en-GB"/>
        </w:rPr>
        <w:t>[this topic], how can we reach those</w:t>
      </w:r>
      <w:r w:rsidRPr="00AD54C0">
        <w:rPr>
          <w:rFonts w:ascii="Arial" w:hAnsi="Arial"/>
          <w:lang w:val="en-GB"/>
        </w:rPr>
        <w:t xml:space="preserve"> </w:t>
      </w:r>
      <w:r w:rsidR="00D87238">
        <w:rPr>
          <w:rFonts w:ascii="Arial" w:hAnsi="Arial"/>
          <w:lang w:val="en-GB"/>
        </w:rPr>
        <w:t>people,</w:t>
      </w:r>
      <w:r w:rsidRPr="00AD54C0">
        <w:rPr>
          <w:rFonts w:ascii="Arial" w:hAnsi="Arial"/>
          <w:lang w:val="en-GB"/>
        </w:rPr>
        <w:t xml:space="preserve"> and </w:t>
      </w:r>
      <w:r w:rsidR="00D87238">
        <w:rPr>
          <w:rFonts w:ascii="Arial" w:hAnsi="Arial"/>
          <w:lang w:val="en-GB"/>
        </w:rPr>
        <w:t xml:space="preserve">understanding </w:t>
      </w:r>
      <w:r w:rsidRPr="00AD54C0">
        <w:rPr>
          <w:rFonts w:ascii="Arial" w:hAnsi="Arial"/>
          <w:lang w:val="en-GB"/>
        </w:rPr>
        <w:t xml:space="preserve">what people actually need is important. As we think about sexual disease or sexual education, we have to also consider religion, </w:t>
      </w:r>
      <w:r w:rsidR="00D87238">
        <w:rPr>
          <w:rFonts w:ascii="Arial" w:hAnsi="Arial"/>
          <w:lang w:val="en-GB"/>
        </w:rPr>
        <w:t xml:space="preserve">and </w:t>
      </w:r>
      <w:r w:rsidRPr="00AD54C0">
        <w:rPr>
          <w:rFonts w:ascii="Arial" w:hAnsi="Arial"/>
          <w:lang w:val="en-GB"/>
        </w:rPr>
        <w:t>how to approach a per</w:t>
      </w:r>
      <w:r w:rsidR="00D87238">
        <w:rPr>
          <w:rFonts w:ascii="Arial" w:hAnsi="Arial"/>
          <w:lang w:val="en-GB"/>
        </w:rPr>
        <w:t>son that has a certain religion.</w:t>
      </w:r>
    </w:p>
    <w:p w14:paraId="38DCF674" w14:textId="77777777" w:rsidR="00B4138A" w:rsidRPr="00AD54C0" w:rsidRDefault="00B4138A" w:rsidP="00B4138A">
      <w:pPr>
        <w:spacing w:after="0" w:line="360" w:lineRule="auto"/>
        <w:jc w:val="both"/>
        <w:rPr>
          <w:lang w:val="en-GB"/>
        </w:rPr>
      </w:pPr>
    </w:p>
    <w:p w14:paraId="0FE7806F" w14:textId="5B108F92" w:rsidR="00B4138A" w:rsidRPr="00AD54C0" w:rsidRDefault="007B10D4" w:rsidP="00B4138A">
      <w:pPr>
        <w:spacing w:after="0" w:line="360" w:lineRule="auto"/>
        <w:jc w:val="both"/>
        <w:rPr>
          <w:lang w:val="en-GB"/>
        </w:rPr>
      </w:pPr>
      <w:r>
        <w:rPr>
          <w:rFonts w:ascii="Arial" w:hAnsi="Arial"/>
          <w:b/>
          <w:lang w:val="en-GB"/>
        </w:rPr>
        <w:t xml:space="preserve">Rio Facilitator 1 </w:t>
      </w:r>
    </w:p>
    <w:p w14:paraId="3F36CFF5" w14:textId="01FEFEB1" w:rsidR="00B4138A" w:rsidRPr="00AD54C0" w:rsidRDefault="00B4138A" w:rsidP="00B4138A">
      <w:pPr>
        <w:spacing w:after="0" w:line="360" w:lineRule="auto"/>
        <w:jc w:val="both"/>
        <w:rPr>
          <w:lang w:val="en-GB"/>
        </w:rPr>
      </w:pPr>
      <w:r w:rsidRPr="00AD54C0">
        <w:rPr>
          <w:rFonts w:ascii="Arial" w:hAnsi="Arial"/>
          <w:lang w:val="en-GB"/>
        </w:rPr>
        <w:t>We'll take one</w:t>
      </w:r>
      <w:r w:rsidR="007B10D4">
        <w:rPr>
          <w:rFonts w:ascii="Arial" w:hAnsi="Arial"/>
          <w:lang w:val="en-GB"/>
        </w:rPr>
        <w:t xml:space="preserve"> last comment, because I think this has been</w:t>
      </w:r>
      <w:r w:rsidRPr="00AD54C0">
        <w:rPr>
          <w:rFonts w:ascii="Arial" w:hAnsi="Arial"/>
          <w:lang w:val="en-GB"/>
        </w:rPr>
        <w:t xml:space="preserve"> a fantastic discussion and then we'll close this session. I appreciate there's so much to talk about here. So please do continue these conversations over lunch and in the break, and then we'll be back after lunch to talk about different types of research. </w:t>
      </w:r>
      <w:r w:rsidR="007B10D4">
        <w:rPr>
          <w:rFonts w:ascii="Arial" w:hAnsi="Arial"/>
          <w:lang w:val="en-GB"/>
        </w:rPr>
        <w:t>Now, to the final comment.</w:t>
      </w:r>
    </w:p>
    <w:p w14:paraId="34D4B53C" w14:textId="77777777" w:rsidR="00B4138A" w:rsidRPr="00AD54C0" w:rsidRDefault="00B4138A" w:rsidP="00B4138A">
      <w:pPr>
        <w:spacing w:after="0" w:line="360" w:lineRule="auto"/>
        <w:jc w:val="both"/>
        <w:rPr>
          <w:lang w:val="en-GB"/>
        </w:rPr>
      </w:pPr>
    </w:p>
    <w:p w14:paraId="5F39805C" w14:textId="3B6E1EBD" w:rsidR="00B4138A" w:rsidRPr="00AD54C0" w:rsidRDefault="007B10D4" w:rsidP="00B4138A">
      <w:pPr>
        <w:spacing w:after="0" w:line="360" w:lineRule="auto"/>
        <w:jc w:val="both"/>
        <w:rPr>
          <w:lang w:val="en-GB"/>
        </w:rPr>
      </w:pPr>
      <w:r>
        <w:rPr>
          <w:rFonts w:ascii="Arial" w:hAnsi="Arial"/>
          <w:b/>
          <w:lang w:val="en-GB"/>
        </w:rPr>
        <w:t xml:space="preserve">Rio 40 </w:t>
      </w:r>
    </w:p>
    <w:p w14:paraId="3BFE20CA" w14:textId="21265F0F" w:rsidR="00B4138A" w:rsidRPr="00AD54C0" w:rsidRDefault="00B4138A" w:rsidP="00B4138A">
      <w:pPr>
        <w:spacing w:after="0" w:line="360" w:lineRule="auto"/>
        <w:jc w:val="both"/>
        <w:rPr>
          <w:lang w:val="en-GB"/>
        </w:rPr>
      </w:pPr>
      <w:r w:rsidRPr="00AD54C0">
        <w:rPr>
          <w:rFonts w:ascii="Arial" w:hAnsi="Arial"/>
          <w:lang w:val="en-GB"/>
        </w:rPr>
        <w:t xml:space="preserve">Avian Influenza is very important. </w:t>
      </w:r>
      <w:r w:rsidR="007B10D4">
        <w:rPr>
          <w:rFonts w:ascii="Arial" w:hAnsi="Arial"/>
          <w:lang w:val="en-GB"/>
        </w:rPr>
        <w:t>We didn’t speak much about it.</w:t>
      </w:r>
      <w:r w:rsidRPr="00AD54C0">
        <w:rPr>
          <w:rFonts w:ascii="Arial" w:hAnsi="Arial"/>
          <w:lang w:val="en-GB"/>
        </w:rPr>
        <w:t xml:space="preserve"> </w:t>
      </w:r>
      <w:r w:rsidR="007B10D4">
        <w:rPr>
          <w:rFonts w:ascii="Arial" w:hAnsi="Arial"/>
          <w:lang w:val="en-GB"/>
        </w:rPr>
        <w:t>A</w:t>
      </w:r>
      <w:r w:rsidRPr="00AD54C0">
        <w:rPr>
          <w:rFonts w:ascii="Arial" w:hAnsi="Arial"/>
          <w:lang w:val="en-GB"/>
        </w:rPr>
        <w:t xml:space="preserve">s a colleague said </w:t>
      </w:r>
      <w:r w:rsidR="007B10D4">
        <w:rPr>
          <w:rFonts w:ascii="Arial" w:hAnsi="Arial"/>
          <w:lang w:val="en-GB"/>
        </w:rPr>
        <w:t xml:space="preserve">there is a pandemic possibility, it’s </w:t>
      </w:r>
      <w:r w:rsidRPr="00AD54C0">
        <w:rPr>
          <w:rFonts w:ascii="Arial" w:hAnsi="Arial"/>
          <w:lang w:val="en-GB"/>
        </w:rPr>
        <w:t xml:space="preserve">still low, but </w:t>
      </w:r>
      <w:r w:rsidR="007B10D4">
        <w:rPr>
          <w:rFonts w:ascii="Arial" w:hAnsi="Arial"/>
          <w:lang w:val="en-GB"/>
        </w:rPr>
        <w:t xml:space="preserve">there is potential, and there's </w:t>
      </w:r>
      <w:r w:rsidRPr="00AD54C0">
        <w:rPr>
          <w:rFonts w:ascii="Arial" w:hAnsi="Arial"/>
          <w:lang w:val="en-GB"/>
        </w:rPr>
        <w:t xml:space="preserve">an economic impact. Brazil is one of the </w:t>
      </w:r>
      <w:r w:rsidR="007B10D4">
        <w:rPr>
          <w:rFonts w:ascii="Arial" w:hAnsi="Arial"/>
          <w:lang w:val="en-GB"/>
        </w:rPr>
        <w:t>largest</w:t>
      </w:r>
      <w:r w:rsidRPr="00AD54C0">
        <w:rPr>
          <w:rFonts w:ascii="Arial" w:hAnsi="Arial"/>
          <w:lang w:val="en-GB"/>
        </w:rPr>
        <w:t xml:space="preserve"> exporters of chicken</w:t>
      </w:r>
      <w:r w:rsidR="007B10D4">
        <w:rPr>
          <w:rFonts w:ascii="Arial" w:hAnsi="Arial"/>
          <w:lang w:val="en-GB"/>
        </w:rPr>
        <w:t xml:space="preserve"> – it’s </w:t>
      </w:r>
      <w:r w:rsidRPr="00AD54C0">
        <w:rPr>
          <w:rFonts w:ascii="Arial" w:hAnsi="Arial"/>
          <w:lang w:val="en-GB"/>
        </w:rPr>
        <w:t xml:space="preserve">one of the largest producers of chicken. So, </w:t>
      </w:r>
      <w:r w:rsidR="007B10D4">
        <w:rPr>
          <w:rFonts w:ascii="Arial" w:hAnsi="Arial"/>
          <w:lang w:val="en-GB"/>
        </w:rPr>
        <w:t xml:space="preserve">if this virus were to reach </w:t>
      </w:r>
      <w:r w:rsidRPr="00AD54C0">
        <w:rPr>
          <w:rFonts w:ascii="Arial" w:hAnsi="Arial"/>
          <w:lang w:val="en-GB"/>
        </w:rPr>
        <w:t>our commer</w:t>
      </w:r>
      <w:r w:rsidR="007B10D4">
        <w:rPr>
          <w:rFonts w:ascii="Arial" w:hAnsi="Arial"/>
          <w:lang w:val="en-GB"/>
        </w:rPr>
        <w:t>cial poultry production, we would</w:t>
      </w:r>
      <w:r w:rsidRPr="00AD54C0">
        <w:rPr>
          <w:rFonts w:ascii="Arial" w:hAnsi="Arial"/>
          <w:lang w:val="en-GB"/>
        </w:rPr>
        <w:t xml:space="preserve"> have a very serious economic issue. </w:t>
      </w:r>
      <w:r w:rsidR="007B10D4">
        <w:rPr>
          <w:rFonts w:ascii="Arial" w:hAnsi="Arial"/>
          <w:lang w:val="en-GB"/>
        </w:rPr>
        <w:t>W</w:t>
      </w:r>
      <w:r w:rsidRPr="00AD54C0">
        <w:rPr>
          <w:rFonts w:ascii="Arial" w:hAnsi="Arial"/>
          <w:lang w:val="en-GB"/>
        </w:rPr>
        <w:t>e already have cases of avian influenza</w:t>
      </w:r>
      <w:r w:rsidR="007B10D4">
        <w:rPr>
          <w:rFonts w:ascii="Arial" w:hAnsi="Arial"/>
          <w:lang w:val="en-GB"/>
        </w:rPr>
        <w:t>. W</w:t>
      </w:r>
      <w:r w:rsidRPr="00AD54C0">
        <w:rPr>
          <w:rFonts w:ascii="Arial" w:hAnsi="Arial"/>
          <w:lang w:val="en-GB"/>
        </w:rPr>
        <w:t>ith regard</w:t>
      </w:r>
      <w:r w:rsidR="007B10D4">
        <w:rPr>
          <w:rFonts w:ascii="Arial" w:hAnsi="Arial"/>
          <w:lang w:val="en-GB"/>
        </w:rPr>
        <w:t>s to leishmaniasis, i</w:t>
      </w:r>
      <w:r w:rsidRPr="00AD54C0">
        <w:rPr>
          <w:rFonts w:ascii="Arial" w:hAnsi="Arial"/>
          <w:lang w:val="en-GB"/>
        </w:rPr>
        <w:t>t's a very important in the Latin American context. Brazil i</w:t>
      </w:r>
      <w:r w:rsidR="007B10D4">
        <w:rPr>
          <w:rFonts w:ascii="Arial" w:hAnsi="Arial"/>
          <w:lang w:val="en-GB"/>
        </w:rPr>
        <w:t xml:space="preserve">s one of the countries with the </w:t>
      </w:r>
      <w:r w:rsidRPr="00AD54C0">
        <w:rPr>
          <w:rFonts w:ascii="Arial" w:hAnsi="Arial"/>
          <w:lang w:val="en-GB"/>
        </w:rPr>
        <w:t xml:space="preserve">highest incidence of the disease, also Colombia, if I'm not mistaken. </w:t>
      </w:r>
      <w:r w:rsidR="007B10D4">
        <w:rPr>
          <w:rFonts w:ascii="Arial" w:hAnsi="Arial"/>
          <w:lang w:val="en-GB"/>
        </w:rPr>
        <w:t xml:space="preserve">This </w:t>
      </w:r>
      <w:r w:rsidRPr="00AD54C0">
        <w:rPr>
          <w:rFonts w:ascii="Arial" w:hAnsi="Arial"/>
          <w:lang w:val="en-GB"/>
        </w:rPr>
        <w:t xml:space="preserve">is a disease linked to poverty, to </w:t>
      </w:r>
      <w:r w:rsidR="007B10D4">
        <w:rPr>
          <w:rFonts w:ascii="Arial" w:hAnsi="Arial"/>
          <w:lang w:val="en-GB"/>
        </w:rPr>
        <w:t>deforestation, the use of</w:t>
      </w:r>
      <w:r w:rsidRPr="00AD54C0">
        <w:rPr>
          <w:rFonts w:ascii="Arial" w:hAnsi="Arial"/>
          <w:lang w:val="en-GB"/>
        </w:rPr>
        <w:t xml:space="preserve"> land, especially in the context of the Amazon</w:t>
      </w:r>
      <w:r w:rsidR="007B10D4">
        <w:rPr>
          <w:rFonts w:ascii="Arial" w:hAnsi="Arial"/>
          <w:lang w:val="en-GB"/>
        </w:rPr>
        <w:t>,</w:t>
      </w:r>
      <w:r w:rsidRPr="00AD54C0">
        <w:rPr>
          <w:rFonts w:ascii="Arial" w:hAnsi="Arial"/>
          <w:lang w:val="en-GB"/>
        </w:rPr>
        <w:t xml:space="preserve"> and also urbanization</w:t>
      </w:r>
      <w:r w:rsidR="007B10D4">
        <w:rPr>
          <w:rFonts w:ascii="Arial" w:hAnsi="Arial"/>
          <w:lang w:val="en-GB"/>
        </w:rPr>
        <w:t>, with</w:t>
      </w:r>
      <w:r w:rsidRPr="00AD54C0">
        <w:rPr>
          <w:rFonts w:ascii="Arial" w:hAnsi="Arial"/>
          <w:lang w:val="en-GB"/>
        </w:rPr>
        <w:t xml:space="preserve"> cutaneous and visceral leishmaniasis in </w:t>
      </w:r>
      <w:r w:rsidR="007B10D4">
        <w:rPr>
          <w:rFonts w:ascii="Arial" w:hAnsi="Arial"/>
          <w:lang w:val="en-GB"/>
        </w:rPr>
        <w:t xml:space="preserve">some </w:t>
      </w:r>
      <w:r w:rsidRPr="00AD54C0">
        <w:rPr>
          <w:rFonts w:ascii="Arial" w:hAnsi="Arial"/>
          <w:lang w:val="en-GB"/>
        </w:rPr>
        <w:t>urban areas.</w:t>
      </w:r>
    </w:p>
    <w:p w14:paraId="1F3CB748" w14:textId="77777777" w:rsidR="00B4138A" w:rsidRPr="00AD54C0" w:rsidRDefault="00B4138A" w:rsidP="00B4138A">
      <w:pPr>
        <w:spacing w:after="0" w:line="360" w:lineRule="auto"/>
        <w:jc w:val="both"/>
        <w:rPr>
          <w:lang w:val="en-GB"/>
        </w:rPr>
      </w:pPr>
    </w:p>
    <w:p w14:paraId="77500D16" w14:textId="68C2F62F" w:rsidR="00B4138A" w:rsidRPr="00AD54C0" w:rsidRDefault="007B10D4" w:rsidP="00B4138A">
      <w:pPr>
        <w:spacing w:after="0" w:line="360" w:lineRule="auto"/>
        <w:jc w:val="both"/>
        <w:rPr>
          <w:lang w:val="en-GB"/>
        </w:rPr>
      </w:pPr>
      <w:r>
        <w:rPr>
          <w:rFonts w:ascii="Arial" w:hAnsi="Arial"/>
          <w:b/>
          <w:lang w:val="en-GB"/>
        </w:rPr>
        <w:t xml:space="preserve">Rio </w:t>
      </w:r>
      <w:r w:rsidR="00B4138A" w:rsidRPr="00AD54C0">
        <w:rPr>
          <w:rFonts w:ascii="Arial" w:hAnsi="Arial"/>
          <w:b/>
          <w:lang w:val="en-GB"/>
        </w:rPr>
        <w:t xml:space="preserve">Facilitator </w:t>
      </w:r>
      <w:r>
        <w:rPr>
          <w:rFonts w:ascii="Arial" w:hAnsi="Arial"/>
          <w:b/>
          <w:lang w:val="en-GB"/>
        </w:rPr>
        <w:t>1</w:t>
      </w:r>
    </w:p>
    <w:p w14:paraId="0804AB90" w14:textId="77D752AB" w:rsidR="00675D91" w:rsidRPr="00C761BC" w:rsidRDefault="007B10D4" w:rsidP="00B4138A">
      <w:pPr>
        <w:spacing w:after="0" w:line="360" w:lineRule="auto"/>
        <w:jc w:val="both"/>
        <w:rPr>
          <w:lang w:val="en-GB"/>
        </w:rPr>
      </w:pPr>
      <w:r>
        <w:rPr>
          <w:rFonts w:ascii="Arial" w:hAnsi="Arial"/>
          <w:lang w:val="en-GB"/>
        </w:rPr>
        <w:t>R</w:t>
      </w:r>
      <w:r w:rsidR="00B4138A" w:rsidRPr="00AD54C0">
        <w:rPr>
          <w:rFonts w:ascii="Arial" w:hAnsi="Arial"/>
          <w:lang w:val="en-GB"/>
        </w:rPr>
        <w:t>eally relevant po</w:t>
      </w:r>
      <w:r>
        <w:rPr>
          <w:rFonts w:ascii="Arial" w:hAnsi="Arial"/>
          <w:lang w:val="en-GB"/>
        </w:rPr>
        <w:t>ints.</w:t>
      </w:r>
    </w:p>
    <w:p w14:paraId="2996B8F8" w14:textId="77777777" w:rsidR="00675D91" w:rsidRDefault="00675D91" w:rsidP="00B4138A">
      <w:pPr>
        <w:spacing w:after="0" w:line="360" w:lineRule="auto"/>
        <w:jc w:val="both"/>
        <w:rPr>
          <w:rFonts w:ascii="Arial" w:hAnsi="Arial"/>
          <w:b/>
          <w:lang w:val="en-GB"/>
        </w:rPr>
      </w:pPr>
    </w:p>
    <w:p w14:paraId="586F8085" w14:textId="56703464" w:rsidR="00675D91" w:rsidRDefault="00675D91" w:rsidP="00B4138A">
      <w:pPr>
        <w:spacing w:after="0" w:line="360" w:lineRule="auto"/>
        <w:jc w:val="both"/>
        <w:rPr>
          <w:rFonts w:ascii="Arial" w:hAnsi="Arial"/>
          <w:b/>
          <w:lang w:val="en-GB"/>
        </w:rPr>
      </w:pPr>
      <w:r>
        <w:rPr>
          <w:rFonts w:ascii="Arial" w:hAnsi="Arial"/>
          <w:b/>
          <w:lang w:val="en-GB"/>
        </w:rPr>
        <w:t>Rio 17</w:t>
      </w:r>
    </w:p>
    <w:p w14:paraId="4AB38E95" w14:textId="29485EF4" w:rsidR="00B4138A" w:rsidRPr="00675D91" w:rsidRDefault="00675D91" w:rsidP="00B4138A">
      <w:pPr>
        <w:spacing w:after="0" w:line="360" w:lineRule="auto"/>
        <w:jc w:val="both"/>
        <w:rPr>
          <w:highlight w:val="yellow"/>
          <w:lang w:val="en-GB"/>
        </w:rPr>
      </w:pPr>
      <w:r w:rsidRPr="00675D91">
        <w:rPr>
          <w:rFonts w:ascii="Arial" w:hAnsi="Arial"/>
          <w:lang w:val="en-GB"/>
        </w:rPr>
        <w:t xml:space="preserve">African </w:t>
      </w:r>
      <w:proofErr w:type="gramStart"/>
      <w:r w:rsidRPr="00675D91">
        <w:rPr>
          <w:rFonts w:ascii="Arial" w:hAnsi="Arial"/>
          <w:lang w:val="en-GB"/>
        </w:rPr>
        <w:t>Swine Fever</w:t>
      </w:r>
      <w:proofErr w:type="gramEnd"/>
      <w:r w:rsidRPr="00675D91">
        <w:rPr>
          <w:rFonts w:ascii="Arial" w:hAnsi="Arial"/>
          <w:lang w:val="en-GB"/>
        </w:rPr>
        <w:t xml:space="preserve"> and other agriculturally important diseases would have other health effects such as financial health and food security; these are sometime overlooked</w:t>
      </w:r>
    </w:p>
    <w:p w14:paraId="6571C4A4" w14:textId="77777777" w:rsidR="00B4138A" w:rsidRPr="00AD54C0" w:rsidRDefault="00B4138A" w:rsidP="00B4138A">
      <w:pPr>
        <w:spacing w:after="0" w:line="360" w:lineRule="auto"/>
        <w:jc w:val="both"/>
        <w:rPr>
          <w:rFonts w:ascii="Arial" w:hAnsi="Arial"/>
          <w:lang w:val="en-GB"/>
        </w:rPr>
      </w:pPr>
    </w:p>
    <w:p w14:paraId="0F6BB259" w14:textId="0EB7952D" w:rsidR="007B10D4" w:rsidRPr="00AD54C0" w:rsidRDefault="007B10D4" w:rsidP="007B10D4">
      <w:pPr>
        <w:spacing w:after="0" w:line="360" w:lineRule="auto"/>
        <w:jc w:val="both"/>
        <w:rPr>
          <w:lang w:val="en-GB"/>
        </w:rPr>
      </w:pPr>
      <w:r>
        <w:rPr>
          <w:rFonts w:ascii="Arial" w:hAnsi="Arial"/>
          <w:b/>
          <w:lang w:val="en-GB"/>
        </w:rPr>
        <w:t xml:space="preserve">Rio </w:t>
      </w:r>
      <w:r w:rsidRPr="00AD54C0">
        <w:rPr>
          <w:rFonts w:ascii="Arial" w:hAnsi="Arial"/>
          <w:b/>
          <w:lang w:val="en-GB"/>
        </w:rPr>
        <w:t xml:space="preserve">Facilitator </w:t>
      </w:r>
      <w:r>
        <w:rPr>
          <w:rFonts w:ascii="Arial" w:hAnsi="Arial"/>
          <w:b/>
          <w:lang w:val="en-GB"/>
        </w:rPr>
        <w:t>2</w:t>
      </w:r>
    </w:p>
    <w:p w14:paraId="145F92D0" w14:textId="1A1C73AD" w:rsidR="007B10D4" w:rsidRDefault="00B4138A" w:rsidP="00B4138A">
      <w:pPr>
        <w:spacing w:after="0" w:line="360" w:lineRule="auto"/>
        <w:jc w:val="both"/>
        <w:rPr>
          <w:rFonts w:ascii="Arial" w:hAnsi="Arial"/>
          <w:lang w:val="en-GB"/>
        </w:rPr>
      </w:pPr>
      <w:r w:rsidRPr="00AD54C0">
        <w:rPr>
          <w:rFonts w:ascii="Arial" w:hAnsi="Arial"/>
          <w:lang w:val="en-GB"/>
        </w:rPr>
        <w:t xml:space="preserve">Thank you to all the online participants for the comments. </w:t>
      </w:r>
    </w:p>
    <w:p w14:paraId="508E6288" w14:textId="77777777" w:rsidR="00B45B9F" w:rsidRDefault="00B45B9F" w:rsidP="00B4138A">
      <w:pPr>
        <w:spacing w:after="0" w:line="360" w:lineRule="auto"/>
        <w:jc w:val="both"/>
        <w:rPr>
          <w:rFonts w:ascii="Arial" w:hAnsi="Arial"/>
          <w:lang w:val="en-GB"/>
        </w:rPr>
      </w:pPr>
      <w:bookmarkStart w:id="0" w:name="_GoBack"/>
      <w:bookmarkEnd w:id="0"/>
    </w:p>
    <w:p w14:paraId="634E3529" w14:textId="77777777" w:rsidR="007B10D4" w:rsidRPr="007B10D4" w:rsidRDefault="007B10D4" w:rsidP="00B4138A">
      <w:pPr>
        <w:spacing w:after="0" w:line="360" w:lineRule="auto"/>
        <w:jc w:val="both"/>
        <w:rPr>
          <w:rFonts w:ascii="Arial" w:hAnsi="Arial"/>
          <w:b/>
          <w:lang w:val="en-GB"/>
        </w:rPr>
      </w:pPr>
      <w:r w:rsidRPr="007B10D4">
        <w:rPr>
          <w:rFonts w:ascii="Arial" w:hAnsi="Arial"/>
          <w:b/>
          <w:lang w:val="en-GB"/>
        </w:rPr>
        <w:t>Rio Facilitator 3</w:t>
      </w:r>
    </w:p>
    <w:p w14:paraId="1B8528F3" w14:textId="6B377C5A" w:rsidR="007B10D4" w:rsidRDefault="00B4138A" w:rsidP="00B4138A">
      <w:pPr>
        <w:spacing w:after="0" w:line="360" w:lineRule="auto"/>
        <w:jc w:val="both"/>
        <w:rPr>
          <w:rFonts w:ascii="Arial" w:hAnsi="Arial"/>
          <w:lang w:val="en-GB"/>
        </w:rPr>
      </w:pPr>
      <w:r w:rsidRPr="00AD54C0">
        <w:rPr>
          <w:rFonts w:ascii="Arial" w:hAnsi="Arial"/>
          <w:lang w:val="en-GB"/>
        </w:rPr>
        <w:t xml:space="preserve">I guess we reached the end of the session, we will have a lunch now, </w:t>
      </w:r>
      <w:proofErr w:type="gramStart"/>
      <w:r w:rsidRPr="00AD54C0">
        <w:rPr>
          <w:rFonts w:ascii="Arial" w:hAnsi="Arial"/>
          <w:lang w:val="en-GB"/>
        </w:rPr>
        <w:t>I</w:t>
      </w:r>
      <w:proofErr w:type="gramEnd"/>
      <w:r w:rsidRPr="00AD54C0">
        <w:rPr>
          <w:rFonts w:ascii="Arial" w:hAnsi="Arial"/>
          <w:lang w:val="en-GB"/>
        </w:rPr>
        <w:t xml:space="preserve"> would like to thank you all for your participation. It was a very won</w:t>
      </w:r>
      <w:r w:rsidR="007B10D4">
        <w:rPr>
          <w:rFonts w:ascii="Arial" w:hAnsi="Arial"/>
          <w:lang w:val="en-GB"/>
        </w:rPr>
        <w:t>derful, rich debate.</w:t>
      </w:r>
    </w:p>
    <w:p w14:paraId="2110B59E" w14:textId="46F3A5E4" w:rsidR="007B10D4" w:rsidRPr="00B4138A" w:rsidRDefault="007B10D4" w:rsidP="00B4138A">
      <w:pPr>
        <w:spacing w:after="0" w:line="360" w:lineRule="auto"/>
        <w:jc w:val="both"/>
        <w:rPr>
          <w:lang w:val="en-GB"/>
        </w:rPr>
      </w:pPr>
      <w:r>
        <w:rPr>
          <w:rFonts w:ascii="Arial" w:hAnsi="Arial"/>
          <w:lang w:val="en-GB"/>
        </w:rPr>
        <w:lastRenderedPageBreak/>
        <w:t>[</w:t>
      </w:r>
      <w:r w:rsidRPr="007B10D4">
        <w:rPr>
          <w:rFonts w:ascii="Arial" w:hAnsi="Arial"/>
          <w:i/>
          <w:lang w:val="en-GB"/>
        </w:rPr>
        <w:t>Session End</w:t>
      </w:r>
      <w:r>
        <w:rPr>
          <w:rFonts w:ascii="Arial" w:hAnsi="Arial"/>
          <w:lang w:val="en-GB"/>
        </w:rPr>
        <w:t>]</w:t>
      </w:r>
    </w:p>
    <w:sectPr w:rsidR="007B10D4" w:rsidRPr="00B4138A" w:rsidSect="001216B9">
      <w:headerReference w:type="default" r:id="rId8"/>
      <w:footerReference w:type="even" r:id="rId9"/>
      <w:footerReference w:type="default" r:id="rId10"/>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4923E" w14:textId="77777777" w:rsidR="00F515E9" w:rsidRDefault="00F515E9">
      <w:pPr>
        <w:spacing w:after="0" w:line="240" w:lineRule="auto"/>
      </w:pPr>
      <w:r>
        <w:separator/>
      </w:r>
    </w:p>
  </w:endnote>
  <w:endnote w:type="continuationSeparator" w:id="0">
    <w:p w14:paraId="3611151D" w14:textId="77777777" w:rsidR="00F515E9" w:rsidRDefault="00F5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72650680"/>
      <w:docPartObj>
        <w:docPartGallery w:val="Page Numbers (Bottom of Page)"/>
        <w:docPartUnique/>
      </w:docPartObj>
    </w:sdtPr>
    <w:sdtEndPr>
      <w:rPr>
        <w:rStyle w:val="PageNumber"/>
      </w:rPr>
    </w:sdtEndPr>
    <w:sdtContent>
      <w:p w14:paraId="6546FBDD" w14:textId="77777777" w:rsidR="006D1AE1" w:rsidRDefault="006D1AE1" w:rsidP="00FD4E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6F394D09" w14:textId="77777777" w:rsidR="006D1AE1" w:rsidRDefault="006D1AE1" w:rsidP="00FD4E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D46DD" w14:textId="77777777" w:rsidR="006D1AE1" w:rsidRDefault="006D1A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45626"/>
      <w:docPartObj>
        <w:docPartGallery w:val="Page Numbers (Bottom of Page)"/>
        <w:docPartUnique/>
      </w:docPartObj>
    </w:sdtPr>
    <w:sdtEndPr>
      <w:rPr>
        <w:noProof/>
      </w:rPr>
    </w:sdtEndPr>
    <w:sdtContent>
      <w:p w14:paraId="1A625F8C" w14:textId="5A6C9FCD" w:rsidR="006D1AE1" w:rsidRDefault="006D1AE1">
        <w:pPr>
          <w:pStyle w:val="Footer"/>
          <w:jc w:val="center"/>
        </w:pPr>
        <w:r>
          <w:fldChar w:fldCharType="begin"/>
        </w:r>
        <w:r>
          <w:instrText xml:space="preserve"> PAGE   \* MERGEFORMAT </w:instrText>
        </w:r>
        <w:r>
          <w:fldChar w:fldCharType="separate"/>
        </w:r>
        <w:r w:rsidR="00B45B9F">
          <w:rPr>
            <w:noProof/>
          </w:rPr>
          <w:t>- 15 -</w:t>
        </w:r>
        <w:r>
          <w:rPr>
            <w:noProof/>
          </w:rPr>
          <w:fldChar w:fldCharType="end"/>
        </w:r>
      </w:p>
    </w:sdtContent>
  </w:sdt>
  <w:p w14:paraId="7AA4D088" w14:textId="1033481E" w:rsidR="006D1AE1" w:rsidRPr="009C3AF0" w:rsidRDefault="006D1AE1">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E6E4B" w14:textId="77777777" w:rsidR="00F515E9" w:rsidRDefault="00F515E9">
      <w:pPr>
        <w:spacing w:after="0" w:line="240" w:lineRule="auto"/>
      </w:pPr>
      <w:r>
        <w:separator/>
      </w:r>
    </w:p>
  </w:footnote>
  <w:footnote w:type="continuationSeparator" w:id="0">
    <w:p w14:paraId="2F6651F4" w14:textId="77777777" w:rsidR="00F515E9" w:rsidRDefault="00F51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1EA1C" w14:textId="18E0CA46" w:rsidR="006D1AE1" w:rsidRPr="000E5245" w:rsidRDefault="006D1AE1">
    <w:pPr>
      <w:pStyle w:val="Header"/>
      <w:rPr>
        <w:rFonts w:asciiTheme="majorHAnsi" w:hAnsiTheme="majorHAnsi" w:cstheme="majorHAnsi"/>
      </w:rPr>
    </w:pPr>
    <w:r w:rsidRPr="000E5245">
      <w:rPr>
        <w:rFonts w:asciiTheme="majorHAnsi" w:hAnsiTheme="majorHAnsi" w:cstheme="majorHAnsi"/>
        <w:noProof/>
        <w:lang w:val="en-GB" w:eastAsia="en-GB"/>
      </w:rPr>
      <w:drawing>
        <wp:anchor distT="0" distB="0" distL="114300" distR="114300" simplePos="0" relativeHeight="251659264" behindDoc="1" locked="0" layoutInCell="1" allowOverlap="1" wp14:anchorId="406F916A" wp14:editId="166283EE">
          <wp:simplePos x="0" y="0"/>
          <wp:positionH relativeFrom="column">
            <wp:posOffset>5196205</wp:posOffset>
          </wp:positionH>
          <wp:positionV relativeFrom="paragraph">
            <wp:posOffset>-252730</wp:posOffset>
          </wp:positionV>
          <wp:extent cx="1209675" cy="585470"/>
          <wp:effectExtent l="0" t="0" r="9525" b="5080"/>
          <wp:wrapTight wrapText="bothSides">
            <wp:wrapPolygon edited="0">
              <wp:start x="0" y="0"/>
              <wp:lineTo x="0" y="21085"/>
              <wp:lineTo x="21430" y="21085"/>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HN_logo_digital_letterhead_small.png"/>
                  <pic:cNvPicPr/>
                </pic:nvPicPr>
                <pic:blipFill>
                  <a:blip r:embed="rId1">
                    <a:extLst>
                      <a:ext uri="{28A0092B-C50C-407E-A947-70E740481C1C}">
                        <a14:useLocalDpi xmlns:a14="http://schemas.microsoft.com/office/drawing/2010/main" val="0"/>
                      </a:ext>
                    </a:extLst>
                  </a:blip>
                  <a:stretch>
                    <a:fillRect/>
                  </a:stretch>
                </pic:blipFill>
                <pic:spPr>
                  <a:xfrm>
                    <a:off x="0" y="0"/>
                    <a:ext cx="1209675" cy="585470"/>
                  </a:xfrm>
                  <a:prstGeom prst="rect">
                    <a:avLst/>
                  </a:prstGeom>
                </pic:spPr>
              </pic:pic>
            </a:graphicData>
          </a:graphic>
          <wp14:sizeRelH relativeFrom="margin">
            <wp14:pctWidth>0</wp14:pctWidth>
          </wp14:sizeRelH>
          <wp14:sizeRelV relativeFrom="margin">
            <wp14:pctHeight>0</wp14:pctHeight>
          </wp14:sizeRelV>
        </wp:anchor>
      </w:drawing>
    </w:r>
    <w:r w:rsidRPr="000E5245">
      <w:rPr>
        <w:rFonts w:asciiTheme="majorHAnsi" w:hAnsiTheme="majorHAnsi" w:cstheme="majorHAnsi"/>
        <w:noProof/>
        <w:lang w:val="en-GB" w:eastAsia="en-GB"/>
      </w:rPr>
      <w:drawing>
        <wp:anchor distT="0" distB="0" distL="114300" distR="114300" simplePos="0" relativeHeight="251658240" behindDoc="1" locked="0" layoutInCell="1" allowOverlap="1" wp14:anchorId="486F12E0" wp14:editId="5B207522">
          <wp:simplePos x="0" y="0"/>
          <wp:positionH relativeFrom="column">
            <wp:posOffset>4472293</wp:posOffset>
          </wp:positionH>
          <wp:positionV relativeFrom="paragraph">
            <wp:posOffset>-267862</wp:posOffset>
          </wp:positionV>
          <wp:extent cx="627211" cy="603849"/>
          <wp:effectExtent l="0" t="0" r="1905" b="6350"/>
          <wp:wrapTight wrapText="bothSides">
            <wp:wrapPolygon edited="0">
              <wp:start x="0" y="0"/>
              <wp:lineTo x="0" y="21145"/>
              <wp:lineTo x="21009" y="21145"/>
              <wp:lineTo x="21009" y="0"/>
              <wp:lineTo x="0" y="0"/>
            </wp:wrapPolygon>
          </wp:wrapTight>
          <wp:docPr id="1" name="Picture 1" descr="wellcome-trust-vector-logo - WestW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ome-trust-vector-logo - WestWon"/>
                  <pic:cNvPicPr>
                    <a:picLocks noChangeAspect="1" noChangeArrowheads="1"/>
                  </pic:cNvPicPr>
                </pic:nvPicPr>
                <pic:blipFill rotWithShape="1">
                  <a:blip r:embed="rId2">
                    <a:extLst>
                      <a:ext uri="{28A0092B-C50C-407E-A947-70E740481C1C}">
                        <a14:useLocalDpi xmlns:a14="http://schemas.microsoft.com/office/drawing/2010/main" val="0"/>
                      </a:ext>
                    </a:extLst>
                  </a:blip>
                  <a:srcRect l="20890" r="21426"/>
                  <a:stretch/>
                </pic:blipFill>
                <pic:spPr bwMode="auto">
                  <a:xfrm>
                    <a:off x="0" y="0"/>
                    <a:ext cx="627211" cy="603849"/>
                  </a:xfrm>
                  <a:prstGeom prst="rect">
                    <a:avLst/>
                  </a:prstGeom>
                  <a:noFill/>
                  <a:ln>
                    <a:noFill/>
                  </a:ln>
                  <a:extLst>
                    <a:ext uri="{53640926-AAD7-44D8-BBD7-CCE9431645EC}">
                      <a14:shadowObscured xmlns:a14="http://schemas.microsoft.com/office/drawing/2010/main"/>
                    </a:ext>
                  </a:extLst>
                </pic:spPr>
              </pic:pic>
            </a:graphicData>
          </a:graphic>
        </wp:anchor>
      </w:drawing>
    </w:r>
    <w:r w:rsidRPr="000E5245">
      <w:rPr>
        <w:rFonts w:asciiTheme="majorHAnsi" w:hAnsiTheme="majorHAnsi" w:cstheme="majorHAnsi"/>
      </w:rPr>
      <w:t>2024, v.1</w:t>
    </w:r>
  </w:p>
  <w:p w14:paraId="134F2A59" w14:textId="31735706" w:rsidR="006D1AE1" w:rsidRDefault="006D1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0A6B"/>
    <w:rsid w:val="0006063C"/>
    <w:rsid w:val="00066610"/>
    <w:rsid w:val="0006686B"/>
    <w:rsid w:val="00067005"/>
    <w:rsid w:val="000C76CD"/>
    <w:rsid w:val="000E5245"/>
    <w:rsid w:val="001216B9"/>
    <w:rsid w:val="00133462"/>
    <w:rsid w:val="0015074B"/>
    <w:rsid w:val="00160251"/>
    <w:rsid w:val="001F0737"/>
    <w:rsid w:val="002157C0"/>
    <w:rsid w:val="00221D44"/>
    <w:rsid w:val="002353D5"/>
    <w:rsid w:val="00246CE4"/>
    <w:rsid w:val="00263FC0"/>
    <w:rsid w:val="00281209"/>
    <w:rsid w:val="0029639D"/>
    <w:rsid w:val="003160DB"/>
    <w:rsid w:val="00326F90"/>
    <w:rsid w:val="003D2006"/>
    <w:rsid w:val="00416C11"/>
    <w:rsid w:val="00425D4E"/>
    <w:rsid w:val="004310BE"/>
    <w:rsid w:val="004627E2"/>
    <w:rsid w:val="00466DCC"/>
    <w:rsid w:val="004670AD"/>
    <w:rsid w:val="004802F2"/>
    <w:rsid w:val="004A297B"/>
    <w:rsid w:val="004A641F"/>
    <w:rsid w:val="004B593C"/>
    <w:rsid w:val="004C198A"/>
    <w:rsid w:val="004C1A06"/>
    <w:rsid w:val="004C3B98"/>
    <w:rsid w:val="004E65D1"/>
    <w:rsid w:val="00512D43"/>
    <w:rsid w:val="00532B03"/>
    <w:rsid w:val="0054592A"/>
    <w:rsid w:val="005818C9"/>
    <w:rsid w:val="00581B8B"/>
    <w:rsid w:val="00596A25"/>
    <w:rsid w:val="005A3A89"/>
    <w:rsid w:val="005A685C"/>
    <w:rsid w:val="005E64D9"/>
    <w:rsid w:val="006279FC"/>
    <w:rsid w:val="006320B9"/>
    <w:rsid w:val="00642606"/>
    <w:rsid w:val="006650F9"/>
    <w:rsid w:val="00675D91"/>
    <w:rsid w:val="00687B67"/>
    <w:rsid w:val="006A5EC7"/>
    <w:rsid w:val="006D1AE1"/>
    <w:rsid w:val="006D5C1F"/>
    <w:rsid w:val="006E2A8C"/>
    <w:rsid w:val="006E4856"/>
    <w:rsid w:val="0071025C"/>
    <w:rsid w:val="0071113B"/>
    <w:rsid w:val="00713DDD"/>
    <w:rsid w:val="007749AF"/>
    <w:rsid w:val="00785E33"/>
    <w:rsid w:val="00794EBC"/>
    <w:rsid w:val="007B10D4"/>
    <w:rsid w:val="007F0982"/>
    <w:rsid w:val="00821C8F"/>
    <w:rsid w:val="008257F3"/>
    <w:rsid w:val="00825CB1"/>
    <w:rsid w:val="00847564"/>
    <w:rsid w:val="008516AC"/>
    <w:rsid w:val="008714A8"/>
    <w:rsid w:val="0087638A"/>
    <w:rsid w:val="008B328A"/>
    <w:rsid w:val="008F740F"/>
    <w:rsid w:val="00904914"/>
    <w:rsid w:val="00914D95"/>
    <w:rsid w:val="00914EAE"/>
    <w:rsid w:val="009200C0"/>
    <w:rsid w:val="00930F33"/>
    <w:rsid w:val="00933D5B"/>
    <w:rsid w:val="0094743D"/>
    <w:rsid w:val="00965EE3"/>
    <w:rsid w:val="00976C61"/>
    <w:rsid w:val="0098354D"/>
    <w:rsid w:val="009A61B9"/>
    <w:rsid w:val="009B0986"/>
    <w:rsid w:val="009C25E8"/>
    <w:rsid w:val="009C3AF0"/>
    <w:rsid w:val="00A12EE5"/>
    <w:rsid w:val="00A776BF"/>
    <w:rsid w:val="00A904E5"/>
    <w:rsid w:val="00A94E0F"/>
    <w:rsid w:val="00AA1D8D"/>
    <w:rsid w:val="00AB2452"/>
    <w:rsid w:val="00AD0785"/>
    <w:rsid w:val="00AD7287"/>
    <w:rsid w:val="00B4138A"/>
    <w:rsid w:val="00B45B9F"/>
    <w:rsid w:val="00B47730"/>
    <w:rsid w:val="00B87495"/>
    <w:rsid w:val="00BA4ABE"/>
    <w:rsid w:val="00BA4C2B"/>
    <w:rsid w:val="00BB169F"/>
    <w:rsid w:val="00BC51B6"/>
    <w:rsid w:val="00BD0140"/>
    <w:rsid w:val="00BD43D2"/>
    <w:rsid w:val="00C15D89"/>
    <w:rsid w:val="00C24502"/>
    <w:rsid w:val="00C64B17"/>
    <w:rsid w:val="00C7282F"/>
    <w:rsid w:val="00C74CBB"/>
    <w:rsid w:val="00C761BC"/>
    <w:rsid w:val="00C9575D"/>
    <w:rsid w:val="00CB0664"/>
    <w:rsid w:val="00CB0D3C"/>
    <w:rsid w:val="00CF0EA4"/>
    <w:rsid w:val="00D21574"/>
    <w:rsid w:val="00D57E81"/>
    <w:rsid w:val="00D87238"/>
    <w:rsid w:val="00DB3A44"/>
    <w:rsid w:val="00DE454C"/>
    <w:rsid w:val="00DE601C"/>
    <w:rsid w:val="00E52DFA"/>
    <w:rsid w:val="00E82639"/>
    <w:rsid w:val="00E82C0D"/>
    <w:rsid w:val="00EB3DC0"/>
    <w:rsid w:val="00ED3244"/>
    <w:rsid w:val="00ED3852"/>
    <w:rsid w:val="00F0740C"/>
    <w:rsid w:val="00F11A7D"/>
    <w:rsid w:val="00F2516D"/>
    <w:rsid w:val="00F267EA"/>
    <w:rsid w:val="00F368A8"/>
    <w:rsid w:val="00F515E9"/>
    <w:rsid w:val="00F6063B"/>
    <w:rsid w:val="00F70C79"/>
    <w:rsid w:val="00F7297A"/>
    <w:rsid w:val="00F9196A"/>
    <w:rsid w:val="00FC693F"/>
    <w:rsid w:val="00FD4E37"/>
    <w:rsid w:val="00FF0D0F"/>
    <w:rsid w:val="00FF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C17A9D"/>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customStyle="1" w:styleId="UnresolvedMention">
    <w:name w:val="Unresolved Mention"/>
    <w:basedOn w:val="DefaultParagraphFont"/>
    <w:uiPriority w:val="99"/>
    <w:semiHidden/>
    <w:unhideWhenUsed/>
    <w:rsid w:val="006E2A8C"/>
    <w:rPr>
      <w:color w:val="605E5C"/>
      <w:shd w:val="clear" w:color="auto" w:fill="E1DFDD"/>
    </w:rPr>
  </w:style>
  <w:style w:type="character" w:styleId="CommentReference">
    <w:name w:val="annotation reference"/>
    <w:basedOn w:val="DefaultParagraphFont"/>
    <w:uiPriority w:val="99"/>
    <w:semiHidden/>
    <w:unhideWhenUsed/>
    <w:rsid w:val="008F740F"/>
    <w:rPr>
      <w:sz w:val="16"/>
      <w:szCs w:val="16"/>
    </w:rPr>
  </w:style>
  <w:style w:type="paragraph" w:styleId="CommentText">
    <w:name w:val="annotation text"/>
    <w:basedOn w:val="Normal"/>
    <w:link w:val="CommentTextChar"/>
    <w:uiPriority w:val="99"/>
    <w:semiHidden/>
    <w:unhideWhenUsed/>
    <w:rsid w:val="008F740F"/>
    <w:pPr>
      <w:spacing w:line="240" w:lineRule="auto"/>
    </w:pPr>
    <w:rPr>
      <w:sz w:val="20"/>
      <w:szCs w:val="20"/>
    </w:rPr>
  </w:style>
  <w:style w:type="character" w:customStyle="1" w:styleId="CommentTextChar">
    <w:name w:val="Comment Text Char"/>
    <w:basedOn w:val="DefaultParagraphFont"/>
    <w:link w:val="CommentText"/>
    <w:uiPriority w:val="99"/>
    <w:semiHidden/>
    <w:rsid w:val="008F740F"/>
    <w:rPr>
      <w:sz w:val="20"/>
      <w:szCs w:val="20"/>
    </w:rPr>
  </w:style>
  <w:style w:type="paragraph" w:styleId="CommentSubject">
    <w:name w:val="annotation subject"/>
    <w:basedOn w:val="CommentText"/>
    <w:next w:val="CommentText"/>
    <w:link w:val="CommentSubjectChar"/>
    <w:uiPriority w:val="99"/>
    <w:semiHidden/>
    <w:unhideWhenUsed/>
    <w:rsid w:val="008F740F"/>
    <w:rPr>
      <w:b/>
      <w:bCs/>
    </w:rPr>
  </w:style>
  <w:style w:type="character" w:customStyle="1" w:styleId="CommentSubjectChar">
    <w:name w:val="Comment Subject Char"/>
    <w:basedOn w:val="CommentTextChar"/>
    <w:link w:val="CommentSubject"/>
    <w:uiPriority w:val="99"/>
    <w:semiHidden/>
    <w:rsid w:val="008F740F"/>
    <w:rPr>
      <w:b/>
      <w:bCs/>
      <w:sz w:val="20"/>
      <w:szCs w:val="20"/>
    </w:rPr>
  </w:style>
  <w:style w:type="paragraph" w:styleId="NormalWeb">
    <w:name w:val="Normal (Web)"/>
    <w:basedOn w:val="Normal"/>
    <w:uiPriority w:val="99"/>
    <w:semiHidden/>
    <w:unhideWhenUsed/>
    <w:rsid w:val="00785E3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95757">
      <w:bodyDiv w:val="1"/>
      <w:marLeft w:val="0"/>
      <w:marRight w:val="0"/>
      <w:marTop w:val="0"/>
      <w:marBottom w:val="0"/>
      <w:divBdr>
        <w:top w:val="none" w:sz="0" w:space="0" w:color="auto"/>
        <w:left w:val="none" w:sz="0" w:space="0" w:color="auto"/>
        <w:bottom w:val="none" w:sz="0" w:space="0" w:color="auto"/>
        <w:right w:val="none" w:sz="0" w:space="0" w:color="auto"/>
      </w:divBdr>
    </w:div>
    <w:div w:id="15232035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08648-AAF2-4464-98FA-300699A0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19</Pages>
  <Words>6935</Words>
  <Characters>39533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Walker</cp:lastModifiedBy>
  <cp:revision>6</cp:revision>
  <dcterms:created xsi:type="dcterms:W3CDTF">2024-03-04T15:19:00Z</dcterms:created>
  <dcterms:modified xsi:type="dcterms:W3CDTF">2024-03-06T12:08:00Z</dcterms:modified>
  <cp:category/>
</cp:coreProperties>
</file>