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BEDFB0" w14:textId="29F0BC3D" w:rsidR="00785E33" w:rsidRPr="00C64B17" w:rsidRDefault="00785E33" w:rsidP="00785E33">
      <w:pPr>
        <w:pStyle w:val="Title"/>
        <w:rPr>
          <w:sz w:val="48"/>
          <w:szCs w:val="48"/>
        </w:rPr>
      </w:pPr>
      <w:r w:rsidRPr="00C64B17">
        <w:rPr>
          <w:sz w:val="48"/>
          <w:szCs w:val="48"/>
        </w:rPr>
        <w:t xml:space="preserve">Microbial </w:t>
      </w:r>
      <w:r w:rsidR="009C25E8">
        <w:rPr>
          <w:sz w:val="48"/>
          <w:szCs w:val="48"/>
        </w:rPr>
        <w:t>Communities</w:t>
      </w:r>
      <w:r w:rsidRPr="00C64B17">
        <w:rPr>
          <w:sz w:val="48"/>
          <w:szCs w:val="48"/>
        </w:rPr>
        <w:t xml:space="preserve"> and Transmission Dynamics of Escalating Infectious Diseases </w:t>
      </w:r>
    </w:p>
    <w:p w14:paraId="5F09AC83" w14:textId="6220CE8C" w:rsidR="00785E33" w:rsidRDefault="00F0740C" w:rsidP="00785E33">
      <w:pPr>
        <w:rPr>
          <w:rFonts w:asciiTheme="majorHAnsi" w:hAnsiTheme="majorHAnsi" w:cstheme="majorHAnsi"/>
          <w:b/>
          <w:sz w:val="28"/>
        </w:rPr>
      </w:pPr>
      <w:r>
        <w:rPr>
          <w:rFonts w:asciiTheme="majorHAnsi" w:hAnsiTheme="majorHAnsi" w:cstheme="majorHAnsi"/>
          <w:b/>
          <w:sz w:val="28"/>
        </w:rPr>
        <w:t>Rio de Janeiro (Brazil), Workshop, 16</w:t>
      </w:r>
      <w:r>
        <w:rPr>
          <w:rFonts w:asciiTheme="majorHAnsi" w:hAnsiTheme="majorHAnsi" w:cstheme="majorHAnsi"/>
          <w:b/>
          <w:sz w:val="28"/>
          <w:vertAlign w:val="superscript"/>
        </w:rPr>
        <w:t>th</w:t>
      </w:r>
      <w:r w:rsidR="00C64B17" w:rsidRPr="00C64B17">
        <w:rPr>
          <w:rFonts w:asciiTheme="majorHAnsi" w:hAnsiTheme="majorHAnsi" w:cstheme="majorHAnsi"/>
          <w:b/>
          <w:sz w:val="28"/>
        </w:rPr>
        <w:t xml:space="preserve"> June 2023</w:t>
      </w:r>
      <w:r w:rsidR="00C64B17" w:rsidRPr="00C64B17">
        <w:rPr>
          <w:rFonts w:asciiTheme="majorHAnsi" w:hAnsiTheme="majorHAnsi" w:cstheme="majorHAnsi"/>
          <w:b/>
          <w:sz w:val="28"/>
        </w:rPr>
        <w:br/>
      </w:r>
      <w:r w:rsidR="00785E33" w:rsidRPr="00C64B17">
        <w:rPr>
          <w:rFonts w:asciiTheme="majorHAnsi" w:hAnsiTheme="majorHAnsi" w:cstheme="majorHAnsi"/>
          <w:b/>
          <w:sz w:val="28"/>
        </w:rPr>
        <w:t>Transcr</w:t>
      </w:r>
      <w:r w:rsidR="00DD3A8F">
        <w:rPr>
          <w:rFonts w:asciiTheme="majorHAnsi" w:hAnsiTheme="majorHAnsi" w:cstheme="majorHAnsi"/>
          <w:b/>
          <w:sz w:val="28"/>
        </w:rPr>
        <w:t>ipt of Discussion from Session 3, ‘Types of Research</w:t>
      </w:r>
      <w:r w:rsidR="00785E33" w:rsidRPr="00C64B17">
        <w:rPr>
          <w:rFonts w:asciiTheme="majorHAnsi" w:hAnsiTheme="majorHAnsi" w:cstheme="majorHAnsi"/>
          <w:b/>
          <w:sz w:val="28"/>
        </w:rPr>
        <w:t>’</w:t>
      </w:r>
    </w:p>
    <w:p w14:paraId="332D9BF3" w14:textId="77777777" w:rsidR="00637DFC" w:rsidRDefault="00637DFC" w:rsidP="00637DFC">
      <w:pPr>
        <w:spacing w:after="0"/>
        <w:jc w:val="both"/>
        <w:rPr>
          <w:rFonts w:ascii="Arial" w:hAnsi="Arial" w:cs="Arial"/>
        </w:rPr>
      </w:pPr>
    </w:p>
    <w:p w14:paraId="08C9D847" w14:textId="5421E3D1" w:rsidR="00637DFC" w:rsidRPr="008C3EE4" w:rsidRDefault="00637DFC" w:rsidP="00637DFC">
      <w:pPr>
        <w:spacing w:after="0"/>
        <w:jc w:val="both"/>
        <w:rPr>
          <w:rFonts w:ascii="Arial" w:hAnsi="Arial" w:cs="Arial"/>
        </w:rPr>
      </w:pPr>
      <w:r w:rsidRPr="008C3EE4">
        <w:rPr>
          <w:rFonts w:ascii="Arial" w:hAnsi="Arial" w:cs="Arial"/>
        </w:rPr>
        <w:t xml:space="preserve">Use of this data is intended for research purposes only. The opinions, statements, and views expressed in this data are solely those of the participants, and do not necessarily reflect the official stance or position of Wellcome or The Global Health Network, unless a statement is explicitly attributed to a Wellcome or The Global Health Network representative. Wellcome and The Global Health Network do not endorse or take responsibility for the accuracy, completeness, or reliability of the opinions, statements, and views contained in </w:t>
      </w:r>
      <w:r w:rsidRPr="00404CB1">
        <w:rPr>
          <w:rFonts w:ascii="Arial" w:hAnsi="Arial" w:cs="Arial"/>
        </w:rPr>
        <w:t>this data set</w:t>
      </w:r>
      <w:r w:rsidRPr="008C3EE4">
        <w:rPr>
          <w:rFonts w:ascii="Arial" w:hAnsi="Arial" w:cs="Arial"/>
        </w:rPr>
        <w:t>.</w:t>
      </w:r>
    </w:p>
    <w:p w14:paraId="427ADCFB" w14:textId="77777777" w:rsidR="00637DFC" w:rsidRPr="008C3EE4" w:rsidRDefault="00637DFC" w:rsidP="00637DFC">
      <w:pPr>
        <w:spacing w:after="0"/>
        <w:jc w:val="both"/>
        <w:rPr>
          <w:rFonts w:ascii="Arial" w:hAnsi="Arial" w:cs="Arial"/>
        </w:rPr>
      </w:pPr>
    </w:p>
    <w:p w14:paraId="7E7C6411" w14:textId="77777777" w:rsidR="00637DFC" w:rsidRPr="008C3EE4" w:rsidRDefault="00637DFC" w:rsidP="00637DFC">
      <w:pPr>
        <w:spacing w:after="0"/>
        <w:jc w:val="both"/>
        <w:rPr>
          <w:rFonts w:ascii="Arial" w:hAnsi="Arial" w:cs="Arial"/>
        </w:rPr>
      </w:pPr>
      <w:r w:rsidRPr="008C3EE4">
        <w:rPr>
          <w:rFonts w:ascii="Arial" w:hAnsi="Arial" w:cs="Arial"/>
        </w:rPr>
        <w:t>Users of this data are advised to exercise caution and critical judgment when interpreting the content. Wellcome and The Global Health Network shall not be held liable for any errors, omissions, or inaccuracies in the transcripts or for any consequences arising from the use of the data.</w:t>
      </w:r>
    </w:p>
    <w:p w14:paraId="0517ED0B" w14:textId="77777777" w:rsidR="00637DFC" w:rsidRPr="008C3EE4" w:rsidRDefault="00637DFC" w:rsidP="00637DFC">
      <w:pPr>
        <w:spacing w:after="0"/>
        <w:jc w:val="both"/>
        <w:rPr>
          <w:rFonts w:ascii="Arial" w:hAnsi="Arial" w:cs="Arial"/>
        </w:rPr>
      </w:pPr>
    </w:p>
    <w:p w14:paraId="01ED850F" w14:textId="77777777" w:rsidR="00637DFC" w:rsidRPr="008C3EE4" w:rsidRDefault="00637DFC" w:rsidP="00637DFC">
      <w:pPr>
        <w:spacing w:after="0"/>
        <w:jc w:val="both"/>
        <w:rPr>
          <w:rFonts w:ascii="Arial" w:hAnsi="Arial" w:cs="Arial"/>
        </w:rPr>
      </w:pPr>
      <w:r w:rsidRPr="008C3EE4">
        <w:rPr>
          <w:rFonts w:ascii="Arial" w:hAnsi="Arial" w:cs="Arial"/>
        </w:rPr>
        <w:t>Any utilization of this data is subject to proper attribution to Wellcome and The Global Health Network.</w:t>
      </w:r>
    </w:p>
    <w:p w14:paraId="1FA0AD79" w14:textId="77777777" w:rsidR="00637DFC" w:rsidRDefault="00637DFC" w:rsidP="00785E33">
      <w:pPr>
        <w:rPr>
          <w:rFonts w:asciiTheme="majorHAnsi" w:hAnsiTheme="majorHAnsi" w:cstheme="majorHAnsi"/>
          <w:b/>
          <w:sz w:val="28"/>
        </w:rPr>
      </w:pPr>
    </w:p>
    <w:p w14:paraId="6BA0779C" w14:textId="2DD62F39" w:rsidR="004F4361" w:rsidRDefault="004F4361" w:rsidP="00B4138A">
      <w:pPr>
        <w:spacing w:after="0" w:line="360" w:lineRule="auto"/>
        <w:jc w:val="both"/>
        <w:rPr>
          <w:rFonts w:ascii="Arial" w:hAnsi="Arial"/>
          <w:lang w:val="en-GB"/>
        </w:rPr>
      </w:pPr>
    </w:p>
    <w:p w14:paraId="09FA8930" w14:textId="77777777" w:rsidR="00637DFC" w:rsidRDefault="00637DFC">
      <w:pPr>
        <w:rPr>
          <w:rFonts w:ascii="Arial" w:eastAsia="Arial" w:hAnsi="Arial"/>
          <w:b/>
        </w:rPr>
      </w:pPr>
      <w:r>
        <w:rPr>
          <w:rFonts w:ascii="Arial" w:eastAsia="Arial" w:hAnsi="Arial"/>
          <w:b/>
        </w:rPr>
        <w:br w:type="page"/>
      </w:r>
    </w:p>
    <w:p w14:paraId="323A8E96" w14:textId="4D0312F1" w:rsidR="004F4361" w:rsidRDefault="00DD3A8F"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b/>
        </w:rPr>
        <w:lastRenderedPageBreak/>
        <w:t>Rio Facilitator 4</w:t>
      </w:r>
    </w:p>
    <w:p w14:paraId="0B7CD8CD" w14:textId="325215AC" w:rsidR="004F4361" w:rsidRDefault="00DD3A8F"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rPr>
        <w:t>W</w:t>
      </w:r>
      <w:r w:rsidR="004F4361">
        <w:rPr>
          <w:rFonts w:ascii="Arial" w:eastAsia="Arial" w:hAnsi="Arial"/>
        </w:rPr>
        <w:t xml:space="preserve">e'll start then with </w:t>
      </w:r>
      <w:r>
        <w:rPr>
          <w:rFonts w:ascii="Arial" w:eastAsia="Arial" w:hAnsi="Arial"/>
        </w:rPr>
        <w:t xml:space="preserve">these results, that are the </w:t>
      </w:r>
      <w:r w:rsidR="004F4361">
        <w:rPr>
          <w:rFonts w:ascii="Arial" w:eastAsia="Arial" w:hAnsi="Arial"/>
        </w:rPr>
        <w:t>types</w:t>
      </w:r>
      <w:r>
        <w:rPr>
          <w:rFonts w:ascii="Arial" w:eastAsia="Arial" w:hAnsi="Arial"/>
        </w:rPr>
        <w:t xml:space="preserve"> of research [</w:t>
      </w:r>
      <w:r w:rsidRPr="00DD3A8F">
        <w:rPr>
          <w:rFonts w:ascii="Arial" w:eastAsia="Arial" w:hAnsi="Arial"/>
          <w:i/>
        </w:rPr>
        <w:t>that survey participants felt were needed to address the disease priorities identified</w:t>
      </w:r>
      <w:r>
        <w:rPr>
          <w:rFonts w:ascii="Arial" w:eastAsia="Arial" w:hAnsi="Arial"/>
        </w:rPr>
        <w:t xml:space="preserve">]. So, we would like hear your opinions on </w:t>
      </w:r>
      <w:r w:rsidR="004F4361">
        <w:rPr>
          <w:rFonts w:ascii="Arial" w:eastAsia="Arial" w:hAnsi="Arial"/>
        </w:rPr>
        <w:t xml:space="preserve">these results. </w:t>
      </w:r>
      <w:r>
        <w:rPr>
          <w:rFonts w:ascii="Arial" w:eastAsia="Arial" w:hAnsi="Arial"/>
        </w:rPr>
        <w:t>W</w:t>
      </w:r>
      <w:r w:rsidR="004F4361">
        <w:rPr>
          <w:rFonts w:ascii="Arial" w:eastAsia="Arial" w:hAnsi="Arial"/>
        </w:rPr>
        <w:t xml:space="preserve">hat do </w:t>
      </w:r>
      <w:r>
        <w:rPr>
          <w:rFonts w:ascii="Arial" w:eastAsia="Arial" w:hAnsi="Arial"/>
        </w:rPr>
        <w:t>you think? Do you agree with these</w:t>
      </w:r>
      <w:r w:rsidR="004F4361">
        <w:rPr>
          <w:rFonts w:ascii="Arial" w:eastAsia="Arial" w:hAnsi="Arial"/>
        </w:rPr>
        <w:t xml:space="preserve"> results? And if you agree, </w:t>
      </w:r>
      <w:r>
        <w:rPr>
          <w:rFonts w:ascii="Arial" w:eastAsia="Arial" w:hAnsi="Arial"/>
        </w:rPr>
        <w:t>maybe explain</w:t>
      </w:r>
      <w:r w:rsidR="004F4361">
        <w:rPr>
          <w:rFonts w:ascii="Arial" w:eastAsia="Arial" w:hAnsi="Arial"/>
        </w:rPr>
        <w:t xml:space="preserve"> why you agree. And</w:t>
      </w:r>
      <w:r>
        <w:rPr>
          <w:rFonts w:ascii="Arial" w:eastAsia="Arial" w:hAnsi="Arial"/>
        </w:rPr>
        <w:t xml:space="preserve"> if you see it differently, perhaps</w:t>
      </w:r>
      <w:r w:rsidR="004F4361">
        <w:rPr>
          <w:rFonts w:ascii="Arial" w:eastAsia="Arial" w:hAnsi="Arial"/>
        </w:rPr>
        <w:t xml:space="preserve"> expla</w:t>
      </w:r>
      <w:r>
        <w:rPr>
          <w:rFonts w:ascii="Arial" w:eastAsia="Arial" w:hAnsi="Arial"/>
        </w:rPr>
        <w:t>in why you see it differently.</w:t>
      </w:r>
    </w:p>
    <w:p w14:paraId="47A5A15C" w14:textId="77777777" w:rsidR="00DD3A8F" w:rsidRDefault="00DD3A8F"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p>
    <w:p w14:paraId="7FCFC41A" w14:textId="77777777" w:rsidR="00DC0DFF" w:rsidRDefault="00DD3A8F"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b/>
        </w:rPr>
        <w:t>Rio 12</w:t>
      </w:r>
    </w:p>
    <w:p w14:paraId="42FDE7D0" w14:textId="7BAEE68E" w:rsidR="004F4361" w:rsidRDefault="00DD3A8F"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rPr>
        <w:t>I</w:t>
      </w:r>
      <w:r w:rsidR="004F4361">
        <w:rPr>
          <w:rFonts w:ascii="Arial" w:eastAsia="Arial" w:hAnsi="Arial"/>
        </w:rPr>
        <w:t>t</w:t>
      </w:r>
      <w:r>
        <w:rPr>
          <w:rFonts w:ascii="Arial" w:eastAsia="Arial" w:hAnsi="Arial"/>
        </w:rPr>
        <w:t>’</w:t>
      </w:r>
      <w:r w:rsidR="004F4361">
        <w:rPr>
          <w:rFonts w:ascii="Arial" w:eastAsia="Arial" w:hAnsi="Arial"/>
        </w:rPr>
        <w:t>s interesting</w:t>
      </w:r>
      <w:r>
        <w:rPr>
          <w:rFonts w:ascii="Arial" w:eastAsia="Arial" w:hAnsi="Arial"/>
        </w:rPr>
        <w:t xml:space="preserve"> that</w:t>
      </w:r>
      <w:r w:rsidR="004F4361">
        <w:rPr>
          <w:rFonts w:ascii="Arial" w:eastAsia="Arial" w:hAnsi="Arial"/>
        </w:rPr>
        <w:t xml:space="preserve"> transmission is one of the </w:t>
      </w:r>
      <w:r>
        <w:rPr>
          <w:rFonts w:ascii="Arial" w:eastAsia="Arial" w:hAnsi="Arial"/>
        </w:rPr>
        <w:t>highest prioritized themes</w:t>
      </w:r>
      <w:r w:rsidR="004F4361">
        <w:rPr>
          <w:rFonts w:ascii="Arial" w:eastAsia="Arial" w:hAnsi="Arial"/>
        </w:rPr>
        <w:t xml:space="preserve">, </w:t>
      </w:r>
      <w:r>
        <w:rPr>
          <w:rFonts w:ascii="Arial" w:eastAsia="Arial" w:hAnsi="Arial"/>
        </w:rPr>
        <w:t>but when we look at vectors, there is another trend. T</w:t>
      </w:r>
      <w:r w:rsidR="004F4361">
        <w:rPr>
          <w:rFonts w:ascii="Arial" w:eastAsia="Arial" w:hAnsi="Arial"/>
        </w:rPr>
        <w:t xml:space="preserve">here are different trends </w:t>
      </w:r>
      <w:r>
        <w:rPr>
          <w:rFonts w:ascii="Arial" w:eastAsia="Arial" w:hAnsi="Arial"/>
        </w:rPr>
        <w:t>[</w:t>
      </w:r>
      <w:r w:rsidRPr="00DD3A8F">
        <w:rPr>
          <w:rFonts w:ascii="Arial" w:eastAsia="Arial" w:hAnsi="Arial"/>
          <w:i/>
        </w:rPr>
        <w:t>in the findings</w:t>
      </w:r>
      <w:r>
        <w:rPr>
          <w:rFonts w:ascii="Arial" w:eastAsia="Arial" w:hAnsi="Arial"/>
        </w:rPr>
        <w:t xml:space="preserve">] </w:t>
      </w:r>
      <w:r w:rsidR="004F4361">
        <w:rPr>
          <w:rFonts w:ascii="Arial" w:eastAsia="Arial" w:hAnsi="Arial"/>
        </w:rPr>
        <w:t xml:space="preserve">in general, but it would be interesting to stratify them according to </w:t>
      </w:r>
      <w:r>
        <w:rPr>
          <w:rFonts w:ascii="Arial" w:eastAsia="Arial" w:hAnsi="Arial"/>
        </w:rPr>
        <w:t xml:space="preserve">professional background </w:t>
      </w:r>
      <w:r w:rsidR="004F4361">
        <w:rPr>
          <w:rFonts w:ascii="Arial" w:eastAsia="Arial" w:hAnsi="Arial"/>
        </w:rPr>
        <w:t>in ord</w:t>
      </w:r>
      <w:r>
        <w:rPr>
          <w:rFonts w:ascii="Arial" w:eastAsia="Arial" w:hAnsi="Arial"/>
        </w:rPr>
        <w:t xml:space="preserve">er to have more information. With regards </w:t>
      </w:r>
      <w:r w:rsidR="004F4361">
        <w:rPr>
          <w:rFonts w:ascii="Arial" w:eastAsia="Arial" w:hAnsi="Arial"/>
        </w:rPr>
        <w:t>to ethical considerations</w:t>
      </w:r>
      <w:r>
        <w:rPr>
          <w:rFonts w:ascii="Arial" w:eastAsia="Arial" w:hAnsi="Arial"/>
        </w:rPr>
        <w:t xml:space="preserve"> receiving </w:t>
      </w:r>
      <w:r w:rsidR="00471F4F">
        <w:rPr>
          <w:rFonts w:ascii="Arial" w:eastAsia="Arial" w:hAnsi="Arial"/>
        </w:rPr>
        <w:t>a low prioritization</w:t>
      </w:r>
      <w:r w:rsidR="004F4361">
        <w:rPr>
          <w:rFonts w:ascii="Arial" w:eastAsia="Arial" w:hAnsi="Arial"/>
        </w:rPr>
        <w:t>, I assume that when we carry out research, we</w:t>
      </w:r>
      <w:r w:rsidR="00471F4F">
        <w:rPr>
          <w:rFonts w:ascii="Arial" w:eastAsia="Arial" w:hAnsi="Arial"/>
        </w:rPr>
        <w:t xml:space="preserve"> all</w:t>
      </w:r>
      <w:r w:rsidR="004F4361">
        <w:rPr>
          <w:rFonts w:ascii="Arial" w:eastAsia="Arial" w:hAnsi="Arial"/>
        </w:rPr>
        <w:t xml:space="preserve"> go through ver</w:t>
      </w:r>
      <w:r w:rsidR="00471F4F">
        <w:rPr>
          <w:rFonts w:ascii="Arial" w:eastAsia="Arial" w:hAnsi="Arial"/>
        </w:rPr>
        <w:t>y serious ethical committees. However</w:t>
      </w:r>
      <w:r w:rsidR="004F4361">
        <w:rPr>
          <w:rFonts w:ascii="Arial" w:eastAsia="Arial" w:hAnsi="Arial"/>
        </w:rPr>
        <w:t xml:space="preserve">, </w:t>
      </w:r>
      <w:r w:rsidR="00471F4F">
        <w:rPr>
          <w:rFonts w:ascii="Arial" w:eastAsia="Arial" w:hAnsi="Arial"/>
        </w:rPr>
        <w:t>I believe that we are focused on the</w:t>
      </w:r>
      <w:r w:rsidR="004F4361">
        <w:rPr>
          <w:rFonts w:ascii="Arial" w:eastAsia="Arial" w:hAnsi="Arial"/>
        </w:rPr>
        <w:t xml:space="preserve"> research</w:t>
      </w:r>
      <w:r w:rsidR="00471F4F">
        <w:rPr>
          <w:rFonts w:ascii="Arial" w:eastAsia="Arial" w:hAnsi="Arial"/>
        </w:rPr>
        <w:t xml:space="preserve"> component, whereas we consider the ethics processes to be a bit boring, a</w:t>
      </w:r>
      <w:r w:rsidR="004F4361">
        <w:rPr>
          <w:rFonts w:ascii="Arial" w:eastAsia="Arial" w:hAnsi="Arial"/>
        </w:rPr>
        <w:t xml:space="preserve">nd </w:t>
      </w:r>
      <w:r w:rsidR="00471F4F">
        <w:rPr>
          <w:rFonts w:ascii="Arial" w:eastAsia="Arial" w:hAnsi="Arial"/>
        </w:rPr>
        <w:t>often, we don't like too much documentation</w:t>
      </w:r>
      <w:r w:rsidR="004F4361">
        <w:rPr>
          <w:rFonts w:ascii="Arial" w:eastAsia="Arial" w:hAnsi="Arial"/>
        </w:rPr>
        <w:t xml:space="preserve">. But </w:t>
      </w:r>
      <w:r w:rsidR="00471F4F">
        <w:rPr>
          <w:rFonts w:ascii="Arial" w:eastAsia="Arial" w:hAnsi="Arial"/>
        </w:rPr>
        <w:t xml:space="preserve">still, </w:t>
      </w:r>
      <w:r w:rsidR="004F4361">
        <w:rPr>
          <w:rFonts w:ascii="Arial" w:eastAsia="Arial" w:hAnsi="Arial"/>
        </w:rPr>
        <w:t xml:space="preserve">we must have this ethical surveillance. </w:t>
      </w:r>
    </w:p>
    <w:p w14:paraId="21B2F4C0" w14:textId="77777777" w:rsidR="004F4361" w:rsidRDefault="004F436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p>
    <w:p w14:paraId="40934271" w14:textId="77777777" w:rsidR="00DC0DFF" w:rsidRDefault="00DC0DFF"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rPr>
          <w:rFonts w:ascii="Arial" w:eastAsia="Arial" w:hAnsi="Arial"/>
          <w:b/>
        </w:rPr>
      </w:pPr>
      <w:r>
        <w:rPr>
          <w:rFonts w:ascii="Arial" w:eastAsia="Arial" w:hAnsi="Arial"/>
          <w:b/>
        </w:rPr>
        <w:t>Rio Facilitator 4</w:t>
      </w:r>
    </w:p>
    <w:p w14:paraId="0B224D7B" w14:textId="05E1C019" w:rsidR="00471F4F" w:rsidRDefault="00471F4F"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rPr>
          <w:rFonts w:ascii="Arial" w:eastAsia="Arial" w:hAnsi="Arial"/>
        </w:rPr>
      </w:pPr>
      <w:r>
        <w:rPr>
          <w:rFonts w:ascii="Arial" w:eastAsia="Arial" w:hAnsi="Arial"/>
        </w:rPr>
        <w:t xml:space="preserve">Thank you, Rio </w:t>
      </w:r>
      <w:r w:rsidR="004F4361">
        <w:rPr>
          <w:rFonts w:ascii="Arial" w:eastAsia="Arial" w:hAnsi="Arial"/>
        </w:rPr>
        <w:t xml:space="preserve">12, does anybody want to comment or offer their own opinions? Remember that we have a limited time. So, let's use it well. </w:t>
      </w:r>
    </w:p>
    <w:p w14:paraId="33E68E5C" w14:textId="77777777" w:rsidR="00471F4F" w:rsidRDefault="00471F4F"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rPr>
          <w:rFonts w:ascii="Arial" w:eastAsia="Arial" w:hAnsi="Arial"/>
        </w:rPr>
      </w:pPr>
    </w:p>
    <w:p w14:paraId="1F6C1FEC" w14:textId="77777777" w:rsidR="00DC0DFF" w:rsidRDefault="00471F4F"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rPr>
          <w:rFonts w:ascii="Arial" w:eastAsia="Arial" w:hAnsi="Arial"/>
        </w:rPr>
      </w:pPr>
      <w:r w:rsidRPr="00471F4F">
        <w:rPr>
          <w:rFonts w:ascii="Arial" w:eastAsia="Arial" w:hAnsi="Arial"/>
          <w:b/>
        </w:rPr>
        <w:t>Rio 55</w:t>
      </w:r>
    </w:p>
    <w:p w14:paraId="12AA35C9" w14:textId="05F4E7C5" w:rsidR="00471F4F" w:rsidRDefault="00471F4F"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rPr>
          <w:rFonts w:ascii="Arial" w:eastAsia="Arial" w:hAnsi="Arial"/>
        </w:rPr>
      </w:pPr>
      <w:r w:rsidRPr="00471F4F">
        <w:rPr>
          <w:rFonts w:ascii="Arial" w:eastAsia="Arial" w:hAnsi="Arial"/>
        </w:rPr>
        <w:t>The prevailing emphasis on the epidemiological and biomedical approach has not allowed for the recognition of the need for bioethical approaches, which I believe merits further study in the region.</w:t>
      </w:r>
    </w:p>
    <w:p w14:paraId="22949DFA" w14:textId="77777777" w:rsidR="001D5008" w:rsidRDefault="001D5008"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rPr>
          <w:rFonts w:ascii="Arial" w:eastAsia="Arial" w:hAnsi="Arial"/>
        </w:rPr>
      </w:pPr>
    </w:p>
    <w:p w14:paraId="3969263C" w14:textId="77777777" w:rsidR="00DC0DFF" w:rsidRDefault="001D5008"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rPr>
          <w:rFonts w:ascii="Arial" w:eastAsia="Arial" w:hAnsi="Arial"/>
        </w:rPr>
      </w:pPr>
      <w:r w:rsidRPr="001D5008">
        <w:rPr>
          <w:rFonts w:ascii="Arial" w:eastAsia="Arial" w:hAnsi="Arial"/>
          <w:b/>
        </w:rPr>
        <w:t>Rio 39</w:t>
      </w:r>
    </w:p>
    <w:p w14:paraId="429C5667" w14:textId="013A6CB6" w:rsidR="004F4361" w:rsidRDefault="00471F4F"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rPr>
          <w:rFonts w:ascii="Arial" w:eastAsia="Arial" w:hAnsi="Arial"/>
        </w:rPr>
      </w:pPr>
      <w:r>
        <w:rPr>
          <w:rFonts w:ascii="Arial" w:eastAsia="Arial" w:hAnsi="Arial"/>
        </w:rPr>
        <w:t xml:space="preserve">Diagnostics has been very important across the whole region, and in fact, </w:t>
      </w:r>
      <w:r w:rsidR="004F4361">
        <w:rPr>
          <w:rFonts w:ascii="Arial" w:eastAsia="Arial" w:hAnsi="Arial"/>
        </w:rPr>
        <w:t xml:space="preserve">I have participated in several exercises because I work on this area, </w:t>
      </w:r>
      <w:r>
        <w:rPr>
          <w:rFonts w:ascii="Arial" w:eastAsia="Arial" w:hAnsi="Arial"/>
        </w:rPr>
        <w:t>focusing on diagnostics.</w:t>
      </w:r>
      <w:r w:rsidR="004F4361">
        <w:rPr>
          <w:rFonts w:ascii="Arial" w:eastAsia="Arial" w:hAnsi="Arial"/>
        </w:rPr>
        <w:t xml:space="preserve"> </w:t>
      </w:r>
      <w:r>
        <w:rPr>
          <w:rFonts w:ascii="Arial" w:eastAsia="Arial" w:hAnsi="Arial"/>
        </w:rPr>
        <w:t>I would like to share some of the results, not so much priorities related to the diagnostics</w:t>
      </w:r>
      <w:r w:rsidR="004F4361">
        <w:rPr>
          <w:rFonts w:ascii="Arial" w:eastAsia="Arial" w:hAnsi="Arial"/>
        </w:rPr>
        <w:t>,</w:t>
      </w:r>
      <w:r>
        <w:rPr>
          <w:rFonts w:ascii="Arial" w:eastAsia="Arial" w:hAnsi="Arial"/>
        </w:rPr>
        <w:t xml:space="preserve"> but</w:t>
      </w:r>
      <w:r w:rsidR="004F4361">
        <w:rPr>
          <w:rFonts w:ascii="Arial" w:eastAsia="Arial" w:hAnsi="Arial"/>
        </w:rPr>
        <w:t xml:space="preserve"> specifically, </w:t>
      </w:r>
      <w:r>
        <w:rPr>
          <w:rFonts w:ascii="Arial" w:eastAsia="Arial" w:hAnsi="Arial"/>
        </w:rPr>
        <w:t>of our microbiological diagnostics. Th</w:t>
      </w:r>
      <w:r w:rsidR="004F4361">
        <w:rPr>
          <w:rFonts w:ascii="Arial" w:eastAsia="Arial" w:hAnsi="Arial"/>
        </w:rPr>
        <w:t xml:space="preserve">ose who work with infectious </w:t>
      </w:r>
      <w:r>
        <w:rPr>
          <w:rFonts w:ascii="Arial" w:eastAsia="Arial" w:hAnsi="Arial"/>
        </w:rPr>
        <w:t xml:space="preserve">diseases without microbiological diagnosis think that there </w:t>
      </w:r>
      <w:r w:rsidR="004F4361">
        <w:rPr>
          <w:rFonts w:ascii="Arial" w:eastAsia="Arial" w:hAnsi="Arial"/>
        </w:rPr>
        <w:t>is not necessarily the need</w:t>
      </w:r>
      <w:r>
        <w:rPr>
          <w:rFonts w:ascii="Arial" w:eastAsia="Arial" w:hAnsi="Arial"/>
        </w:rPr>
        <w:t xml:space="preserve"> for it</w:t>
      </w:r>
      <w:r w:rsidR="004F4361">
        <w:rPr>
          <w:rFonts w:ascii="Arial" w:eastAsia="Arial" w:hAnsi="Arial"/>
        </w:rPr>
        <w:t>, even though it represents many adva</w:t>
      </w:r>
      <w:r>
        <w:rPr>
          <w:rFonts w:ascii="Arial" w:eastAsia="Arial" w:hAnsi="Arial"/>
        </w:rPr>
        <w:t>ntages for surveillance and</w:t>
      </w:r>
      <w:r w:rsidR="004F4361">
        <w:rPr>
          <w:rFonts w:ascii="Arial" w:eastAsia="Arial" w:hAnsi="Arial"/>
        </w:rPr>
        <w:t xml:space="preserve"> </w:t>
      </w:r>
      <w:r>
        <w:rPr>
          <w:rFonts w:ascii="Arial" w:eastAsia="Arial" w:hAnsi="Arial"/>
        </w:rPr>
        <w:t>in clinical decision-making</w:t>
      </w:r>
      <w:r w:rsidR="004F4361">
        <w:rPr>
          <w:rFonts w:ascii="Arial" w:eastAsia="Arial" w:hAnsi="Arial"/>
        </w:rPr>
        <w:t xml:space="preserve">. But when </w:t>
      </w:r>
      <w:r w:rsidR="008D3C5D">
        <w:rPr>
          <w:rFonts w:ascii="Arial" w:eastAsia="Arial" w:hAnsi="Arial"/>
        </w:rPr>
        <w:t>consider</w:t>
      </w:r>
      <w:r>
        <w:rPr>
          <w:rFonts w:ascii="Arial" w:eastAsia="Arial" w:hAnsi="Arial"/>
        </w:rPr>
        <w:t xml:space="preserve"> these </w:t>
      </w:r>
      <w:r w:rsidR="008D3C5D">
        <w:rPr>
          <w:rFonts w:ascii="Arial" w:eastAsia="Arial" w:hAnsi="Arial"/>
        </w:rPr>
        <w:t>[</w:t>
      </w:r>
      <w:r w:rsidR="008D3C5D" w:rsidRPr="008D3C5D">
        <w:rPr>
          <w:rFonts w:ascii="Arial" w:eastAsia="Arial" w:hAnsi="Arial"/>
          <w:i/>
        </w:rPr>
        <w:t>survey</w:t>
      </w:r>
      <w:r w:rsidR="008D3C5D">
        <w:rPr>
          <w:rFonts w:ascii="Arial" w:eastAsia="Arial" w:hAnsi="Arial"/>
        </w:rPr>
        <w:t xml:space="preserve">] </w:t>
      </w:r>
      <w:r>
        <w:rPr>
          <w:rFonts w:ascii="Arial" w:eastAsia="Arial" w:hAnsi="Arial"/>
        </w:rPr>
        <w:t>results, they proba</w:t>
      </w:r>
      <w:r w:rsidR="008D3C5D">
        <w:rPr>
          <w:rFonts w:ascii="Arial" w:eastAsia="Arial" w:hAnsi="Arial"/>
        </w:rPr>
        <w:t xml:space="preserve">bly represent a recognition </w:t>
      </w:r>
      <w:r w:rsidR="004F4361">
        <w:rPr>
          <w:rFonts w:ascii="Arial" w:eastAsia="Arial" w:hAnsi="Arial"/>
        </w:rPr>
        <w:t>of</w:t>
      </w:r>
      <w:r w:rsidR="008D3C5D">
        <w:rPr>
          <w:rFonts w:ascii="Arial" w:eastAsia="Arial" w:hAnsi="Arial"/>
        </w:rPr>
        <w:t xml:space="preserve"> the capability of diagnostic to provide us with</w:t>
      </w:r>
      <w:r w:rsidR="004F4361">
        <w:rPr>
          <w:rFonts w:ascii="Arial" w:eastAsia="Arial" w:hAnsi="Arial"/>
        </w:rPr>
        <w:t xml:space="preserve"> tools </w:t>
      </w:r>
      <w:r w:rsidR="008D3C5D">
        <w:rPr>
          <w:rFonts w:ascii="Arial" w:eastAsia="Arial" w:hAnsi="Arial"/>
        </w:rPr>
        <w:t xml:space="preserve">to inform </w:t>
      </w:r>
      <w:r w:rsidR="004F4361">
        <w:rPr>
          <w:rFonts w:ascii="Arial" w:eastAsia="Arial" w:hAnsi="Arial"/>
        </w:rPr>
        <w:t>decision</w:t>
      </w:r>
      <w:r w:rsidR="008D3C5D">
        <w:rPr>
          <w:rFonts w:ascii="Arial" w:eastAsia="Arial" w:hAnsi="Arial"/>
        </w:rPr>
        <w:t>s</w:t>
      </w:r>
      <w:r w:rsidR="004F4361">
        <w:rPr>
          <w:rFonts w:ascii="Arial" w:eastAsia="Arial" w:hAnsi="Arial"/>
        </w:rPr>
        <w:t xml:space="preserve">. For example, </w:t>
      </w:r>
      <w:r w:rsidR="008D3C5D">
        <w:rPr>
          <w:rFonts w:ascii="Arial" w:eastAsia="Arial" w:hAnsi="Arial"/>
        </w:rPr>
        <w:t xml:space="preserve">if </w:t>
      </w:r>
      <w:r w:rsidR="004F4361">
        <w:rPr>
          <w:rFonts w:ascii="Arial" w:eastAsia="Arial" w:hAnsi="Arial"/>
        </w:rPr>
        <w:t xml:space="preserve">we talk </w:t>
      </w:r>
      <w:r w:rsidR="008D3C5D">
        <w:rPr>
          <w:rFonts w:ascii="Arial" w:eastAsia="Arial" w:hAnsi="Arial"/>
        </w:rPr>
        <w:t>about</w:t>
      </w:r>
      <w:r w:rsidR="004F4361">
        <w:rPr>
          <w:rFonts w:ascii="Arial" w:eastAsia="Arial" w:hAnsi="Arial"/>
        </w:rPr>
        <w:t xml:space="preserve"> rural area</w:t>
      </w:r>
      <w:r w:rsidR="008D3C5D">
        <w:rPr>
          <w:rFonts w:ascii="Arial" w:eastAsia="Arial" w:hAnsi="Arial"/>
        </w:rPr>
        <w:t>s, diagnosis is not undertaken</w:t>
      </w:r>
      <w:r w:rsidR="004F4361">
        <w:rPr>
          <w:rFonts w:ascii="Arial" w:eastAsia="Arial" w:hAnsi="Arial"/>
        </w:rPr>
        <w:t xml:space="preserve">, especially </w:t>
      </w:r>
      <w:r w:rsidR="008D3C5D">
        <w:rPr>
          <w:rFonts w:ascii="Arial" w:eastAsia="Arial" w:hAnsi="Arial"/>
        </w:rPr>
        <w:t xml:space="preserve">for infectious diseases, and this means that disease </w:t>
      </w:r>
      <w:r w:rsidR="004F4361">
        <w:rPr>
          <w:rFonts w:ascii="Arial" w:eastAsia="Arial" w:hAnsi="Arial"/>
        </w:rPr>
        <w:t>detection is done</w:t>
      </w:r>
      <w:r w:rsidR="008D3C5D">
        <w:rPr>
          <w:rFonts w:ascii="Arial" w:eastAsia="Arial" w:hAnsi="Arial"/>
        </w:rPr>
        <w:t xml:space="preserve"> using biomarker of complications, to identify if the infection merits an antibiotic or antiviral treatment. S</w:t>
      </w:r>
      <w:r w:rsidR="004F4361">
        <w:rPr>
          <w:rFonts w:ascii="Arial" w:eastAsia="Arial" w:hAnsi="Arial"/>
        </w:rPr>
        <w:t>o the diagnosis is oriented towards the decision taking, in</w:t>
      </w:r>
      <w:r w:rsidR="008D3C5D">
        <w:rPr>
          <w:rFonts w:ascii="Arial" w:eastAsia="Arial" w:hAnsi="Arial"/>
        </w:rPr>
        <w:t>stead of surveillance</w:t>
      </w:r>
      <w:r w:rsidR="004F4361">
        <w:rPr>
          <w:rFonts w:ascii="Arial" w:eastAsia="Arial" w:hAnsi="Arial"/>
        </w:rPr>
        <w:t xml:space="preserve">. </w:t>
      </w:r>
    </w:p>
    <w:p w14:paraId="02AB9160" w14:textId="77777777" w:rsidR="004F4361" w:rsidRDefault="004F436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rPr>
          <w:rFonts w:ascii="Arial" w:eastAsia="Arial" w:hAnsi="Arial"/>
        </w:rPr>
      </w:pPr>
    </w:p>
    <w:p w14:paraId="0AF4CF31" w14:textId="2C8EFE07" w:rsidR="004F4361" w:rsidRDefault="008D3C5D"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rPr>
          <w:rFonts w:ascii="Arial" w:eastAsia="Arial" w:hAnsi="Arial"/>
        </w:rPr>
      </w:pPr>
      <w:r>
        <w:rPr>
          <w:rFonts w:ascii="Arial" w:eastAsia="Arial" w:hAnsi="Arial"/>
        </w:rPr>
        <w:t>With regards to</w:t>
      </w:r>
      <w:r w:rsidR="004F4361">
        <w:rPr>
          <w:rFonts w:ascii="Arial" w:eastAsia="Arial" w:hAnsi="Arial"/>
        </w:rPr>
        <w:t xml:space="preserve"> community e</w:t>
      </w:r>
      <w:r>
        <w:rPr>
          <w:rFonts w:ascii="Arial" w:eastAsia="Arial" w:hAnsi="Arial"/>
        </w:rPr>
        <w:t xml:space="preserve">ngagement, I believe that it does not happen very often </w:t>
      </w:r>
      <w:r w:rsidR="004F4361">
        <w:rPr>
          <w:rFonts w:ascii="Arial" w:eastAsia="Arial" w:hAnsi="Arial"/>
        </w:rPr>
        <w:t>in Latin America, it could be better. I believe that part of this is due to the fact that in the region, there are certain groups that work very hard in community participation. But our challenge is to define what this means. We don't know very well what community participation</w:t>
      </w:r>
      <w:r>
        <w:rPr>
          <w:rFonts w:ascii="Arial" w:eastAsia="Arial" w:hAnsi="Arial"/>
        </w:rPr>
        <w:t xml:space="preserve"> is</w:t>
      </w:r>
      <w:r w:rsidR="004F4361">
        <w:rPr>
          <w:rFonts w:ascii="Arial" w:eastAsia="Arial" w:hAnsi="Arial"/>
        </w:rPr>
        <w:t xml:space="preserve">, and we should do it </w:t>
      </w:r>
      <w:r>
        <w:rPr>
          <w:rFonts w:ascii="Arial" w:eastAsia="Arial" w:hAnsi="Arial"/>
        </w:rPr>
        <w:t>to ensure research uptake and dissemination</w:t>
      </w:r>
      <w:r w:rsidR="004F4361">
        <w:rPr>
          <w:rFonts w:ascii="Arial" w:eastAsia="Arial" w:hAnsi="Arial"/>
        </w:rPr>
        <w:t xml:space="preserve"> of res</w:t>
      </w:r>
      <w:r>
        <w:rPr>
          <w:rFonts w:ascii="Arial" w:eastAsia="Arial" w:hAnsi="Arial"/>
        </w:rPr>
        <w:t xml:space="preserve">ults. But when we work with </w:t>
      </w:r>
      <w:r w:rsidR="004F4361">
        <w:rPr>
          <w:rFonts w:ascii="Arial" w:eastAsia="Arial" w:hAnsi="Arial"/>
        </w:rPr>
        <w:t>communities, one of the first questions that communities ask is</w:t>
      </w:r>
      <w:r>
        <w:rPr>
          <w:rFonts w:ascii="Arial" w:eastAsia="Arial" w:hAnsi="Arial"/>
        </w:rPr>
        <w:t>, how long will you stay here? And if you are not</w:t>
      </w:r>
      <w:r w:rsidR="004F4361">
        <w:rPr>
          <w:rFonts w:ascii="Arial" w:eastAsia="Arial" w:hAnsi="Arial"/>
        </w:rPr>
        <w:t xml:space="preserve"> part of the community, t</w:t>
      </w:r>
      <w:r>
        <w:rPr>
          <w:rFonts w:ascii="Arial" w:eastAsia="Arial" w:hAnsi="Arial"/>
        </w:rPr>
        <w:t>hey don't accept you. It's not</w:t>
      </w:r>
      <w:r w:rsidR="004F4361">
        <w:rPr>
          <w:rFonts w:ascii="Arial" w:eastAsia="Arial" w:hAnsi="Arial"/>
        </w:rPr>
        <w:t xml:space="preserve"> </w:t>
      </w:r>
      <w:r>
        <w:rPr>
          <w:rFonts w:ascii="Arial" w:eastAsia="Arial" w:hAnsi="Arial"/>
        </w:rPr>
        <w:t>community participation. So, we</w:t>
      </w:r>
      <w:r w:rsidR="004F4361">
        <w:rPr>
          <w:rFonts w:ascii="Arial" w:eastAsia="Arial" w:hAnsi="Arial"/>
        </w:rPr>
        <w:t xml:space="preserve"> have to </w:t>
      </w:r>
      <w:r>
        <w:rPr>
          <w:rFonts w:ascii="Arial" w:eastAsia="Arial" w:hAnsi="Arial"/>
        </w:rPr>
        <w:t>recognize</w:t>
      </w:r>
      <w:r w:rsidR="004F4361">
        <w:rPr>
          <w:rFonts w:ascii="Arial" w:eastAsia="Arial" w:hAnsi="Arial"/>
        </w:rPr>
        <w:t xml:space="preserve"> how our researchers </w:t>
      </w:r>
      <w:r>
        <w:rPr>
          <w:rFonts w:ascii="Arial" w:eastAsia="Arial" w:hAnsi="Arial"/>
        </w:rPr>
        <w:t>interpret</w:t>
      </w:r>
      <w:r w:rsidR="004F4361">
        <w:rPr>
          <w:rFonts w:ascii="Arial" w:eastAsia="Arial" w:hAnsi="Arial"/>
        </w:rPr>
        <w:t xml:space="preserve"> participation</w:t>
      </w:r>
      <w:r>
        <w:rPr>
          <w:rFonts w:ascii="Arial" w:eastAsia="Arial" w:hAnsi="Arial"/>
        </w:rPr>
        <w:t>,</w:t>
      </w:r>
      <w:r w:rsidR="004F4361">
        <w:rPr>
          <w:rFonts w:ascii="Arial" w:eastAsia="Arial" w:hAnsi="Arial"/>
        </w:rPr>
        <w:t xml:space="preserve"> and how we </w:t>
      </w:r>
      <w:r>
        <w:rPr>
          <w:rFonts w:ascii="Arial" w:eastAsia="Arial" w:hAnsi="Arial"/>
        </w:rPr>
        <w:t xml:space="preserve">are </w:t>
      </w:r>
      <w:r w:rsidR="004F4361">
        <w:rPr>
          <w:rFonts w:ascii="Arial" w:eastAsia="Arial" w:hAnsi="Arial"/>
        </w:rPr>
        <w:t>develop</w:t>
      </w:r>
      <w:r>
        <w:rPr>
          <w:rFonts w:ascii="Arial" w:eastAsia="Arial" w:hAnsi="Arial"/>
        </w:rPr>
        <w:t>ing</w:t>
      </w:r>
      <w:r w:rsidR="004F4361">
        <w:rPr>
          <w:rFonts w:ascii="Arial" w:eastAsia="Arial" w:hAnsi="Arial"/>
        </w:rPr>
        <w:t xml:space="preserve"> these </w:t>
      </w:r>
      <w:r>
        <w:rPr>
          <w:rFonts w:ascii="Arial" w:eastAsia="Arial" w:hAnsi="Arial"/>
        </w:rPr>
        <w:t>experts that fall down from</w:t>
      </w:r>
      <w:r w:rsidR="004F4361">
        <w:rPr>
          <w:rFonts w:ascii="Arial" w:eastAsia="Arial" w:hAnsi="Arial"/>
        </w:rPr>
        <w:t xml:space="preserve"> hel</w:t>
      </w:r>
      <w:r>
        <w:rPr>
          <w:rFonts w:ascii="Arial" w:eastAsia="Arial" w:hAnsi="Arial"/>
        </w:rPr>
        <w:t>icopters into the communities and do</w:t>
      </w:r>
      <w:r w:rsidR="004F4361">
        <w:rPr>
          <w:rFonts w:ascii="Arial" w:eastAsia="Arial" w:hAnsi="Arial"/>
        </w:rPr>
        <w:t xml:space="preserve"> not </w:t>
      </w:r>
      <w:r>
        <w:rPr>
          <w:rFonts w:ascii="Arial" w:eastAsia="Arial" w:hAnsi="Arial"/>
        </w:rPr>
        <w:t xml:space="preserve">become </w:t>
      </w:r>
      <w:r w:rsidR="004F4361">
        <w:rPr>
          <w:rFonts w:ascii="Arial" w:eastAsia="Arial" w:hAnsi="Arial"/>
        </w:rPr>
        <w:t>part of the community</w:t>
      </w:r>
      <w:r>
        <w:rPr>
          <w:rFonts w:ascii="Arial" w:eastAsia="Arial" w:hAnsi="Arial"/>
        </w:rPr>
        <w:t xml:space="preserve">, in order to strengthen participatory capabilities. And also, when you work with </w:t>
      </w:r>
      <w:r w:rsidR="004F4361">
        <w:rPr>
          <w:rFonts w:ascii="Arial" w:eastAsia="Arial" w:hAnsi="Arial"/>
        </w:rPr>
        <w:t>communities</w:t>
      </w:r>
      <w:r>
        <w:rPr>
          <w:rFonts w:ascii="Arial" w:eastAsia="Arial" w:hAnsi="Arial"/>
        </w:rPr>
        <w:t>, I find</w:t>
      </w:r>
      <w:r w:rsidR="004F4361">
        <w:rPr>
          <w:rFonts w:ascii="Arial" w:eastAsia="Arial" w:hAnsi="Arial"/>
        </w:rPr>
        <w:t xml:space="preserve"> you are not centered on the problem, but </w:t>
      </w:r>
      <w:r>
        <w:rPr>
          <w:rFonts w:ascii="Arial" w:eastAsia="Arial" w:hAnsi="Arial"/>
        </w:rPr>
        <w:t>as they say, on</w:t>
      </w:r>
      <w:r w:rsidR="004F4361">
        <w:rPr>
          <w:rFonts w:ascii="Arial" w:eastAsia="Arial" w:hAnsi="Arial"/>
        </w:rPr>
        <w:t xml:space="preserve"> the solutions.</w:t>
      </w:r>
      <w:r>
        <w:rPr>
          <w:rFonts w:ascii="Arial" w:eastAsia="Arial" w:hAnsi="Arial"/>
        </w:rPr>
        <w:t xml:space="preserve"> The rationale for the introduction of an</w:t>
      </w:r>
      <w:r w:rsidR="004F4361">
        <w:rPr>
          <w:rFonts w:ascii="Arial" w:eastAsia="Arial" w:hAnsi="Arial"/>
        </w:rPr>
        <w:t xml:space="preserve"> </w:t>
      </w:r>
      <w:r>
        <w:rPr>
          <w:rFonts w:ascii="Arial" w:eastAsia="Arial" w:hAnsi="Arial"/>
        </w:rPr>
        <w:t>intervention may be very different for a</w:t>
      </w:r>
      <w:r w:rsidR="004F4361">
        <w:rPr>
          <w:rFonts w:ascii="Arial" w:eastAsia="Arial" w:hAnsi="Arial"/>
        </w:rPr>
        <w:t xml:space="preserve"> researcher</w:t>
      </w:r>
      <w:r>
        <w:rPr>
          <w:rFonts w:ascii="Arial" w:eastAsia="Arial" w:hAnsi="Arial"/>
        </w:rPr>
        <w:t xml:space="preserve"> when</w:t>
      </w:r>
      <w:r w:rsidR="004F4361">
        <w:rPr>
          <w:rFonts w:ascii="Arial" w:eastAsia="Arial" w:hAnsi="Arial"/>
        </w:rPr>
        <w:t xml:space="preserve"> </w:t>
      </w:r>
      <w:r>
        <w:rPr>
          <w:rFonts w:ascii="Arial" w:eastAsia="Arial" w:hAnsi="Arial"/>
        </w:rPr>
        <w:t xml:space="preserve">compared to the </w:t>
      </w:r>
      <w:r w:rsidR="004F4361">
        <w:rPr>
          <w:rFonts w:ascii="Arial" w:eastAsia="Arial" w:hAnsi="Arial"/>
        </w:rPr>
        <w:t xml:space="preserve">community. </w:t>
      </w:r>
    </w:p>
    <w:p w14:paraId="6CBD50EF" w14:textId="77777777" w:rsidR="004F4361" w:rsidRDefault="004F436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rPr>
          <w:rFonts w:ascii="Arial" w:eastAsia="Arial" w:hAnsi="Arial"/>
        </w:rPr>
      </w:pPr>
    </w:p>
    <w:p w14:paraId="35D6D242" w14:textId="147399FC" w:rsidR="004F4361" w:rsidRDefault="004F436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rPr>
          <w:rFonts w:ascii="Arial" w:eastAsia="Arial" w:hAnsi="Arial"/>
        </w:rPr>
      </w:pPr>
      <w:r>
        <w:rPr>
          <w:rFonts w:ascii="Arial" w:eastAsia="Arial" w:hAnsi="Arial"/>
        </w:rPr>
        <w:t xml:space="preserve">In Dengue, </w:t>
      </w:r>
      <w:r w:rsidR="00216C35">
        <w:rPr>
          <w:rFonts w:ascii="Arial" w:eastAsia="Arial" w:hAnsi="Arial"/>
        </w:rPr>
        <w:t>we made an intervention</w:t>
      </w:r>
      <w:r w:rsidR="008D3C5D">
        <w:rPr>
          <w:rFonts w:ascii="Arial" w:eastAsia="Arial" w:hAnsi="Arial"/>
        </w:rPr>
        <w:t xml:space="preserve"> - </w:t>
      </w:r>
      <w:r>
        <w:rPr>
          <w:rFonts w:ascii="Arial" w:eastAsia="Arial" w:hAnsi="Arial"/>
        </w:rPr>
        <w:t xml:space="preserve">we wanted to improve the conditions on the streets, collecting garbage, but the communities wanted to end </w:t>
      </w:r>
      <w:r w:rsidR="008D3C5D">
        <w:rPr>
          <w:rFonts w:ascii="Arial" w:eastAsia="Arial" w:hAnsi="Arial"/>
        </w:rPr>
        <w:t>the sale of illegal drugs in the area</w:t>
      </w:r>
      <w:r>
        <w:rPr>
          <w:rFonts w:ascii="Arial" w:eastAsia="Arial" w:hAnsi="Arial"/>
        </w:rPr>
        <w:t xml:space="preserve">, </w:t>
      </w:r>
      <w:r w:rsidR="008D3C5D">
        <w:rPr>
          <w:rFonts w:ascii="Arial" w:eastAsia="Arial" w:hAnsi="Arial"/>
        </w:rPr>
        <w:t>and that really improved the</w:t>
      </w:r>
      <w:r w:rsidR="00216C35">
        <w:rPr>
          <w:rFonts w:ascii="Arial" w:eastAsia="Arial" w:hAnsi="Arial"/>
        </w:rPr>
        <w:t xml:space="preserve"> area. Fo</w:t>
      </w:r>
      <w:r>
        <w:rPr>
          <w:rFonts w:ascii="Arial" w:eastAsia="Arial" w:hAnsi="Arial"/>
        </w:rPr>
        <w:t>r us, the serious thing</w:t>
      </w:r>
      <w:r w:rsidR="00216C35">
        <w:rPr>
          <w:rFonts w:ascii="Arial" w:eastAsia="Arial" w:hAnsi="Arial"/>
        </w:rPr>
        <w:t xml:space="preserve"> was Dengue, but for them, the solution was </w:t>
      </w:r>
      <w:r>
        <w:rPr>
          <w:rFonts w:ascii="Arial" w:eastAsia="Arial" w:hAnsi="Arial"/>
        </w:rPr>
        <w:t xml:space="preserve">another problem. </w:t>
      </w:r>
    </w:p>
    <w:p w14:paraId="31E71D4B" w14:textId="77777777" w:rsidR="00216C35" w:rsidRDefault="00216C35"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rPr>
          <w:rFonts w:ascii="Arial" w:eastAsia="Arial" w:hAnsi="Arial"/>
        </w:rPr>
      </w:pPr>
    </w:p>
    <w:p w14:paraId="0D4CF8D5" w14:textId="75EBA7EC" w:rsidR="004F4361" w:rsidRDefault="004F436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rPr>
          <w:rFonts w:ascii="Arial" w:eastAsia="Arial" w:hAnsi="Arial"/>
        </w:rPr>
      </w:pPr>
      <w:r>
        <w:rPr>
          <w:rFonts w:ascii="Arial" w:eastAsia="Arial" w:hAnsi="Arial"/>
        </w:rPr>
        <w:t>And finally, I</w:t>
      </w:r>
      <w:r w:rsidR="00216C35">
        <w:rPr>
          <w:rFonts w:ascii="Arial" w:eastAsia="Arial" w:hAnsi="Arial"/>
        </w:rPr>
        <w:t xml:space="preserve"> want to make two ethical comments</w:t>
      </w:r>
      <w:r>
        <w:rPr>
          <w:rFonts w:ascii="Arial" w:eastAsia="Arial" w:hAnsi="Arial"/>
        </w:rPr>
        <w:t xml:space="preserve">. And </w:t>
      </w:r>
      <w:r w:rsidR="00216C35">
        <w:rPr>
          <w:rFonts w:ascii="Arial" w:eastAsia="Arial" w:hAnsi="Arial"/>
        </w:rPr>
        <w:t xml:space="preserve">for me, the pandemic represented an </w:t>
      </w:r>
      <w:r>
        <w:rPr>
          <w:rFonts w:ascii="Arial" w:eastAsia="Arial" w:hAnsi="Arial"/>
        </w:rPr>
        <w:t>ethical problem in public health</w:t>
      </w:r>
      <w:r w:rsidR="00216C35">
        <w:rPr>
          <w:rFonts w:ascii="Arial" w:eastAsia="Arial" w:hAnsi="Arial"/>
        </w:rPr>
        <w:t>. And I believe that ethics in public health emergencies</w:t>
      </w:r>
      <w:r>
        <w:rPr>
          <w:rFonts w:ascii="Arial" w:eastAsia="Arial" w:hAnsi="Arial"/>
        </w:rPr>
        <w:t xml:space="preserve"> has not been s</w:t>
      </w:r>
      <w:r w:rsidR="00216C35">
        <w:rPr>
          <w:rFonts w:ascii="Arial" w:eastAsia="Arial" w:hAnsi="Arial"/>
        </w:rPr>
        <w:t>eriously studied in our region.</w:t>
      </w:r>
    </w:p>
    <w:p w14:paraId="5CF2C876" w14:textId="77777777" w:rsidR="004F4361" w:rsidRDefault="004F436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rPr>
          <w:rFonts w:ascii="Arial" w:eastAsia="Arial" w:hAnsi="Arial"/>
        </w:rPr>
      </w:pPr>
    </w:p>
    <w:p w14:paraId="690142D6" w14:textId="0BCE7629" w:rsidR="004F4361" w:rsidRDefault="00216C35"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rPr>
          <w:rFonts w:ascii="Arial" w:eastAsia="Arial" w:hAnsi="Arial"/>
        </w:rPr>
      </w:pPr>
      <w:r>
        <w:rPr>
          <w:rFonts w:ascii="Arial" w:eastAsia="Arial" w:hAnsi="Arial"/>
          <w:b/>
        </w:rPr>
        <w:t xml:space="preserve">Rio </w:t>
      </w:r>
      <w:r w:rsidR="004F4361">
        <w:rPr>
          <w:rFonts w:ascii="Arial" w:eastAsia="Arial" w:hAnsi="Arial"/>
          <w:b/>
        </w:rPr>
        <w:t>Facilitator</w:t>
      </w:r>
      <w:r>
        <w:rPr>
          <w:rFonts w:ascii="Arial" w:eastAsia="Arial" w:hAnsi="Arial"/>
          <w:b/>
        </w:rPr>
        <w:t xml:space="preserve"> 4</w:t>
      </w:r>
    </w:p>
    <w:p w14:paraId="706E0220" w14:textId="45440D46" w:rsidR="004F4361" w:rsidRDefault="00216C35"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rPr>
        <w:t xml:space="preserve">Very good comment and examples to help us try to understand, from our </w:t>
      </w:r>
      <w:r w:rsidR="004F4361">
        <w:rPr>
          <w:rFonts w:ascii="Arial" w:eastAsia="Arial" w:hAnsi="Arial"/>
        </w:rPr>
        <w:t>perspective, this order in which</w:t>
      </w:r>
      <w:r>
        <w:rPr>
          <w:rFonts w:ascii="Arial" w:eastAsia="Arial" w:hAnsi="Arial"/>
        </w:rPr>
        <w:t xml:space="preserve"> these priorities have been </w:t>
      </w:r>
      <w:r w:rsidR="004F4361">
        <w:rPr>
          <w:rFonts w:ascii="Arial" w:eastAsia="Arial" w:hAnsi="Arial"/>
        </w:rPr>
        <w:t xml:space="preserve">set. </w:t>
      </w:r>
      <w:r>
        <w:rPr>
          <w:rFonts w:ascii="Arial" w:eastAsia="Arial" w:hAnsi="Arial"/>
        </w:rPr>
        <w:t>So, can you can offer some examples?</w:t>
      </w:r>
    </w:p>
    <w:p w14:paraId="47548587" w14:textId="77777777" w:rsidR="004F4361" w:rsidRDefault="004F436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p>
    <w:p w14:paraId="10936848" w14:textId="229F2503" w:rsidR="004F4361" w:rsidRDefault="00216C35"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b/>
        </w:rPr>
        <w:t xml:space="preserve">Rio </w:t>
      </w:r>
      <w:r w:rsidR="004F4361">
        <w:rPr>
          <w:rFonts w:ascii="Arial" w:eastAsia="Arial" w:hAnsi="Arial"/>
          <w:b/>
        </w:rPr>
        <w:t>41</w:t>
      </w:r>
    </w:p>
    <w:p w14:paraId="02145CA4" w14:textId="31A0F9A9" w:rsidR="004F4361" w:rsidRDefault="004F436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rPr>
        <w:t>My comment is very short. Another issue that is missing is how you commu</w:t>
      </w:r>
      <w:r w:rsidR="00216C35">
        <w:rPr>
          <w:rFonts w:ascii="Arial" w:eastAsia="Arial" w:hAnsi="Arial"/>
        </w:rPr>
        <w:t>nicate research to the public. This is a problem in many areas. W</w:t>
      </w:r>
      <w:r>
        <w:rPr>
          <w:rFonts w:ascii="Arial" w:eastAsia="Arial" w:hAnsi="Arial"/>
        </w:rPr>
        <w:t xml:space="preserve">hat's the best way </w:t>
      </w:r>
      <w:r w:rsidR="00216C35">
        <w:rPr>
          <w:rFonts w:ascii="Arial" w:eastAsia="Arial" w:hAnsi="Arial"/>
        </w:rPr>
        <w:t>to r</w:t>
      </w:r>
      <w:r>
        <w:rPr>
          <w:rFonts w:ascii="Arial" w:eastAsia="Arial" w:hAnsi="Arial"/>
        </w:rPr>
        <w:t>eally communicate sc</w:t>
      </w:r>
      <w:r w:rsidR="00216C35">
        <w:rPr>
          <w:rFonts w:ascii="Arial" w:eastAsia="Arial" w:hAnsi="Arial"/>
        </w:rPr>
        <w:t>ientific findings to the public? T</w:t>
      </w:r>
      <w:r>
        <w:rPr>
          <w:rFonts w:ascii="Arial" w:eastAsia="Arial" w:hAnsi="Arial"/>
        </w:rPr>
        <w:t xml:space="preserve">his could </w:t>
      </w:r>
      <w:r w:rsidR="00216C35">
        <w:rPr>
          <w:rFonts w:ascii="Arial" w:eastAsia="Arial" w:hAnsi="Arial"/>
        </w:rPr>
        <w:t>address</w:t>
      </w:r>
      <w:r>
        <w:rPr>
          <w:rFonts w:ascii="Arial" w:eastAsia="Arial" w:hAnsi="Arial"/>
        </w:rPr>
        <w:t xml:space="preserve"> a lot of mi</w:t>
      </w:r>
      <w:r w:rsidR="00216C35">
        <w:rPr>
          <w:rFonts w:ascii="Arial" w:eastAsia="Arial" w:hAnsi="Arial"/>
        </w:rPr>
        <w:t>sinformation before it goes on to</w:t>
      </w:r>
      <w:r>
        <w:rPr>
          <w:rFonts w:ascii="Arial" w:eastAsia="Arial" w:hAnsi="Arial"/>
        </w:rPr>
        <w:t xml:space="preserve"> social media. So, </w:t>
      </w:r>
      <w:r w:rsidR="00216C35">
        <w:rPr>
          <w:rFonts w:ascii="Arial" w:eastAsia="Arial" w:hAnsi="Arial"/>
        </w:rPr>
        <w:t xml:space="preserve">we should </w:t>
      </w:r>
      <w:r>
        <w:rPr>
          <w:rFonts w:ascii="Arial" w:eastAsia="Arial" w:hAnsi="Arial"/>
        </w:rPr>
        <w:t xml:space="preserve">research communication research. </w:t>
      </w:r>
    </w:p>
    <w:p w14:paraId="6232A1D2" w14:textId="77777777" w:rsidR="004F4361" w:rsidRDefault="004F436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rPr>
          <w:rFonts w:ascii="Arial" w:eastAsia="Arial" w:hAnsi="Arial"/>
          <w:b/>
        </w:rPr>
      </w:pPr>
    </w:p>
    <w:p w14:paraId="2C5F44F5" w14:textId="77777777" w:rsidR="00216C35" w:rsidRDefault="00216C35"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rPr>
          <w:rFonts w:ascii="Arial" w:eastAsia="Arial" w:hAnsi="Arial"/>
        </w:rPr>
      </w:pPr>
      <w:r>
        <w:rPr>
          <w:rFonts w:ascii="Arial" w:eastAsia="Arial" w:hAnsi="Arial"/>
          <w:b/>
        </w:rPr>
        <w:t>Rio Facilitator 4</w:t>
      </w:r>
    </w:p>
    <w:p w14:paraId="01C918DF" w14:textId="77777777" w:rsidR="00216C35" w:rsidRDefault="00216C35"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rPr>
          <w:rFonts w:ascii="Arial" w:eastAsia="Arial" w:hAnsi="Arial"/>
        </w:rPr>
      </w:pPr>
      <w:r>
        <w:rPr>
          <w:rFonts w:ascii="Arial" w:eastAsia="Arial" w:hAnsi="Arial"/>
        </w:rPr>
        <w:t xml:space="preserve">Thank you Rio 41. </w:t>
      </w:r>
      <w:r w:rsidR="004F4361">
        <w:rPr>
          <w:rFonts w:ascii="Arial" w:eastAsia="Arial" w:hAnsi="Arial"/>
        </w:rPr>
        <w:t xml:space="preserve">Let's remember that we will have </w:t>
      </w:r>
      <w:r>
        <w:rPr>
          <w:rFonts w:ascii="Arial" w:eastAsia="Arial" w:hAnsi="Arial"/>
        </w:rPr>
        <w:t>time to discuss</w:t>
      </w:r>
      <w:r w:rsidR="004F4361">
        <w:rPr>
          <w:rFonts w:ascii="Arial" w:eastAsia="Arial" w:hAnsi="Arial"/>
        </w:rPr>
        <w:t xml:space="preserve"> for missing items</w:t>
      </w:r>
      <w:r>
        <w:rPr>
          <w:rFonts w:ascii="Arial" w:eastAsia="Arial" w:hAnsi="Arial"/>
        </w:rPr>
        <w:t xml:space="preserve"> later</w:t>
      </w:r>
      <w:r w:rsidR="004F4361">
        <w:rPr>
          <w:rFonts w:ascii="Arial" w:eastAsia="Arial" w:hAnsi="Arial"/>
        </w:rPr>
        <w:t xml:space="preserve">. </w:t>
      </w:r>
    </w:p>
    <w:p w14:paraId="757B3B0D" w14:textId="77777777" w:rsidR="00216C35" w:rsidRDefault="00216C35"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rPr>
          <w:rFonts w:ascii="Arial" w:eastAsia="Arial" w:hAnsi="Arial"/>
        </w:rPr>
      </w:pPr>
    </w:p>
    <w:p w14:paraId="36557006" w14:textId="729DC7CD" w:rsidR="00216C35" w:rsidRPr="00456CD4" w:rsidRDefault="00456CD4"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rPr>
          <w:rFonts w:ascii="Arial" w:eastAsia="Arial" w:hAnsi="Arial"/>
          <w:b/>
        </w:rPr>
      </w:pPr>
      <w:r w:rsidRPr="00456CD4">
        <w:rPr>
          <w:rFonts w:ascii="Arial" w:eastAsia="Arial" w:hAnsi="Arial"/>
          <w:b/>
        </w:rPr>
        <w:t>Rio 54</w:t>
      </w:r>
    </w:p>
    <w:p w14:paraId="28036D05" w14:textId="5BEBBA3A" w:rsidR="004F4361" w:rsidRDefault="00216C35"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rPr>
          <w:rFonts w:ascii="Arial" w:eastAsia="Arial" w:hAnsi="Arial"/>
        </w:rPr>
      </w:pPr>
      <w:r w:rsidRPr="00216C35">
        <w:rPr>
          <w:rFonts w:ascii="Arial" w:eastAsia="Arial" w:hAnsi="Arial"/>
        </w:rPr>
        <w:t xml:space="preserve">The </w:t>
      </w:r>
      <w:r>
        <w:rPr>
          <w:rFonts w:ascii="Arial" w:eastAsia="Arial" w:hAnsi="Arial"/>
        </w:rPr>
        <w:t xml:space="preserve">acknowledgement </w:t>
      </w:r>
      <w:r w:rsidRPr="00216C35">
        <w:rPr>
          <w:rFonts w:ascii="Arial" w:eastAsia="Arial" w:hAnsi="Arial"/>
        </w:rPr>
        <w:t xml:space="preserve">of ethnic and cultural diversity in all countries, not only in </w:t>
      </w:r>
      <w:r>
        <w:rPr>
          <w:rFonts w:ascii="Arial" w:eastAsia="Arial" w:hAnsi="Arial"/>
        </w:rPr>
        <w:t>low and middle</w:t>
      </w:r>
      <w:r w:rsidRPr="00216C35">
        <w:rPr>
          <w:rFonts w:ascii="Arial" w:eastAsia="Arial" w:hAnsi="Arial"/>
        </w:rPr>
        <w:t xml:space="preserve"> income countries, is evident in the </w:t>
      </w:r>
      <w:r>
        <w:rPr>
          <w:rFonts w:ascii="Arial" w:eastAsia="Arial" w:hAnsi="Arial"/>
        </w:rPr>
        <w:t>prioritization of</w:t>
      </w:r>
      <w:r w:rsidRPr="00216C35">
        <w:rPr>
          <w:rFonts w:ascii="Arial" w:eastAsia="Arial" w:hAnsi="Arial"/>
        </w:rPr>
        <w:t xml:space="preserve"> socio-economic and cultural factors; however</w:t>
      </w:r>
      <w:r>
        <w:rPr>
          <w:rFonts w:ascii="Arial" w:eastAsia="Arial" w:hAnsi="Arial"/>
        </w:rPr>
        <w:t>, one of the weaknesses is the available</w:t>
      </w:r>
      <w:r w:rsidRPr="00216C35">
        <w:rPr>
          <w:rFonts w:ascii="Arial" w:eastAsia="Arial" w:hAnsi="Arial"/>
        </w:rPr>
        <w:t xml:space="preserve"> capacity to investigate these issues and the possibility of </w:t>
      </w:r>
      <w:r>
        <w:rPr>
          <w:rFonts w:ascii="Arial" w:eastAsia="Arial" w:hAnsi="Arial"/>
        </w:rPr>
        <w:t>institutional perspectives on these matters</w:t>
      </w:r>
      <w:r w:rsidRPr="00216C35">
        <w:rPr>
          <w:rFonts w:ascii="Arial" w:eastAsia="Arial" w:hAnsi="Arial"/>
        </w:rPr>
        <w:t>. On the community issue, the</w:t>
      </w:r>
      <w:r>
        <w:rPr>
          <w:rFonts w:ascii="Arial" w:eastAsia="Arial" w:hAnsi="Arial"/>
        </w:rPr>
        <w:t xml:space="preserve"> fundamental </w:t>
      </w:r>
      <w:r w:rsidRPr="00216C35">
        <w:rPr>
          <w:rFonts w:ascii="Arial" w:eastAsia="Arial" w:hAnsi="Arial"/>
        </w:rPr>
        <w:t>institutional perspective notoriously affects the possibility of advancing</w:t>
      </w:r>
      <w:r w:rsidR="00456CD4">
        <w:rPr>
          <w:rFonts w:ascii="Arial" w:eastAsia="Arial" w:hAnsi="Arial"/>
        </w:rPr>
        <w:t xml:space="preserve"> in an articulated and sustainable</w:t>
      </w:r>
      <w:r w:rsidRPr="00216C35">
        <w:rPr>
          <w:rFonts w:ascii="Arial" w:eastAsia="Arial" w:hAnsi="Arial"/>
        </w:rPr>
        <w:t xml:space="preserve"> way.</w:t>
      </w:r>
    </w:p>
    <w:p w14:paraId="763F7D27" w14:textId="77777777" w:rsidR="00456CD4" w:rsidRDefault="00456CD4"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rPr>
          <w:rFonts w:ascii="Arial" w:eastAsia="Arial" w:hAnsi="Arial"/>
        </w:rPr>
      </w:pPr>
    </w:p>
    <w:p w14:paraId="7D5423B9" w14:textId="6539D223" w:rsidR="00456CD4" w:rsidRPr="00456CD4" w:rsidRDefault="00456CD4"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rPr>
          <w:rFonts w:ascii="Arial" w:eastAsia="Arial" w:hAnsi="Arial"/>
          <w:b/>
        </w:rPr>
      </w:pPr>
      <w:r w:rsidRPr="00456CD4">
        <w:rPr>
          <w:rFonts w:ascii="Arial" w:eastAsia="Arial" w:hAnsi="Arial"/>
          <w:b/>
        </w:rPr>
        <w:t>Rio 55</w:t>
      </w:r>
    </w:p>
    <w:p w14:paraId="66A6E6EE" w14:textId="1AA5D03F" w:rsidR="00456CD4" w:rsidRDefault="00456CD4"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rPr>
          <w:rFonts w:ascii="Arial" w:eastAsia="Arial" w:hAnsi="Arial"/>
        </w:rPr>
      </w:pPr>
      <w:r>
        <w:rPr>
          <w:rFonts w:ascii="Arial" w:eastAsia="Arial" w:hAnsi="Arial"/>
        </w:rPr>
        <w:t>In regard to the</w:t>
      </w:r>
      <w:r w:rsidRPr="00456CD4">
        <w:rPr>
          <w:rFonts w:ascii="Arial" w:eastAsia="Arial" w:hAnsi="Arial"/>
        </w:rPr>
        <w:t xml:space="preserve"> community approach, </w:t>
      </w:r>
      <w:r>
        <w:rPr>
          <w:rFonts w:ascii="Arial" w:eastAsia="Arial" w:hAnsi="Arial"/>
        </w:rPr>
        <w:t xml:space="preserve">I believe </w:t>
      </w:r>
      <w:r w:rsidRPr="00456CD4">
        <w:rPr>
          <w:rFonts w:ascii="Arial" w:eastAsia="Arial" w:hAnsi="Arial"/>
        </w:rPr>
        <w:t>studies from the perspective of medica</w:t>
      </w:r>
      <w:r>
        <w:rPr>
          <w:rFonts w:ascii="Arial" w:eastAsia="Arial" w:hAnsi="Arial"/>
        </w:rPr>
        <w:t>l anthropology should be reignited</w:t>
      </w:r>
      <w:r w:rsidRPr="00456CD4">
        <w:rPr>
          <w:rFonts w:ascii="Arial" w:eastAsia="Arial" w:hAnsi="Arial"/>
        </w:rPr>
        <w:t xml:space="preserve"> and this would give a very different portrait of the Central American region.</w:t>
      </w:r>
    </w:p>
    <w:p w14:paraId="267A1489" w14:textId="17A8E6A0" w:rsidR="004F4361" w:rsidRDefault="004F436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p>
    <w:p w14:paraId="34729CB1" w14:textId="71C0B357" w:rsidR="004F4361" w:rsidRDefault="00456CD4"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b/>
        </w:rPr>
        <w:t>Rio 46</w:t>
      </w:r>
    </w:p>
    <w:p w14:paraId="2BF212BC" w14:textId="0C8579A9" w:rsidR="004F4361" w:rsidRDefault="00456CD4"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rPr>
          <w:rFonts w:ascii="Arial" w:eastAsia="Arial" w:hAnsi="Arial"/>
        </w:rPr>
      </w:pPr>
      <w:r>
        <w:rPr>
          <w:rFonts w:ascii="Arial" w:eastAsia="Arial" w:hAnsi="Arial"/>
        </w:rPr>
        <w:t>I want t</w:t>
      </w:r>
      <w:r w:rsidR="004F4361">
        <w:rPr>
          <w:rFonts w:ascii="Arial" w:eastAsia="Arial" w:hAnsi="Arial"/>
        </w:rPr>
        <w:t>o make a distinction between research and implementation. Implementation corresponds to public health policies and the health ministries</w:t>
      </w:r>
      <w:r>
        <w:rPr>
          <w:rFonts w:ascii="Arial" w:eastAsia="Arial" w:hAnsi="Arial"/>
        </w:rPr>
        <w:t>,</w:t>
      </w:r>
      <w:r w:rsidR="004F4361">
        <w:rPr>
          <w:rFonts w:ascii="Arial" w:eastAsia="Arial" w:hAnsi="Arial"/>
        </w:rPr>
        <w:t xml:space="preserve"> and the rest is research.</w:t>
      </w:r>
      <w:r>
        <w:rPr>
          <w:rFonts w:ascii="Arial" w:eastAsia="Arial" w:hAnsi="Arial"/>
        </w:rPr>
        <w:t xml:space="preserve"> It is different.</w:t>
      </w:r>
      <w:r w:rsidR="004F4361">
        <w:rPr>
          <w:rFonts w:ascii="Arial" w:eastAsia="Arial" w:hAnsi="Arial"/>
        </w:rPr>
        <w:t xml:space="preserve"> </w:t>
      </w:r>
      <w:r>
        <w:rPr>
          <w:rFonts w:ascii="Arial" w:eastAsia="Arial" w:hAnsi="Arial"/>
        </w:rPr>
        <w:t xml:space="preserve">Now to make a comment on the research prioritizations, and the relationship between </w:t>
      </w:r>
      <w:r w:rsidR="004F4361">
        <w:rPr>
          <w:rFonts w:ascii="Arial" w:eastAsia="Arial" w:hAnsi="Arial"/>
        </w:rPr>
        <w:t>problems</w:t>
      </w:r>
      <w:r>
        <w:rPr>
          <w:rFonts w:ascii="Arial" w:eastAsia="Arial" w:hAnsi="Arial"/>
        </w:rPr>
        <w:t xml:space="preserve"> that we saw in the earlier session [</w:t>
      </w:r>
      <w:r w:rsidRPr="00456CD4">
        <w:rPr>
          <w:rFonts w:ascii="Arial" w:eastAsia="Arial" w:hAnsi="Arial"/>
          <w:i/>
        </w:rPr>
        <w:t>see LAC Session 2</w:t>
      </w:r>
      <w:r>
        <w:rPr>
          <w:rFonts w:ascii="Arial" w:eastAsia="Arial" w:hAnsi="Arial"/>
        </w:rPr>
        <w:t>] and now this. D</w:t>
      </w:r>
      <w:r w:rsidR="004F4361">
        <w:rPr>
          <w:rFonts w:ascii="Arial" w:eastAsia="Arial" w:hAnsi="Arial"/>
        </w:rPr>
        <w:t>engue and arbovirus</w:t>
      </w:r>
      <w:r>
        <w:rPr>
          <w:rFonts w:ascii="Arial" w:eastAsia="Arial" w:hAnsi="Arial"/>
        </w:rPr>
        <w:t>es were highly prioritized in the earlier session but</w:t>
      </w:r>
      <w:r w:rsidR="004F4361">
        <w:rPr>
          <w:rFonts w:ascii="Arial" w:eastAsia="Arial" w:hAnsi="Arial"/>
        </w:rPr>
        <w:t xml:space="preserve"> in this one,</w:t>
      </w:r>
      <w:r>
        <w:rPr>
          <w:rFonts w:ascii="Arial" w:eastAsia="Arial" w:hAnsi="Arial"/>
        </w:rPr>
        <w:t xml:space="preserve"> probably, there has been a difference in those who responded, </w:t>
      </w:r>
      <w:r w:rsidR="004F4361">
        <w:rPr>
          <w:rFonts w:ascii="Arial" w:eastAsia="Arial" w:hAnsi="Arial"/>
        </w:rPr>
        <w:t xml:space="preserve">because if the research is being approached as a scenario for </w:t>
      </w:r>
      <w:r>
        <w:rPr>
          <w:rFonts w:ascii="Arial" w:eastAsia="Arial" w:hAnsi="Arial"/>
        </w:rPr>
        <w:t xml:space="preserve">exposure, </w:t>
      </w:r>
      <w:r w:rsidR="004F4361">
        <w:rPr>
          <w:rFonts w:ascii="Arial" w:eastAsia="Arial" w:hAnsi="Arial"/>
        </w:rPr>
        <w:t>then we will have diseases transmitted by water or by vector and</w:t>
      </w:r>
      <w:r>
        <w:rPr>
          <w:rFonts w:ascii="Arial" w:eastAsia="Arial" w:hAnsi="Arial"/>
        </w:rPr>
        <w:t xml:space="preserve"> it</w:t>
      </w:r>
      <w:r w:rsidR="004F4361">
        <w:rPr>
          <w:rFonts w:ascii="Arial" w:eastAsia="Arial" w:hAnsi="Arial"/>
        </w:rPr>
        <w:t xml:space="preserve"> will be different</w:t>
      </w:r>
      <w:r w:rsidR="00A40B8D">
        <w:rPr>
          <w:rFonts w:ascii="Arial" w:eastAsia="Arial" w:hAnsi="Arial"/>
        </w:rPr>
        <w:t xml:space="preserve">. In the case the case of the </w:t>
      </w:r>
      <w:r w:rsidR="004F4361">
        <w:rPr>
          <w:rFonts w:ascii="Arial" w:eastAsia="Arial" w:hAnsi="Arial"/>
        </w:rPr>
        <w:t>Portuguese</w:t>
      </w:r>
      <w:r w:rsidR="00A40B8D">
        <w:rPr>
          <w:rFonts w:ascii="Arial" w:eastAsia="Arial" w:hAnsi="Arial"/>
        </w:rPr>
        <w:t xml:space="preserve"> language findings</w:t>
      </w:r>
      <w:r w:rsidR="004F4361">
        <w:rPr>
          <w:rFonts w:ascii="Arial" w:eastAsia="Arial" w:hAnsi="Arial"/>
        </w:rPr>
        <w:t>, Brazil has shown the importance of those models that include reservoirs, vectors, and</w:t>
      </w:r>
      <w:r w:rsidR="00A40B8D">
        <w:rPr>
          <w:rFonts w:ascii="Arial" w:eastAsia="Arial" w:hAnsi="Arial"/>
        </w:rPr>
        <w:t xml:space="preserve"> environment whereas this was not reflected in the Spanish language responses.</w:t>
      </w:r>
    </w:p>
    <w:p w14:paraId="00C58760" w14:textId="77777777" w:rsidR="004F4361" w:rsidRDefault="004F436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rPr>
          <w:rFonts w:ascii="Arial" w:eastAsia="Arial" w:hAnsi="Arial"/>
        </w:rPr>
      </w:pPr>
    </w:p>
    <w:p w14:paraId="34E70F85" w14:textId="02625214" w:rsidR="004F4361" w:rsidRDefault="00A40B8D"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rPr>
          <w:rFonts w:ascii="Arial" w:eastAsia="Arial" w:hAnsi="Arial"/>
        </w:rPr>
      </w:pPr>
      <w:r>
        <w:rPr>
          <w:rFonts w:ascii="Arial" w:eastAsia="Arial" w:hAnsi="Arial"/>
          <w:b/>
        </w:rPr>
        <w:t xml:space="preserve">Rio </w:t>
      </w:r>
      <w:r w:rsidR="004F4361">
        <w:rPr>
          <w:rFonts w:ascii="Arial" w:eastAsia="Arial" w:hAnsi="Arial"/>
          <w:b/>
        </w:rPr>
        <w:t>Facilitator</w:t>
      </w:r>
      <w:r>
        <w:rPr>
          <w:rFonts w:ascii="Arial" w:eastAsia="Arial" w:hAnsi="Arial"/>
          <w:b/>
        </w:rPr>
        <w:t xml:space="preserve"> 4</w:t>
      </w:r>
    </w:p>
    <w:p w14:paraId="1F4B2A26" w14:textId="010A608C" w:rsidR="004F4361" w:rsidRDefault="004F436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rPr>
        <w:t>Thank</w:t>
      </w:r>
      <w:r w:rsidR="00A40B8D">
        <w:rPr>
          <w:rFonts w:ascii="Arial" w:eastAsia="Arial" w:hAnsi="Arial"/>
        </w:rPr>
        <w:t xml:space="preserve"> you very much. Thank you, Rio 11.</w:t>
      </w:r>
    </w:p>
    <w:p w14:paraId="219CC810" w14:textId="77777777" w:rsidR="004F4361" w:rsidRDefault="004F436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p>
    <w:p w14:paraId="16B3DE40" w14:textId="4336290D" w:rsidR="004F4361" w:rsidRDefault="00A40B8D"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b/>
        </w:rPr>
        <w:t>Rio 11</w:t>
      </w:r>
    </w:p>
    <w:p w14:paraId="0D620393" w14:textId="061E25F8" w:rsidR="004F4361" w:rsidRDefault="004F436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rPr>
        <w:t xml:space="preserve">I want to comment on </w:t>
      </w:r>
      <w:r w:rsidR="00A40B8D">
        <w:rPr>
          <w:rFonts w:ascii="Arial" w:eastAsia="Arial" w:hAnsi="Arial"/>
        </w:rPr>
        <w:t>the ethical aspect of research as this is my working area. F</w:t>
      </w:r>
      <w:r>
        <w:rPr>
          <w:rFonts w:ascii="Arial" w:eastAsia="Arial" w:hAnsi="Arial"/>
        </w:rPr>
        <w:t xml:space="preserve">or me those priorities are obvious because there are certain things that you love or you hate.  It’s like the Argentinian and Brazilian </w:t>
      </w:r>
      <w:r w:rsidR="00A40B8D">
        <w:rPr>
          <w:rFonts w:ascii="Arial" w:eastAsia="Arial" w:hAnsi="Arial"/>
        </w:rPr>
        <w:t xml:space="preserve">football </w:t>
      </w:r>
      <w:r>
        <w:rPr>
          <w:rFonts w:ascii="Arial" w:eastAsia="Arial" w:hAnsi="Arial"/>
        </w:rPr>
        <w:t>teams. Either you love it or</w:t>
      </w:r>
      <w:r w:rsidR="00A40B8D">
        <w:rPr>
          <w:rFonts w:ascii="Arial" w:eastAsia="Arial" w:hAnsi="Arial"/>
        </w:rPr>
        <w:t xml:space="preserve"> you hate it, and in this case - </w:t>
      </w:r>
      <w:r>
        <w:rPr>
          <w:rFonts w:ascii="Arial" w:eastAsia="Arial" w:hAnsi="Arial"/>
        </w:rPr>
        <w:t>I do</w:t>
      </w:r>
      <w:r w:rsidR="00A40B8D">
        <w:rPr>
          <w:rFonts w:ascii="Arial" w:eastAsia="Arial" w:hAnsi="Arial"/>
        </w:rPr>
        <w:t>n't want to go into that issue - bu</w:t>
      </w:r>
      <w:r>
        <w:rPr>
          <w:rFonts w:ascii="Arial" w:eastAsia="Arial" w:hAnsi="Arial"/>
        </w:rPr>
        <w:t xml:space="preserve">t definitely, </w:t>
      </w:r>
      <w:r w:rsidR="00A40B8D">
        <w:rPr>
          <w:rFonts w:ascii="Arial" w:eastAsia="Arial" w:hAnsi="Arial"/>
        </w:rPr>
        <w:t>in this case, I would remove ethics from this prioritization,</w:t>
      </w:r>
      <w:r>
        <w:rPr>
          <w:rFonts w:ascii="Arial" w:eastAsia="Arial" w:hAnsi="Arial"/>
        </w:rPr>
        <w:t xml:space="preserve"> because from my point of view, ethics is at the heart o</w:t>
      </w:r>
      <w:r w:rsidR="00A40B8D">
        <w:rPr>
          <w:rFonts w:ascii="Arial" w:eastAsia="Arial" w:hAnsi="Arial"/>
        </w:rPr>
        <w:t xml:space="preserve">f </w:t>
      </w:r>
      <w:r>
        <w:rPr>
          <w:rFonts w:ascii="Arial" w:eastAsia="Arial" w:hAnsi="Arial"/>
        </w:rPr>
        <w:t xml:space="preserve">what we do </w:t>
      </w:r>
      <w:r w:rsidR="00A40B8D">
        <w:rPr>
          <w:rFonts w:ascii="Arial" w:eastAsia="Arial" w:hAnsi="Arial"/>
        </w:rPr>
        <w:t>- the core of what we do. T</w:t>
      </w:r>
      <w:r>
        <w:rPr>
          <w:rFonts w:ascii="Arial" w:eastAsia="Arial" w:hAnsi="Arial"/>
        </w:rPr>
        <w:t>he first requirement in resear</w:t>
      </w:r>
      <w:r w:rsidR="00A40B8D">
        <w:rPr>
          <w:rFonts w:ascii="Arial" w:eastAsia="Arial" w:hAnsi="Arial"/>
        </w:rPr>
        <w:t>ch is a priority setting exercise</w:t>
      </w:r>
      <w:r>
        <w:rPr>
          <w:rFonts w:ascii="Arial" w:eastAsia="Arial" w:hAnsi="Arial"/>
        </w:rPr>
        <w:t xml:space="preserve">. What </w:t>
      </w:r>
      <w:r w:rsidR="00A40B8D">
        <w:rPr>
          <w:rFonts w:ascii="Arial" w:eastAsia="Arial" w:hAnsi="Arial"/>
        </w:rPr>
        <w:t>we are</w:t>
      </w:r>
      <w:r>
        <w:rPr>
          <w:rFonts w:ascii="Arial" w:eastAsia="Arial" w:hAnsi="Arial"/>
        </w:rPr>
        <w:t xml:space="preserve"> doing here is following an ethical guideline to participate</w:t>
      </w:r>
      <w:r w:rsidR="00A40B8D">
        <w:rPr>
          <w:rFonts w:ascii="Arial" w:eastAsia="Arial" w:hAnsi="Arial"/>
        </w:rPr>
        <w:t xml:space="preserve"> in</w:t>
      </w:r>
      <w:r>
        <w:rPr>
          <w:rFonts w:ascii="Arial" w:eastAsia="Arial" w:hAnsi="Arial"/>
        </w:rPr>
        <w:t xml:space="preserve"> an exercise to know what others think and tha</w:t>
      </w:r>
      <w:r w:rsidR="00A40B8D">
        <w:rPr>
          <w:rFonts w:ascii="Arial" w:eastAsia="Arial" w:hAnsi="Arial"/>
        </w:rPr>
        <w:t xml:space="preserve">t is the ethics of the research. But we have to make this </w:t>
      </w:r>
      <w:r w:rsidR="00A40B8D">
        <w:rPr>
          <w:rFonts w:ascii="Arial" w:eastAsia="Arial" w:hAnsi="Arial"/>
        </w:rPr>
        <w:lastRenderedPageBreak/>
        <w:t>discussion very relevant. I believe that the survey p</w:t>
      </w:r>
      <w:r>
        <w:rPr>
          <w:rFonts w:ascii="Arial" w:eastAsia="Arial" w:hAnsi="Arial"/>
        </w:rPr>
        <w:t>articipants tend to think that ethical considerations refer to ethical revision, an</w:t>
      </w:r>
      <w:r w:rsidR="00A40B8D">
        <w:rPr>
          <w:rFonts w:ascii="Arial" w:eastAsia="Arial" w:hAnsi="Arial"/>
        </w:rPr>
        <w:t xml:space="preserve">d they said </w:t>
      </w:r>
      <w:r>
        <w:rPr>
          <w:rFonts w:ascii="Arial" w:eastAsia="Arial" w:hAnsi="Arial"/>
        </w:rPr>
        <w:t>oh, okay, I already know this is reg</w:t>
      </w:r>
      <w:r w:rsidR="00A40B8D">
        <w:rPr>
          <w:rFonts w:ascii="Arial" w:eastAsia="Arial" w:hAnsi="Arial"/>
        </w:rPr>
        <w:t>ulation, so they didn’t prioritize it</w:t>
      </w:r>
      <w:r>
        <w:rPr>
          <w:rFonts w:ascii="Arial" w:eastAsia="Arial" w:hAnsi="Arial"/>
        </w:rPr>
        <w:t xml:space="preserve">. </w:t>
      </w:r>
      <w:r w:rsidR="00A40B8D">
        <w:rPr>
          <w:rFonts w:ascii="Arial" w:eastAsia="Arial" w:hAnsi="Arial"/>
        </w:rPr>
        <w:t>But if we ask everybody whether</w:t>
      </w:r>
      <w:r>
        <w:rPr>
          <w:rFonts w:ascii="Arial" w:eastAsia="Arial" w:hAnsi="Arial"/>
        </w:rPr>
        <w:t xml:space="preserve"> they believe that ethical consideration</w:t>
      </w:r>
      <w:r w:rsidR="00A40B8D">
        <w:rPr>
          <w:rFonts w:ascii="Arial" w:eastAsia="Arial" w:hAnsi="Arial"/>
        </w:rPr>
        <w:t xml:space="preserve">s are important, </w:t>
      </w:r>
      <w:r>
        <w:rPr>
          <w:rFonts w:ascii="Arial" w:eastAsia="Arial" w:hAnsi="Arial"/>
        </w:rPr>
        <w:t>obviously nobody will say no, we all kno</w:t>
      </w:r>
      <w:r w:rsidR="00A40B8D">
        <w:rPr>
          <w:rFonts w:ascii="Arial" w:eastAsia="Arial" w:hAnsi="Arial"/>
        </w:rPr>
        <w:t>w and are aware that ethical</w:t>
      </w:r>
      <w:r>
        <w:rPr>
          <w:rFonts w:ascii="Arial" w:eastAsia="Arial" w:hAnsi="Arial"/>
        </w:rPr>
        <w:t xml:space="preserve"> research is the reason for our work</w:t>
      </w:r>
      <w:r w:rsidR="00A40B8D">
        <w:rPr>
          <w:rFonts w:ascii="Arial" w:eastAsia="Arial" w:hAnsi="Arial"/>
        </w:rPr>
        <w:t>,</w:t>
      </w:r>
      <w:r>
        <w:rPr>
          <w:rFonts w:ascii="Arial" w:eastAsia="Arial" w:hAnsi="Arial"/>
        </w:rPr>
        <w:t xml:space="preserve"> as researchers in these issues. So, we must not worry, I believe that the ethical consideration is quite important. But if we change the order this would be in the first place. </w:t>
      </w:r>
    </w:p>
    <w:p w14:paraId="042FD0B8" w14:textId="77777777" w:rsidR="004F4361" w:rsidRDefault="004F436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p>
    <w:p w14:paraId="7EE62820" w14:textId="77777777" w:rsidR="00A40B8D" w:rsidRDefault="00A40B8D"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rPr>
          <w:rFonts w:ascii="Arial" w:eastAsia="Arial" w:hAnsi="Arial"/>
        </w:rPr>
      </w:pPr>
      <w:r>
        <w:rPr>
          <w:rFonts w:ascii="Arial" w:eastAsia="Arial" w:hAnsi="Arial"/>
          <w:b/>
        </w:rPr>
        <w:t>Rio Facilitator 4</w:t>
      </w:r>
    </w:p>
    <w:p w14:paraId="3BEF0A3B" w14:textId="77368286" w:rsidR="004F4361" w:rsidRDefault="00A40B8D"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rPr>
        <w:t>Rio 11</w:t>
      </w:r>
      <w:r w:rsidR="004F4361">
        <w:rPr>
          <w:rFonts w:ascii="Arial" w:eastAsia="Arial" w:hAnsi="Arial"/>
        </w:rPr>
        <w:t xml:space="preserve"> has made very important comments. </w:t>
      </w:r>
    </w:p>
    <w:p w14:paraId="5C6841D0" w14:textId="77777777" w:rsidR="004F4361" w:rsidRDefault="004F436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p>
    <w:p w14:paraId="26B1B43C" w14:textId="2C365F32" w:rsidR="004F4361" w:rsidRDefault="00A40B8D"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b/>
        </w:rPr>
        <w:t>Rio 02</w:t>
      </w:r>
    </w:p>
    <w:p w14:paraId="0A5C3C50" w14:textId="43B0632F" w:rsidR="004F4361" w:rsidRDefault="004F436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rPr>
        <w:t>I understand the need for detection r</w:t>
      </w:r>
      <w:r w:rsidR="00A40B8D">
        <w:rPr>
          <w:rFonts w:ascii="Arial" w:eastAsia="Arial" w:hAnsi="Arial"/>
        </w:rPr>
        <w:t xml:space="preserve">esearch because I think that so much research is dependent on </w:t>
      </w:r>
      <w:r>
        <w:rPr>
          <w:rFonts w:ascii="Arial" w:eastAsia="Arial" w:hAnsi="Arial"/>
        </w:rPr>
        <w:t xml:space="preserve">diagnosis and </w:t>
      </w:r>
      <w:r w:rsidR="00A40B8D">
        <w:rPr>
          <w:rFonts w:ascii="Arial" w:eastAsia="Arial" w:hAnsi="Arial"/>
        </w:rPr>
        <w:t>also laboratory diagnosis.</w:t>
      </w:r>
      <w:r>
        <w:rPr>
          <w:rFonts w:ascii="Arial" w:eastAsia="Arial" w:hAnsi="Arial"/>
        </w:rPr>
        <w:t xml:space="preserve"> I understand that, if we consider vectors, environment and climate</w:t>
      </w:r>
      <w:r w:rsidR="00A40B8D">
        <w:rPr>
          <w:rFonts w:ascii="Arial" w:eastAsia="Arial" w:hAnsi="Arial"/>
        </w:rPr>
        <w:t xml:space="preserve"> collectively</w:t>
      </w:r>
      <w:r>
        <w:rPr>
          <w:rFonts w:ascii="Arial" w:eastAsia="Arial" w:hAnsi="Arial"/>
        </w:rPr>
        <w:t>, the</w:t>
      </w:r>
      <w:r w:rsidR="00A40B8D">
        <w:rPr>
          <w:rFonts w:ascii="Arial" w:eastAsia="Arial" w:hAnsi="Arial"/>
        </w:rPr>
        <w:t>n</w:t>
      </w:r>
      <w:r>
        <w:rPr>
          <w:rFonts w:ascii="Arial" w:eastAsia="Arial" w:hAnsi="Arial"/>
        </w:rPr>
        <w:t xml:space="preserve"> One Health will probably be placed h</w:t>
      </w:r>
      <w:r w:rsidR="00A40B8D">
        <w:rPr>
          <w:rFonts w:ascii="Arial" w:eastAsia="Arial" w:hAnsi="Arial"/>
        </w:rPr>
        <w:t xml:space="preserve">igher up in this list and, as One Health is broken down into </w:t>
      </w:r>
      <w:r>
        <w:rPr>
          <w:rFonts w:ascii="Arial" w:eastAsia="Arial" w:hAnsi="Arial"/>
        </w:rPr>
        <w:t xml:space="preserve">four items, if you add them all up, it will be higher up. But I don’t see </w:t>
      </w:r>
      <w:r w:rsidR="00913BC8">
        <w:rPr>
          <w:rFonts w:ascii="Arial" w:eastAsia="Arial" w:hAnsi="Arial"/>
        </w:rPr>
        <w:t>risk</w:t>
      </w:r>
      <w:r>
        <w:rPr>
          <w:rFonts w:ascii="Arial" w:eastAsia="Arial" w:hAnsi="Arial"/>
        </w:rPr>
        <w:t xml:space="preserve"> communication. In my opinion, this </w:t>
      </w:r>
      <w:r w:rsidR="00913BC8">
        <w:rPr>
          <w:rFonts w:ascii="Arial" w:eastAsia="Arial" w:hAnsi="Arial"/>
        </w:rPr>
        <w:t xml:space="preserve">is something that </w:t>
      </w:r>
      <w:r>
        <w:rPr>
          <w:rFonts w:ascii="Arial" w:eastAsia="Arial" w:hAnsi="Arial"/>
        </w:rPr>
        <w:t xml:space="preserve">should be considered in terms of having </w:t>
      </w:r>
      <w:r w:rsidR="00913BC8">
        <w:rPr>
          <w:rFonts w:ascii="Arial" w:eastAsia="Arial" w:hAnsi="Arial"/>
        </w:rPr>
        <w:t>the potential to</w:t>
      </w:r>
      <w:r>
        <w:rPr>
          <w:rFonts w:ascii="Arial" w:eastAsia="Arial" w:hAnsi="Arial"/>
        </w:rPr>
        <w:t xml:space="preserve"> to enhance vaccination coverage and fight mis</w:t>
      </w:r>
      <w:r w:rsidR="00913BC8">
        <w:rPr>
          <w:rFonts w:ascii="Arial" w:eastAsia="Arial" w:hAnsi="Arial"/>
        </w:rPr>
        <w:t>information around vaccination</w:t>
      </w:r>
      <w:r>
        <w:rPr>
          <w:rFonts w:ascii="Arial" w:eastAsia="Arial" w:hAnsi="Arial"/>
        </w:rPr>
        <w:t>. And, I don't feel comfortable with</w:t>
      </w:r>
      <w:r w:rsidR="00913BC8">
        <w:rPr>
          <w:rFonts w:ascii="Arial" w:eastAsia="Arial" w:hAnsi="Arial"/>
        </w:rPr>
        <w:t xml:space="preserve"> the fact that vectors is prioritized in a</w:t>
      </w:r>
      <w:r>
        <w:rPr>
          <w:rFonts w:ascii="Arial" w:eastAsia="Arial" w:hAnsi="Arial"/>
        </w:rPr>
        <w:t xml:space="preserve"> </w:t>
      </w:r>
      <w:r w:rsidR="00913BC8">
        <w:rPr>
          <w:rFonts w:ascii="Arial" w:eastAsia="Arial" w:hAnsi="Arial"/>
        </w:rPr>
        <w:t xml:space="preserve">low </w:t>
      </w:r>
      <w:r>
        <w:rPr>
          <w:rFonts w:ascii="Arial" w:eastAsia="Arial" w:hAnsi="Arial"/>
        </w:rPr>
        <w:t>position as we still do not have any efficient vector control mechani</w:t>
      </w:r>
      <w:r w:rsidR="00913BC8">
        <w:rPr>
          <w:rFonts w:ascii="Arial" w:eastAsia="Arial" w:hAnsi="Arial"/>
        </w:rPr>
        <w:t>sms, biological or chemical, s</w:t>
      </w:r>
      <w:r>
        <w:rPr>
          <w:rFonts w:ascii="Arial" w:eastAsia="Arial" w:hAnsi="Arial"/>
        </w:rPr>
        <w:t>o, I do not agree with the position that vectors</w:t>
      </w:r>
      <w:r w:rsidR="00913BC8">
        <w:rPr>
          <w:rFonts w:ascii="Arial" w:eastAsia="Arial" w:hAnsi="Arial"/>
        </w:rPr>
        <w:t xml:space="preserve"> is here, </w:t>
      </w:r>
      <w:r>
        <w:rPr>
          <w:rFonts w:ascii="Arial" w:eastAsia="Arial" w:hAnsi="Arial"/>
        </w:rPr>
        <w:t xml:space="preserve">given the magnitude </w:t>
      </w:r>
      <w:r w:rsidR="00913BC8">
        <w:rPr>
          <w:rFonts w:ascii="Arial" w:eastAsia="Arial" w:hAnsi="Arial"/>
        </w:rPr>
        <w:t>of the prior discussion where d</w:t>
      </w:r>
      <w:r>
        <w:rPr>
          <w:rFonts w:ascii="Arial" w:eastAsia="Arial" w:hAnsi="Arial"/>
        </w:rPr>
        <w:t xml:space="preserve">engue </w:t>
      </w:r>
      <w:r w:rsidR="00913BC8">
        <w:rPr>
          <w:rFonts w:ascii="Arial" w:eastAsia="Arial" w:hAnsi="Arial"/>
        </w:rPr>
        <w:t>w</w:t>
      </w:r>
      <w:r>
        <w:rPr>
          <w:rFonts w:ascii="Arial" w:eastAsia="Arial" w:hAnsi="Arial"/>
        </w:rPr>
        <w:t>as a priority</w:t>
      </w:r>
      <w:r w:rsidR="00913BC8">
        <w:rPr>
          <w:rFonts w:ascii="Arial" w:eastAsia="Arial" w:hAnsi="Arial"/>
        </w:rPr>
        <w:t xml:space="preserve"> [</w:t>
      </w:r>
      <w:r w:rsidR="00913BC8" w:rsidRPr="00456CD4">
        <w:rPr>
          <w:rFonts w:ascii="Arial" w:eastAsia="Arial" w:hAnsi="Arial"/>
          <w:i/>
        </w:rPr>
        <w:t>see LAC Session 2</w:t>
      </w:r>
      <w:r w:rsidR="00913BC8">
        <w:rPr>
          <w:rFonts w:ascii="Arial" w:eastAsia="Arial" w:hAnsi="Arial"/>
        </w:rPr>
        <w:t>]</w:t>
      </w:r>
      <w:r>
        <w:rPr>
          <w:rFonts w:ascii="Arial" w:eastAsia="Arial" w:hAnsi="Arial"/>
        </w:rPr>
        <w:t>. So, I think this is discordant with what we discussed in the prior session.</w:t>
      </w:r>
    </w:p>
    <w:p w14:paraId="0F828CBA" w14:textId="77777777" w:rsidR="004F4361" w:rsidRDefault="004F436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p>
    <w:p w14:paraId="1E5D6FDF" w14:textId="731B0D08" w:rsidR="004F4361" w:rsidRDefault="00913BC8"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b/>
        </w:rPr>
        <w:t>Rio Facilitator 4</w:t>
      </w:r>
    </w:p>
    <w:p w14:paraId="1F353814" w14:textId="733196DE" w:rsidR="00913BC8" w:rsidRDefault="00913BC8"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rPr>
          <w:rFonts w:ascii="Arial" w:eastAsia="Arial" w:hAnsi="Arial"/>
        </w:rPr>
      </w:pPr>
      <w:r>
        <w:rPr>
          <w:rFonts w:ascii="Arial" w:eastAsia="Arial" w:hAnsi="Arial"/>
        </w:rPr>
        <w:t>All of these comments help</w:t>
      </w:r>
      <w:r w:rsidR="004F4361">
        <w:rPr>
          <w:rFonts w:ascii="Arial" w:eastAsia="Arial" w:hAnsi="Arial"/>
        </w:rPr>
        <w:t xml:space="preserve"> me to understand the contradictions, contradictions that </w:t>
      </w:r>
      <w:r>
        <w:rPr>
          <w:rFonts w:ascii="Arial" w:eastAsia="Arial" w:hAnsi="Arial"/>
        </w:rPr>
        <w:t xml:space="preserve">we </w:t>
      </w:r>
      <w:r w:rsidR="004F4361">
        <w:rPr>
          <w:rFonts w:ascii="Arial" w:eastAsia="Arial" w:hAnsi="Arial"/>
        </w:rPr>
        <w:t>see in the results, because the interpretation of the experts</w:t>
      </w:r>
      <w:r>
        <w:rPr>
          <w:rFonts w:ascii="Arial" w:eastAsia="Arial" w:hAnsi="Arial"/>
        </w:rPr>
        <w:t xml:space="preserve"> that we have here, we are hearing from people with enormous experience, and you</w:t>
      </w:r>
      <w:r w:rsidR="004F4361">
        <w:rPr>
          <w:rFonts w:ascii="Arial" w:eastAsia="Arial" w:hAnsi="Arial"/>
        </w:rPr>
        <w:t xml:space="preserve"> are helping us to understand the prior</w:t>
      </w:r>
      <w:r>
        <w:rPr>
          <w:rFonts w:ascii="Arial" w:eastAsia="Arial" w:hAnsi="Arial"/>
        </w:rPr>
        <w:t>itization. We have comments on</w:t>
      </w:r>
      <w:r w:rsidR="004F4361">
        <w:rPr>
          <w:rFonts w:ascii="Arial" w:eastAsia="Arial" w:hAnsi="Arial"/>
        </w:rPr>
        <w:t xml:space="preserve">line. </w:t>
      </w:r>
    </w:p>
    <w:p w14:paraId="5075BC8E" w14:textId="64490DA1" w:rsidR="00913BC8" w:rsidRDefault="00913BC8"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rPr>
          <w:rFonts w:ascii="Arial" w:eastAsia="Arial" w:hAnsi="Arial"/>
        </w:rPr>
      </w:pPr>
    </w:p>
    <w:p w14:paraId="619CD08C" w14:textId="28733B8C" w:rsidR="00913BC8" w:rsidRPr="00913BC8" w:rsidRDefault="00913BC8"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rPr>
          <w:rFonts w:ascii="Arial" w:eastAsia="Arial" w:hAnsi="Arial"/>
          <w:b/>
        </w:rPr>
      </w:pPr>
      <w:r w:rsidRPr="00913BC8">
        <w:rPr>
          <w:rFonts w:ascii="Arial" w:eastAsia="Arial" w:hAnsi="Arial"/>
          <w:b/>
        </w:rPr>
        <w:t>Rio 58</w:t>
      </w:r>
    </w:p>
    <w:p w14:paraId="68A5C7F3" w14:textId="3DACBBB4" w:rsidR="00913BC8" w:rsidRPr="00913BC8" w:rsidRDefault="00913BC8"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rPr>
          <w:rFonts w:ascii="Arial" w:eastAsia="Arial" w:hAnsi="Arial"/>
        </w:rPr>
      </w:pPr>
      <w:r>
        <w:rPr>
          <w:rFonts w:ascii="Arial" w:eastAsia="Arial" w:hAnsi="Arial"/>
        </w:rPr>
        <w:t>I</w:t>
      </w:r>
      <w:r w:rsidRPr="00913BC8">
        <w:rPr>
          <w:rFonts w:ascii="Arial" w:eastAsia="Arial" w:hAnsi="Arial"/>
        </w:rPr>
        <w:t xml:space="preserve">ndeed, these results show a predominantly epidemiological and clinical approach, an </w:t>
      </w:r>
      <w:proofErr w:type="spellStart"/>
      <w:r w:rsidRPr="00913BC8">
        <w:rPr>
          <w:rFonts w:ascii="Arial" w:eastAsia="Arial" w:hAnsi="Arial"/>
        </w:rPr>
        <w:t>ecosystemic</w:t>
      </w:r>
      <w:proofErr w:type="spellEnd"/>
      <w:r w:rsidRPr="00913BC8">
        <w:rPr>
          <w:rFonts w:ascii="Arial" w:eastAsia="Arial" w:hAnsi="Arial"/>
        </w:rPr>
        <w:t xml:space="preserve"> approach is required</w:t>
      </w:r>
      <w:r>
        <w:rPr>
          <w:rFonts w:ascii="Arial" w:eastAsia="Arial" w:hAnsi="Arial"/>
        </w:rPr>
        <w:t xml:space="preserve"> where bioethics is fundamental. In regards to ethics,</w:t>
      </w:r>
      <w:r w:rsidRPr="00913BC8">
        <w:rPr>
          <w:rFonts w:ascii="Arial" w:eastAsia="Arial" w:hAnsi="Arial"/>
        </w:rPr>
        <w:t xml:space="preserve"> ethics is not just the ethical review of the protocol, for some researchers a cumbersome piece of paperwork.</w:t>
      </w:r>
    </w:p>
    <w:p w14:paraId="7B272617" w14:textId="77777777" w:rsidR="004F4361" w:rsidRDefault="004F436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p>
    <w:p w14:paraId="3000680D" w14:textId="77777777" w:rsidR="00C90D4E" w:rsidRDefault="00C90D4E"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rPr>
          <w:rFonts w:ascii="Arial" w:eastAsia="Arial" w:hAnsi="Arial"/>
          <w:b/>
        </w:rPr>
      </w:pPr>
    </w:p>
    <w:p w14:paraId="55ADB82A" w14:textId="77777777" w:rsidR="00C90D4E" w:rsidRDefault="00C90D4E"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rPr>
          <w:rFonts w:ascii="Arial" w:eastAsia="Arial" w:hAnsi="Arial"/>
          <w:b/>
        </w:rPr>
      </w:pPr>
    </w:p>
    <w:p w14:paraId="4E0E29B8" w14:textId="60CDE3EC" w:rsidR="00DC0DFF" w:rsidRDefault="00913BC8"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pPr>
      <w:r>
        <w:rPr>
          <w:rFonts w:ascii="Arial" w:eastAsia="Arial" w:hAnsi="Arial"/>
          <w:b/>
        </w:rPr>
        <w:lastRenderedPageBreak/>
        <w:t>Rio 50</w:t>
      </w:r>
    </w:p>
    <w:p w14:paraId="52B3182B" w14:textId="04E7DCCC" w:rsidR="004F4361" w:rsidRDefault="00913BC8"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pPr>
      <w:r>
        <w:rPr>
          <w:rFonts w:ascii="Arial" w:eastAsia="Arial" w:hAnsi="Arial"/>
        </w:rPr>
        <w:t>Hello, I agree with the vectors part [</w:t>
      </w:r>
      <w:r w:rsidRPr="00913BC8">
        <w:rPr>
          <w:rFonts w:ascii="Arial" w:eastAsia="Arial" w:hAnsi="Arial"/>
          <w:i/>
        </w:rPr>
        <w:t>recording issues</w:t>
      </w:r>
      <w:r>
        <w:rPr>
          <w:rFonts w:ascii="Arial" w:eastAsia="Arial" w:hAnsi="Arial"/>
        </w:rPr>
        <w:t>]</w:t>
      </w:r>
      <w:r>
        <w:rPr>
          <w:rFonts w:ascii="Arial" w:eastAsia="Arial" w:hAnsi="Arial"/>
        </w:rPr>
        <w:br/>
      </w:r>
    </w:p>
    <w:p w14:paraId="3BB2FF0A" w14:textId="164A6E09" w:rsidR="004F4361" w:rsidRDefault="00913BC8"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b/>
        </w:rPr>
        <w:t>Rio 15</w:t>
      </w:r>
    </w:p>
    <w:p w14:paraId="5CEEFF2B" w14:textId="59C271B6" w:rsidR="004F4361" w:rsidRDefault="004F436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rPr>
        <w:t xml:space="preserve">I think that </w:t>
      </w:r>
      <w:r w:rsidR="00913BC8">
        <w:rPr>
          <w:rFonts w:ascii="Arial" w:eastAsia="Arial" w:hAnsi="Arial"/>
        </w:rPr>
        <w:t>these findings point</w:t>
      </w:r>
      <w:r>
        <w:rPr>
          <w:rFonts w:ascii="Arial" w:eastAsia="Arial" w:hAnsi="Arial"/>
        </w:rPr>
        <w:t xml:space="preserve"> out quite clearly how people and </w:t>
      </w:r>
      <w:proofErr w:type="gramStart"/>
      <w:r>
        <w:rPr>
          <w:rFonts w:ascii="Arial" w:eastAsia="Arial" w:hAnsi="Arial"/>
        </w:rPr>
        <w:t>ourselves</w:t>
      </w:r>
      <w:proofErr w:type="gramEnd"/>
      <w:r>
        <w:rPr>
          <w:rFonts w:ascii="Arial" w:eastAsia="Arial" w:hAnsi="Arial"/>
        </w:rPr>
        <w:t xml:space="preserve"> report the different boxes of our own knowledge. That's why we see this thing incongruence here. How can we make pr</w:t>
      </w:r>
      <w:r w:rsidR="00913BC8">
        <w:rPr>
          <w:rFonts w:ascii="Arial" w:eastAsia="Arial" w:hAnsi="Arial"/>
        </w:rPr>
        <w:t>edictions and identification, if</w:t>
      </w:r>
      <w:r>
        <w:rPr>
          <w:rFonts w:ascii="Arial" w:eastAsia="Arial" w:hAnsi="Arial"/>
        </w:rPr>
        <w:t xml:space="preserve"> one does not do communication</w:t>
      </w:r>
      <w:r w:rsidR="00913BC8">
        <w:rPr>
          <w:rFonts w:ascii="Arial" w:eastAsia="Arial" w:hAnsi="Arial"/>
        </w:rPr>
        <w:t>,</w:t>
      </w:r>
      <w:r>
        <w:rPr>
          <w:rFonts w:ascii="Arial" w:eastAsia="Arial" w:hAnsi="Arial"/>
        </w:rPr>
        <w:t xml:space="preserve"> if </w:t>
      </w:r>
      <w:r w:rsidR="00913BC8">
        <w:rPr>
          <w:rFonts w:ascii="Arial" w:eastAsia="Arial" w:hAnsi="Arial"/>
        </w:rPr>
        <w:t xml:space="preserve">you don't have investigational </w:t>
      </w:r>
      <w:r>
        <w:rPr>
          <w:rFonts w:ascii="Arial" w:eastAsia="Arial" w:hAnsi="Arial"/>
        </w:rPr>
        <w:t>research</w:t>
      </w:r>
      <w:r w:rsidR="00913BC8">
        <w:rPr>
          <w:rFonts w:ascii="Arial" w:eastAsia="Arial" w:hAnsi="Arial"/>
        </w:rPr>
        <w:t>,</w:t>
      </w:r>
      <w:r>
        <w:rPr>
          <w:rFonts w:ascii="Arial" w:eastAsia="Arial" w:hAnsi="Arial"/>
        </w:rPr>
        <w:t xml:space="preserve"> or if you don't have </w:t>
      </w:r>
      <w:proofErr w:type="gramStart"/>
      <w:r>
        <w:rPr>
          <w:rFonts w:ascii="Arial" w:eastAsia="Arial" w:hAnsi="Arial"/>
        </w:rPr>
        <w:t>data.</w:t>
      </w:r>
      <w:proofErr w:type="gramEnd"/>
      <w:r>
        <w:rPr>
          <w:rFonts w:ascii="Arial" w:eastAsia="Arial" w:hAnsi="Arial"/>
        </w:rPr>
        <w:t xml:space="preserve"> Take a look at the </w:t>
      </w:r>
      <w:r w:rsidR="00913BC8">
        <w:rPr>
          <w:rFonts w:ascii="Arial" w:eastAsia="Arial" w:hAnsi="Arial"/>
        </w:rPr>
        <w:t xml:space="preserve">low </w:t>
      </w:r>
      <w:r>
        <w:rPr>
          <w:rFonts w:ascii="Arial" w:eastAsia="Arial" w:hAnsi="Arial"/>
        </w:rPr>
        <w:t>position of data in this list. The importance of data is enormous. How are you going to work on public policies without data? How are you going to work on the commu</w:t>
      </w:r>
      <w:r w:rsidR="00913BC8">
        <w:rPr>
          <w:rFonts w:ascii="Arial" w:eastAsia="Arial" w:hAnsi="Arial"/>
        </w:rPr>
        <w:t>nication process without data? V</w:t>
      </w:r>
      <w:r>
        <w:rPr>
          <w:rFonts w:ascii="Arial" w:eastAsia="Arial" w:hAnsi="Arial"/>
        </w:rPr>
        <w:t>ectors wa</w:t>
      </w:r>
      <w:r w:rsidR="0037744C">
        <w:rPr>
          <w:rFonts w:ascii="Arial" w:eastAsia="Arial" w:hAnsi="Arial"/>
        </w:rPr>
        <w:t>s way down the list. And how,</w:t>
      </w:r>
      <w:r>
        <w:rPr>
          <w:rFonts w:ascii="Arial" w:eastAsia="Arial" w:hAnsi="Arial"/>
        </w:rPr>
        <w:t xml:space="preserve"> in Latin America</w:t>
      </w:r>
      <w:r w:rsidR="0037744C">
        <w:rPr>
          <w:rFonts w:ascii="Arial" w:eastAsia="Arial" w:hAnsi="Arial"/>
        </w:rPr>
        <w:t>,</w:t>
      </w:r>
      <w:r>
        <w:rPr>
          <w:rFonts w:ascii="Arial" w:eastAsia="Arial" w:hAnsi="Arial"/>
        </w:rPr>
        <w:t xml:space="preserve"> with all our social diversity and the movement toward the empowerment of minorities, </w:t>
      </w:r>
      <w:r w:rsidR="0037744C">
        <w:rPr>
          <w:rFonts w:ascii="Arial" w:eastAsia="Arial" w:hAnsi="Arial"/>
        </w:rPr>
        <w:t xml:space="preserve">are ethics </w:t>
      </w:r>
      <w:r>
        <w:rPr>
          <w:rFonts w:ascii="Arial" w:eastAsia="Arial" w:hAnsi="Arial"/>
        </w:rPr>
        <w:t xml:space="preserve">not considered? Obviously, we would need to restructure this. But for me, it's quite clear </w:t>
      </w:r>
      <w:r w:rsidR="0037744C">
        <w:rPr>
          <w:rFonts w:ascii="Arial" w:eastAsia="Arial" w:hAnsi="Arial"/>
        </w:rPr>
        <w:t>that</w:t>
      </w:r>
      <w:r>
        <w:rPr>
          <w:rFonts w:ascii="Arial" w:eastAsia="Arial" w:hAnsi="Arial"/>
        </w:rPr>
        <w:t xml:space="preserve"> we have not managed to work in an integrated fashion yet, we're not able to understand the processes where they begin</w:t>
      </w:r>
      <w:r w:rsidR="0037744C">
        <w:rPr>
          <w:rFonts w:ascii="Arial" w:eastAsia="Arial" w:hAnsi="Arial"/>
        </w:rPr>
        <w:t>, and where the diagnostics go to</w:t>
      </w:r>
      <w:r>
        <w:rPr>
          <w:rFonts w:ascii="Arial" w:eastAsia="Arial" w:hAnsi="Arial"/>
        </w:rPr>
        <w:t xml:space="preserve">, </w:t>
      </w:r>
      <w:r w:rsidR="0037744C">
        <w:rPr>
          <w:rFonts w:ascii="Arial" w:eastAsia="Arial" w:hAnsi="Arial"/>
        </w:rPr>
        <w:t xml:space="preserve">the </w:t>
      </w:r>
      <w:r>
        <w:rPr>
          <w:rFonts w:ascii="Arial" w:eastAsia="Arial" w:hAnsi="Arial"/>
        </w:rPr>
        <w:t xml:space="preserve">public policies </w:t>
      </w:r>
      <w:r w:rsidR="0037744C">
        <w:rPr>
          <w:rFonts w:ascii="Arial" w:eastAsia="Arial" w:hAnsi="Arial"/>
        </w:rPr>
        <w:t>etc. I</w:t>
      </w:r>
      <w:r>
        <w:rPr>
          <w:rFonts w:ascii="Arial" w:eastAsia="Arial" w:hAnsi="Arial"/>
        </w:rPr>
        <w:t>t's really incredible to see how the difficulty in doing this is within each and every one of us.</w:t>
      </w:r>
    </w:p>
    <w:p w14:paraId="57BFFAF9" w14:textId="77777777" w:rsidR="004F4361" w:rsidRDefault="004F436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p>
    <w:p w14:paraId="7B0C00F0" w14:textId="36AAF669" w:rsidR="004F4361" w:rsidRDefault="0037744C"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b/>
        </w:rPr>
        <w:t>Rio Facilitator 4</w:t>
      </w:r>
    </w:p>
    <w:p w14:paraId="168CF944" w14:textId="5E976230" w:rsidR="004F4361" w:rsidRDefault="0037744C"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rPr>
        <w:t>Thank you very much Rio 15.</w:t>
      </w:r>
    </w:p>
    <w:p w14:paraId="394365C4" w14:textId="77777777" w:rsidR="004F4361" w:rsidRDefault="004F436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p>
    <w:p w14:paraId="69A3F5A7" w14:textId="41D7E4C7" w:rsidR="004F4361" w:rsidRDefault="0037744C"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b/>
        </w:rPr>
        <w:t>Rio 07</w:t>
      </w:r>
    </w:p>
    <w:p w14:paraId="4FF08B43" w14:textId="77777777" w:rsidR="0037744C" w:rsidRDefault="004F436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rPr>
          <w:rFonts w:ascii="Arial" w:eastAsia="Arial" w:hAnsi="Arial"/>
        </w:rPr>
      </w:pPr>
      <w:r>
        <w:rPr>
          <w:rFonts w:ascii="Arial" w:eastAsia="Arial" w:hAnsi="Arial"/>
        </w:rPr>
        <w:t xml:space="preserve">Going back to the point that </w:t>
      </w:r>
      <w:r w:rsidR="0037744C">
        <w:rPr>
          <w:rFonts w:ascii="Arial" w:eastAsia="Arial" w:hAnsi="Arial"/>
        </w:rPr>
        <w:t xml:space="preserve">Rio </w:t>
      </w:r>
      <w:r>
        <w:rPr>
          <w:rFonts w:ascii="Arial" w:eastAsia="Arial" w:hAnsi="Arial"/>
        </w:rPr>
        <w:t>15 raised, perhaps we should invert this table. What</w:t>
      </w:r>
      <w:r w:rsidR="0037744C">
        <w:rPr>
          <w:rFonts w:ascii="Arial" w:eastAsia="Arial" w:hAnsi="Arial"/>
        </w:rPr>
        <w:t xml:space="preserve"> do we want with this survey? Do </w:t>
      </w:r>
      <w:r>
        <w:rPr>
          <w:rFonts w:ascii="Arial" w:eastAsia="Arial" w:hAnsi="Arial"/>
        </w:rPr>
        <w:t>we want to identify the gaps, or identify the</w:t>
      </w:r>
      <w:r w:rsidR="0037744C">
        <w:rPr>
          <w:rFonts w:ascii="Arial" w:eastAsia="Arial" w:hAnsi="Arial"/>
        </w:rPr>
        <w:t xml:space="preserve"> perceptions of the</w:t>
      </w:r>
      <w:r>
        <w:rPr>
          <w:rFonts w:ascii="Arial" w:eastAsia="Arial" w:hAnsi="Arial"/>
        </w:rPr>
        <w:t xml:space="preserve"> biomedical community? We see very clearly here how the biomedical community perceives their work and the importance of their work. I work in</w:t>
      </w:r>
      <w:r w:rsidR="0037744C">
        <w:rPr>
          <w:rFonts w:ascii="Arial" w:eastAsia="Arial" w:hAnsi="Arial"/>
        </w:rPr>
        <w:t xml:space="preserve"> a poor low-income community, a favela. </w:t>
      </w:r>
      <w:r>
        <w:rPr>
          <w:rFonts w:ascii="Arial" w:eastAsia="Arial" w:hAnsi="Arial"/>
        </w:rPr>
        <w:t>If you ask the community what is more important, there is no doubt that ethical issues ar</w:t>
      </w:r>
      <w:r w:rsidR="0037744C">
        <w:rPr>
          <w:rFonts w:ascii="Arial" w:eastAsia="Arial" w:hAnsi="Arial"/>
        </w:rPr>
        <w:t>e going to be more important. The</w:t>
      </w:r>
      <w:r>
        <w:rPr>
          <w:rFonts w:ascii="Arial" w:eastAsia="Arial" w:hAnsi="Arial"/>
        </w:rPr>
        <w:t xml:space="preserve"> challenge for my group is how </w:t>
      </w:r>
      <w:r w:rsidR="0037744C">
        <w:rPr>
          <w:rFonts w:ascii="Arial" w:eastAsia="Arial" w:hAnsi="Arial"/>
        </w:rPr>
        <w:t>to build ethics committee in a</w:t>
      </w:r>
      <w:r>
        <w:rPr>
          <w:rFonts w:ascii="Arial" w:eastAsia="Arial" w:hAnsi="Arial"/>
        </w:rPr>
        <w:t xml:space="preserve"> Favela, and not prepare the e</w:t>
      </w:r>
      <w:r w:rsidR="0037744C">
        <w:rPr>
          <w:rFonts w:ascii="Arial" w:eastAsia="Arial" w:hAnsi="Arial"/>
        </w:rPr>
        <w:t xml:space="preserve">thical documentation for my organization. How can we </w:t>
      </w:r>
      <w:r>
        <w:rPr>
          <w:rFonts w:ascii="Arial" w:eastAsia="Arial" w:hAnsi="Arial"/>
        </w:rPr>
        <w:t xml:space="preserve">do research on ethics in the Favela. </w:t>
      </w:r>
    </w:p>
    <w:p w14:paraId="1319CF84" w14:textId="77777777" w:rsidR="0037744C" w:rsidRDefault="0037744C"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rPr>
          <w:rFonts w:ascii="Arial" w:eastAsia="Arial" w:hAnsi="Arial"/>
        </w:rPr>
      </w:pPr>
    </w:p>
    <w:p w14:paraId="5214059F" w14:textId="26D228BA" w:rsidR="004F4361" w:rsidRDefault="004F436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rPr>
        <w:t>Why is vectors way down the list? Because the st</w:t>
      </w:r>
      <w:r w:rsidR="0037744C">
        <w:rPr>
          <w:rFonts w:ascii="Arial" w:eastAsia="Arial" w:hAnsi="Arial"/>
        </w:rPr>
        <w:t>rategies for vector control were designed</w:t>
      </w:r>
      <w:r>
        <w:rPr>
          <w:rFonts w:ascii="Arial" w:eastAsia="Arial" w:hAnsi="Arial"/>
        </w:rPr>
        <w:t xml:space="preserve"> in the past 50 years</w:t>
      </w:r>
      <w:r w:rsidR="0037744C">
        <w:rPr>
          <w:rFonts w:ascii="Arial" w:eastAsia="Arial" w:hAnsi="Arial"/>
        </w:rPr>
        <w:t xml:space="preserve">, and </w:t>
      </w:r>
      <w:r>
        <w:rPr>
          <w:rFonts w:ascii="Arial" w:eastAsia="Arial" w:hAnsi="Arial"/>
        </w:rPr>
        <w:t>they haven't worked. Why haven't they work</w:t>
      </w:r>
      <w:r w:rsidR="0037744C">
        <w:rPr>
          <w:rFonts w:ascii="Arial" w:eastAsia="Arial" w:hAnsi="Arial"/>
        </w:rPr>
        <w:t>ed</w:t>
      </w:r>
      <w:r>
        <w:rPr>
          <w:rFonts w:ascii="Arial" w:eastAsia="Arial" w:hAnsi="Arial"/>
        </w:rPr>
        <w:t xml:space="preserve">? Because of disorganization, poverty, and so forth are more important determinants </w:t>
      </w:r>
      <w:r w:rsidR="0037744C">
        <w:rPr>
          <w:rFonts w:ascii="Arial" w:eastAsia="Arial" w:hAnsi="Arial"/>
        </w:rPr>
        <w:t xml:space="preserve">of health </w:t>
      </w:r>
      <w:r>
        <w:rPr>
          <w:rFonts w:ascii="Arial" w:eastAsia="Arial" w:hAnsi="Arial"/>
        </w:rPr>
        <w:t xml:space="preserve">than transmission. And so, the problem is not necessarily with </w:t>
      </w:r>
      <w:r w:rsidR="0037744C">
        <w:rPr>
          <w:rFonts w:ascii="Arial" w:eastAsia="Arial" w:hAnsi="Arial"/>
        </w:rPr>
        <w:t xml:space="preserve">the </w:t>
      </w:r>
      <w:r>
        <w:rPr>
          <w:rFonts w:ascii="Arial" w:eastAsia="Arial" w:hAnsi="Arial"/>
        </w:rPr>
        <w:t>mosquito alone. And with regard</w:t>
      </w:r>
      <w:r w:rsidR="0037744C">
        <w:rPr>
          <w:rFonts w:ascii="Arial" w:eastAsia="Arial" w:hAnsi="Arial"/>
        </w:rPr>
        <w:t>s</w:t>
      </w:r>
      <w:r>
        <w:rPr>
          <w:rFonts w:ascii="Arial" w:eastAsia="Arial" w:hAnsi="Arial"/>
        </w:rPr>
        <w:t xml:space="preserve"> to community engagement</w:t>
      </w:r>
      <w:r w:rsidR="0037744C">
        <w:rPr>
          <w:rFonts w:ascii="Arial" w:eastAsia="Arial" w:hAnsi="Arial"/>
        </w:rPr>
        <w:t>,</w:t>
      </w:r>
      <w:r>
        <w:rPr>
          <w:rFonts w:ascii="Arial" w:eastAsia="Arial" w:hAnsi="Arial"/>
        </w:rPr>
        <w:t xml:space="preserve"> for us in Brazil, I understand community engagement in</w:t>
      </w:r>
      <w:r w:rsidR="0037744C">
        <w:rPr>
          <w:rFonts w:ascii="Arial" w:eastAsia="Arial" w:hAnsi="Arial"/>
        </w:rPr>
        <w:t xml:space="preserve"> a way that comes from the Global North</w:t>
      </w:r>
      <w:r>
        <w:rPr>
          <w:rFonts w:ascii="Arial" w:eastAsia="Arial" w:hAnsi="Arial"/>
        </w:rPr>
        <w:t>. In other words, the complian</w:t>
      </w:r>
      <w:r w:rsidR="0037744C">
        <w:rPr>
          <w:rFonts w:ascii="Arial" w:eastAsia="Arial" w:hAnsi="Arial"/>
        </w:rPr>
        <w:t>ce of my patient to my research. T</w:t>
      </w:r>
      <w:r>
        <w:rPr>
          <w:rFonts w:ascii="Arial" w:eastAsia="Arial" w:hAnsi="Arial"/>
        </w:rPr>
        <w:t xml:space="preserve">hat's not community engagement, community engagement is something </w:t>
      </w:r>
      <w:r>
        <w:rPr>
          <w:rFonts w:ascii="Arial" w:eastAsia="Arial" w:hAnsi="Arial"/>
        </w:rPr>
        <w:lastRenderedPageBreak/>
        <w:t>else. It refers to how you wor</w:t>
      </w:r>
      <w:r w:rsidR="0037744C">
        <w:rPr>
          <w:rFonts w:ascii="Arial" w:eastAsia="Arial" w:hAnsi="Arial"/>
        </w:rPr>
        <w:t>k with social organizations in the territory, how you</w:t>
      </w:r>
      <w:r>
        <w:rPr>
          <w:rFonts w:ascii="Arial" w:eastAsia="Arial" w:hAnsi="Arial"/>
        </w:rPr>
        <w:t xml:space="preserve"> </w:t>
      </w:r>
      <w:r w:rsidR="0037744C">
        <w:rPr>
          <w:rFonts w:ascii="Arial" w:eastAsia="Arial" w:hAnsi="Arial"/>
        </w:rPr>
        <w:t xml:space="preserve">generate </w:t>
      </w:r>
      <w:r>
        <w:rPr>
          <w:rFonts w:ascii="Arial" w:eastAsia="Arial" w:hAnsi="Arial"/>
        </w:rPr>
        <w:t>a</w:t>
      </w:r>
      <w:r w:rsidR="0037744C">
        <w:rPr>
          <w:rFonts w:ascii="Arial" w:eastAsia="Arial" w:hAnsi="Arial"/>
        </w:rPr>
        <w:t xml:space="preserve"> shared research agenda, how you</w:t>
      </w:r>
      <w:r>
        <w:rPr>
          <w:rFonts w:ascii="Arial" w:eastAsia="Arial" w:hAnsi="Arial"/>
        </w:rPr>
        <w:t xml:space="preserve"> communicate with other people. That's community engagement. But how does one go about doing community engagement? Everybody's talking about community engagement. But where do you find how to do community engagement</w:t>
      </w:r>
      <w:r w:rsidR="0037744C">
        <w:rPr>
          <w:rFonts w:ascii="Arial" w:eastAsia="Arial" w:hAnsi="Arial"/>
        </w:rPr>
        <w:t>? So to go back,</w:t>
      </w:r>
      <w:r>
        <w:rPr>
          <w:rFonts w:ascii="Arial" w:eastAsia="Arial" w:hAnsi="Arial"/>
        </w:rPr>
        <w:t xml:space="preserve"> I think we have to deconstruct this, and per</w:t>
      </w:r>
      <w:r w:rsidR="0037744C">
        <w:rPr>
          <w:rFonts w:ascii="Arial" w:eastAsia="Arial" w:hAnsi="Arial"/>
        </w:rPr>
        <w:t>haps analyze where the gaps are.</w:t>
      </w:r>
    </w:p>
    <w:p w14:paraId="65288B90" w14:textId="77777777" w:rsidR="004F4361" w:rsidRDefault="004F436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p>
    <w:p w14:paraId="5F7EF53E" w14:textId="45D679C2" w:rsidR="004F4361" w:rsidRDefault="0037744C"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b/>
        </w:rPr>
        <w:t>Rio Facilitator 1</w:t>
      </w:r>
    </w:p>
    <w:p w14:paraId="249334E0" w14:textId="20206232" w:rsidR="004F4361" w:rsidRDefault="004F436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rPr>
        <w:t>T</w:t>
      </w:r>
      <w:r w:rsidR="0037744C">
        <w:rPr>
          <w:rFonts w:ascii="Arial" w:eastAsia="Arial" w:hAnsi="Arial"/>
        </w:rPr>
        <w:t>hanks, I think we're having a</w:t>
      </w:r>
      <w:r>
        <w:rPr>
          <w:rFonts w:ascii="Arial" w:eastAsia="Arial" w:hAnsi="Arial"/>
        </w:rPr>
        <w:t xml:space="preserve"> really good discussion so far, it's really interesting to hear about some of the surprises that have come up in this data in comparison to what we were discussing this morning</w:t>
      </w:r>
      <w:r w:rsidR="0037744C">
        <w:rPr>
          <w:rFonts w:ascii="Arial" w:eastAsia="Arial" w:hAnsi="Arial"/>
        </w:rPr>
        <w:t xml:space="preserve"> [</w:t>
      </w:r>
      <w:r w:rsidR="0037744C" w:rsidRPr="00456CD4">
        <w:rPr>
          <w:rFonts w:ascii="Arial" w:eastAsia="Arial" w:hAnsi="Arial"/>
          <w:i/>
        </w:rPr>
        <w:t>see LAC Session 2</w:t>
      </w:r>
      <w:r w:rsidR="0037744C">
        <w:rPr>
          <w:rFonts w:ascii="Arial" w:eastAsia="Arial" w:hAnsi="Arial"/>
        </w:rPr>
        <w:t>]</w:t>
      </w:r>
      <w:r>
        <w:rPr>
          <w:rFonts w:ascii="Arial" w:eastAsia="Arial" w:hAnsi="Arial"/>
        </w:rPr>
        <w:t xml:space="preserve">. And also, to start to dig down into the rationale behind why these findings have come out as they have. </w:t>
      </w:r>
      <w:r w:rsidR="0037744C">
        <w:rPr>
          <w:rFonts w:ascii="Arial" w:eastAsia="Arial" w:hAnsi="Arial"/>
        </w:rPr>
        <w:t>A</w:t>
      </w:r>
      <w:r>
        <w:rPr>
          <w:rFonts w:ascii="Arial" w:eastAsia="Arial" w:hAnsi="Arial"/>
        </w:rPr>
        <w:t>s we continue the discussion, it would be great to move on to discussing contextual exam</w:t>
      </w:r>
      <w:r w:rsidR="0037744C">
        <w:rPr>
          <w:rFonts w:ascii="Arial" w:eastAsia="Arial" w:hAnsi="Arial"/>
        </w:rPr>
        <w:t>ples of this research. I</w:t>
      </w:r>
      <w:r>
        <w:rPr>
          <w:rFonts w:ascii="Arial" w:eastAsia="Arial" w:hAnsi="Arial"/>
        </w:rPr>
        <w:t>f you're involved in any of these specific research areas, if you're involved in detection and investigation of disease threats, tell us about your experiences and the challenges that you face. If we have any ethicists in the room, tell us about the challenges and the barriers that you face in terms of implementing ethical considerations. If you work in one health</w:t>
      </w:r>
      <w:r w:rsidR="005E7952">
        <w:rPr>
          <w:rFonts w:ascii="Arial" w:eastAsia="Arial" w:hAnsi="Arial"/>
        </w:rPr>
        <w:t xml:space="preserve"> or</w:t>
      </w:r>
      <w:r>
        <w:rPr>
          <w:rFonts w:ascii="Arial" w:eastAsia="Arial" w:hAnsi="Arial"/>
        </w:rPr>
        <w:t xml:space="preserve"> research uptake, </w:t>
      </w:r>
      <w:r w:rsidR="005E7952">
        <w:rPr>
          <w:rFonts w:ascii="Arial" w:eastAsia="Arial" w:hAnsi="Arial"/>
        </w:rPr>
        <w:t xml:space="preserve">it would </w:t>
      </w:r>
      <w:r>
        <w:rPr>
          <w:rFonts w:ascii="Arial" w:eastAsia="Arial" w:hAnsi="Arial"/>
        </w:rPr>
        <w:t>be really great to hear about your experience as we go into the next stag</w:t>
      </w:r>
      <w:r w:rsidR="005E7952">
        <w:rPr>
          <w:rFonts w:ascii="Arial" w:eastAsia="Arial" w:hAnsi="Arial"/>
        </w:rPr>
        <w:t>e of this discussion. And</w:t>
      </w:r>
      <w:r>
        <w:rPr>
          <w:rFonts w:ascii="Arial" w:eastAsia="Arial" w:hAnsi="Arial"/>
        </w:rPr>
        <w:t xml:space="preserve"> if you haven't spoken yet, just to warn you</w:t>
      </w:r>
      <w:r w:rsidR="005E7952">
        <w:rPr>
          <w:rFonts w:ascii="Arial" w:eastAsia="Arial" w:hAnsi="Arial"/>
        </w:rPr>
        <w:t>,</w:t>
      </w:r>
      <w:r>
        <w:rPr>
          <w:rFonts w:ascii="Arial" w:eastAsia="Arial" w:hAnsi="Arial"/>
        </w:rPr>
        <w:t xml:space="preserve"> we might stop picking on you because we want to hear from as many people as possible. Thanks.</w:t>
      </w:r>
    </w:p>
    <w:p w14:paraId="3E6037B0" w14:textId="77777777" w:rsidR="004F4361" w:rsidRDefault="004F436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p>
    <w:p w14:paraId="0C452B44" w14:textId="48EBC713" w:rsidR="004F4361" w:rsidRDefault="005E7952"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b/>
        </w:rPr>
        <w:t xml:space="preserve">Rio </w:t>
      </w:r>
      <w:r w:rsidR="0037744C">
        <w:rPr>
          <w:rFonts w:ascii="Arial" w:eastAsia="Arial" w:hAnsi="Arial"/>
          <w:b/>
        </w:rPr>
        <w:t>Facilitator</w:t>
      </w:r>
      <w:r>
        <w:rPr>
          <w:rFonts w:ascii="Arial" w:eastAsia="Arial" w:hAnsi="Arial"/>
          <w:b/>
        </w:rPr>
        <w:t xml:space="preserve"> 4</w:t>
      </w:r>
    </w:p>
    <w:p w14:paraId="5D924FA0" w14:textId="77777777" w:rsidR="005E7952" w:rsidRDefault="004F436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rPr>
          <w:rFonts w:ascii="Arial" w:eastAsia="Arial" w:hAnsi="Arial"/>
        </w:rPr>
      </w:pPr>
      <w:r>
        <w:rPr>
          <w:rFonts w:ascii="Arial" w:eastAsia="Arial" w:hAnsi="Arial"/>
        </w:rPr>
        <w:t>Okay, then let us go back to the priorities. And let us think about</w:t>
      </w:r>
      <w:r w:rsidR="005E7952">
        <w:rPr>
          <w:rFonts w:ascii="Arial" w:eastAsia="Arial" w:hAnsi="Arial"/>
        </w:rPr>
        <w:t xml:space="preserve"> the regional findings</w:t>
      </w:r>
      <w:r>
        <w:rPr>
          <w:rFonts w:ascii="Arial" w:eastAsia="Arial" w:hAnsi="Arial"/>
        </w:rPr>
        <w:t xml:space="preserve"> and let us compare them with other regions. That could be something interesting as well. Do we </w:t>
      </w:r>
      <w:r w:rsidR="005E7952">
        <w:rPr>
          <w:rFonts w:ascii="Arial" w:eastAsia="Arial" w:hAnsi="Arial"/>
        </w:rPr>
        <w:t>have any comments or questions?</w:t>
      </w:r>
    </w:p>
    <w:p w14:paraId="788154AE" w14:textId="0340642D" w:rsidR="005E7952" w:rsidRPr="005E7952" w:rsidRDefault="005E7952"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rPr>
          <w:rFonts w:ascii="Arial" w:eastAsia="Arial" w:hAnsi="Arial"/>
          <w:b/>
        </w:rPr>
      </w:pPr>
      <w:r>
        <w:rPr>
          <w:rFonts w:ascii="Arial" w:eastAsia="Arial" w:hAnsi="Arial"/>
        </w:rPr>
        <w:br/>
      </w:r>
      <w:r w:rsidRPr="005E7952">
        <w:rPr>
          <w:rFonts w:ascii="Arial" w:eastAsia="Arial" w:hAnsi="Arial"/>
          <w:b/>
        </w:rPr>
        <w:t>Rio 55</w:t>
      </w:r>
    </w:p>
    <w:p w14:paraId="5C7A0E24" w14:textId="7D440A7F" w:rsidR="005E7952" w:rsidRPr="005E7952" w:rsidRDefault="005E7952"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rPr>
          <w:rFonts w:ascii="Arial" w:eastAsia="Arial" w:hAnsi="Arial"/>
        </w:rPr>
      </w:pPr>
      <w:r w:rsidRPr="005E7952">
        <w:rPr>
          <w:rFonts w:ascii="Arial" w:eastAsia="Arial" w:hAnsi="Arial"/>
        </w:rPr>
        <w:t xml:space="preserve">One dimension is research ethics. I think the range is broadened if we understand ethical considerations from bioethics and </w:t>
      </w:r>
      <w:proofErr w:type="spellStart"/>
      <w:r w:rsidRPr="005E7952">
        <w:rPr>
          <w:rFonts w:ascii="Arial" w:eastAsia="Arial" w:hAnsi="Arial"/>
        </w:rPr>
        <w:t>biolaw</w:t>
      </w:r>
      <w:proofErr w:type="spellEnd"/>
      <w:r w:rsidRPr="005E7952">
        <w:rPr>
          <w:rFonts w:ascii="Arial" w:eastAsia="Arial" w:hAnsi="Arial"/>
        </w:rPr>
        <w:t>, especially if we go to the understanding of intersectionality.</w:t>
      </w:r>
    </w:p>
    <w:p w14:paraId="1EAC6002" w14:textId="77777777" w:rsidR="004F4361" w:rsidRDefault="004F436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p>
    <w:p w14:paraId="55EBF1BC" w14:textId="6BA8CC39" w:rsidR="004F4361" w:rsidRDefault="005E7952"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b/>
        </w:rPr>
        <w:t>Rio 29</w:t>
      </w:r>
    </w:p>
    <w:p w14:paraId="57A59E4D" w14:textId="669AF7B3" w:rsidR="004F4361" w:rsidRDefault="005E7952"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rPr>
        <w:t>When we are</w:t>
      </w:r>
      <w:r w:rsidR="004F4361">
        <w:rPr>
          <w:rFonts w:ascii="Arial" w:eastAsia="Arial" w:hAnsi="Arial"/>
        </w:rPr>
        <w:t xml:space="preserve"> talking </w:t>
      </w:r>
      <w:r>
        <w:rPr>
          <w:rFonts w:ascii="Arial" w:eastAsia="Arial" w:hAnsi="Arial"/>
        </w:rPr>
        <w:t>about these lists of priorities and</w:t>
      </w:r>
      <w:r w:rsidR="004F4361">
        <w:rPr>
          <w:rFonts w:ascii="Arial" w:eastAsia="Arial" w:hAnsi="Arial"/>
        </w:rPr>
        <w:t xml:space="preserve"> what is important or what it isn’t, I think that we are looking at this information with </w:t>
      </w:r>
      <w:r>
        <w:rPr>
          <w:rFonts w:ascii="Arial" w:eastAsia="Arial" w:hAnsi="Arial"/>
        </w:rPr>
        <w:t xml:space="preserve">a </w:t>
      </w:r>
      <w:r w:rsidR="004F4361">
        <w:rPr>
          <w:rFonts w:ascii="Arial" w:eastAsia="Arial" w:hAnsi="Arial"/>
        </w:rPr>
        <w:t xml:space="preserve">certain verticality that </w:t>
      </w:r>
      <w:r>
        <w:rPr>
          <w:rFonts w:ascii="Arial" w:eastAsia="Arial" w:hAnsi="Arial"/>
        </w:rPr>
        <w:t xml:space="preserve">shouldn’t be there. And according to this data that </w:t>
      </w:r>
      <w:r w:rsidR="004F4361">
        <w:rPr>
          <w:rFonts w:ascii="Arial" w:eastAsia="Arial" w:hAnsi="Arial"/>
        </w:rPr>
        <w:t xml:space="preserve">we're looking here, in a vertical way, with all those points one after the other, this really depends on each research </w:t>
      </w:r>
      <w:r>
        <w:rPr>
          <w:rFonts w:ascii="Arial" w:eastAsia="Arial" w:hAnsi="Arial"/>
        </w:rPr>
        <w:t xml:space="preserve">study – it </w:t>
      </w:r>
      <w:r w:rsidR="004F4361">
        <w:rPr>
          <w:rFonts w:ascii="Arial" w:eastAsia="Arial" w:hAnsi="Arial"/>
        </w:rPr>
        <w:t>depends on what we want to look into. If we see it in t</w:t>
      </w:r>
      <w:r>
        <w:rPr>
          <w:rFonts w:ascii="Arial" w:eastAsia="Arial" w:hAnsi="Arial"/>
        </w:rPr>
        <w:t xml:space="preserve">hat horizontal way, we give it the sense and the order that </w:t>
      </w:r>
      <w:r w:rsidR="004F4361">
        <w:rPr>
          <w:rFonts w:ascii="Arial" w:eastAsia="Arial" w:hAnsi="Arial"/>
        </w:rPr>
        <w:t>we need to</w:t>
      </w:r>
      <w:r>
        <w:rPr>
          <w:rFonts w:ascii="Arial" w:eastAsia="Arial" w:hAnsi="Arial"/>
        </w:rPr>
        <w:t xml:space="preserve"> be able to understand the </w:t>
      </w:r>
      <w:r w:rsidR="004F4361">
        <w:rPr>
          <w:rFonts w:ascii="Arial" w:eastAsia="Arial" w:hAnsi="Arial"/>
        </w:rPr>
        <w:t>r</w:t>
      </w:r>
      <w:r>
        <w:rPr>
          <w:rFonts w:ascii="Arial" w:eastAsia="Arial" w:hAnsi="Arial"/>
        </w:rPr>
        <w:t>eal</w:t>
      </w:r>
      <w:r w:rsidR="004F4361">
        <w:rPr>
          <w:rFonts w:ascii="Arial" w:eastAsia="Arial" w:hAnsi="Arial"/>
        </w:rPr>
        <w:t xml:space="preserve"> priorities in </w:t>
      </w:r>
      <w:r>
        <w:rPr>
          <w:rFonts w:ascii="Arial" w:eastAsia="Arial" w:hAnsi="Arial"/>
        </w:rPr>
        <w:t>our own</w:t>
      </w:r>
      <w:r w:rsidR="004F4361">
        <w:rPr>
          <w:rFonts w:ascii="Arial" w:eastAsia="Arial" w:hAnsi="Arial"/>
        </w:rPr>
        <w:t xml:space="preserve"> research. I </w:t>
      </w:r>
      <w:r w:rsidR="004F4361">
        <w:rPr>
          <w:rFonts w:ascii="Arial" w:eastAsia="Arial" w:hAnsi="Arial"/>
        </w:rPr>
        <w:lastRenderedPageBreak/>
        <w:t>do agree with all of you</w:t>
      </w:r>
      <w:r>
        <w:rPr>
          <w:rFonts w:ascii="Arial" w:eastAsia="Arial" w:hAnsi="Arial"/>
        </w:rPr>
        <w:t>,</w:t>
      </w:r>
      <w:r w:rsidR="004F4361">
        <w:rPr>
          <w:rFonts w:ascii="Arial" w:eastAsia="Arial" w:hAnsi="Arial"/>
        </w:rPr>
        <w:t xml:space="preserve"> there is a principle here, an ethical principle that we saw in the committee as well.  It's fundamental, not only for the paperwork, but also to support researchers</w:t>
      </w:r>
      <w:r>
        <w:rPr>
          <w:rFonts w:ascii="Arial" w:eastAsia="Arial" w:hAnsi="Arial"/>
        </w:rPr>
        <w:t xml:space="preserve"> during their work,</w:t>
      </w:r>
      <w:r w:rsidR="004F4361">
        <w:rPr>
          <w:rFonts w:ascii="Arial" w:eastAsia="Arial" w:hAnsi="Arial"/>
        </w:rPr>
        <w:t xml:space="preserve"> </w:t>
      </w:r>
      <w:r>
        <w:rPr>
          <w:rFonts w:ascii="Arial" w:eastAsia="Arial" w:hAnsi="Arial"/>
        </w:rPr>
        <w:t xml:space="preserve">but the thing is not to use this order of priorities, </w:t>
      </w:r>
      <w:r w:rsidR="004F4361">
        <w:rPr>
          <w:rFonts w:ascii="Arial" w:eastAsia="Arial" w:hAnsi="Arial"/>
        </w:rPr>
        <w:t>but to</w:t>
      </w:r>
      <w:r>
        <w:rPr>
          <w:rFonts w:ascii="Arial" w:eastAsia="Arial" w:hAnsi="Arial"/>
        </w:rPr>
        <w:t xml:space="preserve"> assign priorities depending on what each group is</w:t>
      </w:r>
      <w:r w:rsidR="004F4361">
        <w:rPr>
          <w:rFonts w:ascii="Arial" w:eastAsia="Arial" w:hAnsi="Arial"/>
        </w:rPr>
        <w:t xml:space="preserve"> researching. So, we have talked a lot about dengue. Many of you have mentio</w:t>
      </w:r>
      <w:r>
        <w:rPr>
          <w:rFonts w:ascii="Arial" w:eastAsia="Arial" w:hAnsi="Arial"/>
        </w:rPr>
        <w:t xml:space="preserve">ned that research into vectors is ranked very low. </w:t>
      </w:r>
      <w:r w:rsidR="004F4361">
        <w:rPr>
          <w:rFonts w:ascii="Arial" w:eastAsia="Arial" w:hAnsi="Arial"/>
        </w:rPr>
        <w:t xml:space="preserve">But what we really to take into account </w:t>
      </w:r>
      <w:r w:rsidR="00416994">
        <w:rPr>
          <w:rFonts w:ascii="Arial" w:eastAsia="Arial" w:hAnsi="Arial"/>
        </w:rPr>
        <w:t xml:space="preserve">is </w:t>
      </w:r>
      <w:r w:rsidR="004F4361">
        <w:rPr>
          <w:rFonts w:ascii="Arial" w:eastAsia="Arial" w:hAnsi="Arial"/>
        </w:rPr>
        <w:t>what we want to research</w:t>
      </w:r>
      <w:r w:rsidR="00416994">
        <w:rPr>
          <w:rFonts w:ascii="Arial" w:eastAsia="Arial" w:hAnsi="Arial"/>
        </w:rPr>
        <w:t>,</w:t>
      </w:r>
      <w:r w:rsidR="004F4361">
        <w:rPr>
          <w:rFonts w:ascii="Arial" w:eastAsia="Arial" w:hAnsi="Arial"/>
        </w:rPr>
        <w:t xml:space="preserve"> and we have to engage communities</w:t>
      </w:r>
      <w:r w:rsidR="00416994">
        <w:rPr>
          <w:rFonts w:ascii="Arial" w:eastAsia="Arial" w:hAnsi="Arial"/>
        </w:rPr>
        <w:t>,</w:t>
      </w:r>
      <w:r w:rsidR="004F4361">
        <w:rPr>
          <w:rFonts w:ascii="Arial" w:eastAsia="Arial" w:hAnsi="Arial"/>
        </w:rPr>
        <w:t xml:space="preserve"> that's absolutely fundamental, especially for the priorities we are discussing here today. I think that's absolutely fundamental.</w:t>
      </w:r>
    </w:p>
    <w:p w14:paraId="07B6C41F" w14:textId="77777777" w:rsidR="004F4361" w:rsidRDefault="004F436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p>
    <w:p w14:paraId="098E8C11" w14:textId="54B56F76" w:rsidR="004F4361" w:rsidRDefault="00416994"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b/>
        </w:rPr>
        <w:t>Rio Facilitator 4</w:t>
      </w:r>
    </w:p>
    <w:p w14:paraId="3CA0217F" w14:textId="38B4D6F1" w:rsidR="004F4361" w:rsidRDefault="004F436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rPr>
        <w:t xml:space="preserve">Any other questions or comments over here? </w:t>
      </w:r>
    </w:p>
    <w:p w14:paraId="6631DD40" w14:textId="77777777" w:rsidR="004F4361" w:rsidRDefault="004F436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p>
    <w:p w14:paraId="2201D178" w14:textId="1B368238" w:rsidR="004F4361" w:rsidRDefault="00416994"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b/>
        </w:rPr>
        <w:t>Rio 11</w:t>
      </w:r>
    </w:p>
    <w:p w14:paraId="3ACDADAE" w14:textId="7FED4048" w:rsidR="004F4361" w:rsidRDefault="004F436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rPr>
        <w:t xml:space="preserve">Okay. </w:t>
      </w:r>
      <w:r w:rsidR="00416994">
        <w:rPr>
          <w:rFonts w:ascii="Arial" w:eastAsia="Arial" w:hAnsi="Arial"/>
        </w:rPr>
        <w:t>If we did</w:t>
      </w:r>
      <w:r>
        <w:rPr>
          <w:rFonts w:ascii="Arial" w:eastAsia="Arial" w:hAnsi="Arial"/>
        </w:rPr>
        <w:t xml:space="preserve"> this exercise</w:t>
      </w:r>
      <w:r w:rsidR="00416994">
        <w:rPr>
          <w:rFonts w:ascii="Arial" w:eastAsia="Arial" w:hAnsi="Arial"/>
        </w:rPr>
        <w:t xml:space="preserve"> today, and I were to</w:t>
      </w:r>
      <w:r>
        <w:rPr>
          <w:rFonts w:ascii="Arial" w:eastAsia="Arial" w:hAnsi="Arial"/>
        </w:rPr>
        <w:t xml:space="preserve"> ask you, </w:t>
      </w:r>
      <w:r w:rsidR="00416994">
        <w:rPr>
          <w:rFonts w:ascii="Arial" w:eastAsia="Arial" w:hAnsi="Arial"/>
        </w:rPr>
        <w:t>have</w:t>
      </w:r>
      <w:r>
        <w:rPr>
          <w:rFonts w:ascii="Arial" w:eastAsia="Arial" w:hAnsi="Arial"/>
        </w:rPr>
        <w:t xml:space="preserve"> your studies </w:t>
      </w:r>
      <w:r w:rsidR="00416994">
        <w:rPr>
          <w:rFonts w:ascii="Arial" w:eastAsia="Arial" w:hAnsi="Arial"/>
        </w:rPr>
        <w:t>experienced a</w:t>
      </w:r>
      <w:r>
        <w:rPr>
          <w:rFonts w:ascii="Arial" w:eastAsia="Arial" w:hAnsi="Arial"/>
        </w:rPr>
        <w:t xml:space="preserve"> </w:t>
      </w:r>
      <w:r w:rsidR="00416994">
        <w:rPr>
          <w:rFonts w:ascii="Arial" w:eastAsia="Arial" w:hAnsi="Arial"/>
        </w:rPr>
        <w:t>delay because of some ethical issues? Or have you not received funding</w:t>
      </w:r>
      <w:r>
        <w:rPr>
          <w:rFonts w:ascii="Arial" w:eastAsia="Arial" w:hAnsi="Arial"/>
        </w:rPr>
        <w:t xml:space="preserve"> because of some ethics considerations or doubts in your work? How many of you during the pandemics couldn't do anything, and you had t</w:t>
      </w:r>
      <w:r w:rsidR="00416994">
        <w:rPr>
          <w:rFonts w:ascii="Arial" w:eastAsia="Arial" w:hAnsi="Arial"/>
        </w:rPr>
        <w:t>o live with a very complicated situation, i</w:t>
      </w:r>
      <w:r>
        <w:rPr>
          <w:rFonts w:ascii="Arial" w:eastAsia="Arial" w:hAnsi="Arial"/>
        </w:rPr>
        <w:t>n your work, especially because we're talking about international committees and ethical iss</w:t>
      </w:r>
      <w:r w:rsidR="00416994">
        <w:rPr>
          <w:rFonts w:ascii="Arial" w:eastAsia="Arial" w:hAnsi="Arial"/>
        </w:rPr>
        <w:t>ues are very serious. Now, the point is, the ethical challenges do</w:t>
      </w:r>
      <w:r>
        <w:rPr>
          <w:rFonts w:ascii="Arial" w:eastAsia="Arial" w:hAnsi="Arial"/>
        </w:rPr>
        <w:t xml:space="preserve"> not allo</w:t>
      </w:r>
      <w:r w:rsidR="00416994">
        <w:rPr>
          <w:rFonts w:ascii="Arial" w:eastAsia="Arial" w:hAnsi="Arial"/>
        </w:rPr>
        <w:t>w you to start your research. I</w:t>
      </w:r>
      <w:r>
        <w:rPr>
          <w:rFonts w:ascii="Arial" w:eastAsia="Arial" w:hAnsi="Arial"/>
        </w:rPr>
        <w:t>f it has to be a priority for everyone to solve regulatory issues that some</w:t>
      </w:r>
      <w:r w:rsidR="00416994">
        <w:rPr>
          <w:rFonts w:ascii="Arial" w:eastAsia="Arial" w:hAnsi="Arial"/>
        </w:rPr>
        <w:t xml:space="preserve"> people see as legal issues,</w:t>
      </w:r>
      <w:r>
        <w:rPr>
          <w:rFonts w:ascii="Arial" w:eastAsia="Arial" w:hAnsi="Arial"/>
        </w:rPr>
        <w:t xml:space="preserve"> the ethical issue has to be solved many months before we </w:t>
      </w:r>
      <w:r w:rsidR="00416994">
        <w:rPr>
          <w:rFonts w:ascii="Arial" w:eastAsia="Arial" w:hAnsi="Arial"/>
        </w:rPr>
        <w:t xml:space="preserve">can start </w:t>
      </w:r>
      <w:r>
        <w:rPr>
          <w:rFonts w:ascii="Arial" w:eastAsia="Arial" w:hAnsi="Arial"/>
        </w:rPr>
        <w:t>surveys and studies. So, when we talk about community engagement, really what I want to sa</w:t>
      </w:r>
      <w:r w:rsidR="00416994">
        <w:rPr>
          <w:rFonts w:ascii="Arial" w:eastAsia="Arial" w:hAnsi="Arial"/>
        </w:rPr>
        <w:t>y is that the ethical conditions, they</w:t>
      </w:r>
      <w:r>
        <w:rPr>
          <w:rFonts w:ascii="Arial" w:eastAsia="Arial" w:hAnsi="Arial"/>
        </w:rPr>
        <w:t xml:space="preserve"> can be a burden for us researchers, but it can also be our day-to-day work. Now in this exercise, it should be clear that this is </w:t>
      </w:r>
      <w:r w:rsidR="00416994">
        <w:rPr>
          <w:rFonts w:ascii="Arial" w:eastAsia="Arial" w:hAnsi="Arial"/>
        </w:rPr>
        <w:t>a pre-t</w:t>
      </w:r>
      <w:r>
        <w:rPr>
          <w:rFonts w:ascii="Arial" w:eastAsia="Arial" w:hAnsi="Arial"/>
        </w:rPr>
        <w:t>est we have to do a post</w:t>
      </w:r>
      <w:r w:rsidR="00416994">
        <w:rPr>
          <w:rFonts w:ascii="Arial" w:eastAsia="Arial" w:hAnsi="Arial"/>
        </w:rPr>
        <w:t>-</w:t>
      </w:r>
      <w:r>
        <w:rPr>
          <w:rFonts w:ascii="Arial" w:eastAsia="Arial" w:hAnsi="Arial"/>
        </w:rPr>
        <w:t xml:space="preserve">test as well, once we have seen the importance of the ethical conditions and then we will realize that ethics is really number one, if you see what I mean. </w:t>
      </w:r>
    </w:p>
    <w:p w14:paraId="7F8CB1D1" w14:textId="77777777" w:rsidR="004F4361" w:rsidRDefault="004F436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p>
    <w:p w14:paraId="538E9550" w14:textId="0876B669" w:rsidR="004F4361" w:rsidRDefault="00416994"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b/>
        </w:rPr>
        <w:t>Rio Facilitator 4</w:t>
      </w:r>
    </w:p>
    <w:p w14:paraId="2002F79B" w14:textId="2673393A" w:rsidR="004F4361" w:rsidRDefault="004F436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rPr>
        <w:t xml:space="preserve">Thank you. That </w:t>
      </w:r>
      <w:r w:rsidR="00416994">
        <w:rPr>
          <w:rFonts w:ascii="Arial" w:eastAsia="Arial" w:hAnsi="Arial"/>
        </w:rPr>
        <w:t>was great. Thank you very much.</w:t>
      </w:r>
    </w:p>
    <w:p w14:paraId="2CE1AB1C" w14:textId="77777777" w:rsidR="004F4361" w:rsidRDefault="004F436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p>
    <w:p w14:paraId="686E14AE" w14:textId="34D97193" w:rsidR="004F4361" w:rsidRDefault="00416994"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b/>
        </w:rPr>
        <w:t>Rio 16</w:t>
      </w:r>
    </w:p>
    <w:p w14:paraId="621C4A4D" w14:textId="23EEB116" w:rsidR="004F4361" w:rsidRDefault="004F436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rPr>
        <w:t xml:space="preserve">My comments </w:t>
      </w:r>
      <w:r w:rsidR="00416994">
        <w:rPr>
          <w:rFonts w:ascii="Arial" w:eastAsia="Arial" w:hAnsi="Arial"/>
        </w:rPr>
        <w:t>are related to what Rio 29 and Rio 07 were mentioning as well, i</w:t>
      </w:r>
      <w:r>
        <w:rPr>
          <w:rFonts w:ascii="Arial" w:eastAsia="Arial" w:hAnsi="Arial"/>
        </w:rPr>
        <w:t>n terms of this vertic</w:t>
      </w:r>
      <w:r w:rsidR="00416994">
        <w:rPr>
          <w:rFonts w:ascii="Arial" w:eastAsia="Arial" w:hAnsi="Arial"/>
        </w:rPr>
        <w:t xml:space="preserve">ality and community engagement. </w:t>
      </w:r>
      <w:r>
        <w:rPr>
          <w:rFonts w:ascii="Arial" w:eastAsia="Arial" w:hAnsi="Arial"/>
        </w:rPr>
        <w:t>I believe that we are used to talk</w:t>
      </w:r>
      <w:r w:rsidR="00416994">
        <w:rPr>
          <w:rFonts w:ascii="Arial" w:eastAsia="Arial" w:hAnsi="Arial"/>
        </w:rPr>
        <w:t>ing</w:t>
      </w:r>
      <w:r>
        <w:rPr>
          <w:rFonts w:ascii="Arial" w:eastAsia="Arial" w:hAnsi="Arial"/>
        </w:rPr>
        <w:t xml:space="preserve"> about community engagement, but we should go beyond, we should</w:t>
      </w:r>
      <w:r w:rsidR="00416994">
        <w:rPr>
          <w:rFonts w:ascii="Arial" w:eastAsia="Arial" w:hAnsi="Arial"/>
        </w:rPr>
        <w:t xml:space="preserve"> go back and define what </w:t>
      </w:r>
      <w:proofErr w:type="gramStart"/>
      <w:r w:rsidR="00416994">
        <w:rPr>
          <w:rFonts w:ascii="Arial" w:eastAsia="Arial" w:hAnsi="Arial"/>
        </w:rPr>
        <w:t>is the</w:t>
      </w:r>
      <w:r>
        <w:rPr>
          <w:rFonts w:ascii="Arial" w:eastAsia="Arial" w:hAnsi="Arial"/>
        </w:rPr>
        <w:t xml:space="preserve"> community</w:t>
      </w:r>
      <w:proofErr w:type="gramEnd"/>
      <w:r>
        <w:rPr>
          <w:rFonts w:ascii="Arial" w:eastAsia="Arial" w:hAnsi="Arial"/>
        </w:rPr>
        <w:t>.  So,</w:t>
      </w:r>
      <w:r w:rsidR="00416994">
        <w:rPr>
          <w:rFonts w:ascii="Arial" w:eastAsia="Arial" w:hAnsi="Arial"/>
        </w:rPr>
        <w:t xml:space="preserve"> ethnic groups, first nations, </w:t>
      </w:r>
      <w:r>
        <w:rPr>
          <w:rFonts w:ascii="Arial" w:eastAsia="Arial" w:hAnsi="Arial"/>
        </w:rPr>
        <w:t>different kinds</w:t>
      </w:r>
      <w:r w:rsidR="00416994">
        <w:rPr>
          <w:rFonts w:ascii="Arial" w:eastAsia="Arial" w:hAnsi="Arial"/>
        </w:rPr>
        <w:t xml:space="preserve"> of work. I'm a vet, I work in</w:t>
      </w:r>
      <w:r>
        <w:rPr>
          <w:rFonts w:ascii="Arial" w:eastAsia="Arial" w:hAnsi="Arial"/>
        </w:rPr>
        <w:t xml:space="preserve"> health, of course, animal health. But really, we belong to different communities, each of us belongs a different community with different needs. So, to ensure that </w:t>
      </w:r>
      <w:r>
        <w:rPr>
          <w:rFonts w:ascii="Arial" w:eastAsia="Arial" w:hAnsi="Arial"/>
        </w:rPr>
        <w:lastRenderedPageBreak/>
        <w:t>this happens, we have to defi</w:t>
      </w:r>
      <w:r w:rsidR="00416994">
        <w:rPr>
          <w:rFonts w:ascii="Arial" w:eastAsia="Arial" w:hAnsi="Arial"/>
        </w:rPr>
        <w:t>ne properly where we want to focus</w:t>
      </w:r>
      <w:r>
        <w:rPr>
          <w:rFonts w:ascii="Arial" w:eastAsia="Arial" w:hAnsi="Arial"/>
        </w:rPr>
        <w:t xml:space="preserve">. And this </w:t>
      </w:r>
      <w:r w:rsidR="00416994">
        <w:rPr>
          <w:rFonts w:ascii="Arial" w:eastAsia="Arial" w:hAnsi="Arial"/>
        </w:rPr>
        <w:t>also related</w:t>
      </w:r>
      <w:r>
        <w:rPr>
          <w:rFonts w:ascii="Arial" w:eastAsia="Arial" w:hAnsi="Arial"/>
        </w:rPr>
        <w:t xml:space="preserve"> with the kind of a communication that </w:t>
      </w:r>
      <w:r w:rsidR="00416994">
        <w:rPr>
          <w:rFonts w:ascii="Arial" w:eastAsia="Arial" w:hAnsi="Arial"/>
        </w:rPr>
        <w:t>is done</w:t>
      </w:r>
      <w:r>
        <w:rPr>
          <w:rFonts w:ascii="Arial" w:eastAsia="Arial" w:hAnsi="Arial"/>
        </w:rPr>
        <w:t xml:space="preserve"> in a couple of days, we've been talking very generally about community engagement. But in practical terms, when we talk</w:t>
      </w:r>
      <w:r w:rsidR="00416994">
        <w:rPr>
          <w:rFonts w:ascii="Arial" w:eastAsia="Arial" w:hAnsi="Arial"/>
        </w:rPr>
        <w:t xml:space="preserve"> about engaging in the territories</w:t>
      </w:r>
      <w:r>
        <w:rPr>
          <w:rFonts w:ascii="Arial" w:eastAsia="Arial" w:hAnsi="Arial"/>
        </w:rPr>
        <w:t xml:space="preserve">, this topic is much more complicated. </w:t>
      </w:r>
    </w:p>
    <w:p w14:paraId="725B45CF" w14:textId="77777777" w:rsidR="004F4361" w:rsidRDefault="004F436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p>
    <w:p w14:paraId="32920E3C" w14:textId="7D7E1516" w:rsidR="004F4361" w:rsidRDefault="00416994"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b/>
        </w:rPr>
        <w:t>Rio Facilitator 4</w:t>
      </w:r>
    </w:p>
    <w:p w14:paraId="2838ED57" w14:textId="191DBBF9" w:rsidR="004F4361" w:rsidRDefault="00416994"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rPr>
        <w:t xml:space="preserve">Thank you. Rio </w:t>
      </w:r>
      <w:r w:rsidR="004F4361">
        <w:rPr>
          <w:rFonts w:ascii="Arial" w:eastAsia="Arial" w:hAnsi="Arial"/>
        </w:rPr>
        <w:t>16, than</w:t>
      </w:r>
      <w:r>
        <w:rPr>
          <w:rFonts w:ascii="Arial" w:eastAsia="Arial" w:hAnsi="Arial"/>
        </w:rPr>
        <w:t>k you very much. And we will want to hear a little bit about</w:t>
      </w:r>
      <w:r w:rsidR="004F4361">
        <w:rPr>
          <w:rFonts w:ascii="Arial" w:eastAsia="Arial" w:hAnsi="Arial"/>
        </w:rPr>
        <w:t xml:space="preserve"> the experience and context of our regions we can carry on talking about the orders of priorities. But what we see are as well </w:t>
      </w:r>
      <w:r>
        <w:rPr>
          <w:rFonts w:ascii="Arial" w:eastAsia="Arial" w:hAnsi="Arial"/>
        </w:rPr>
        <w:t>are</w:t>
      </w:r>
      <w:r w:rsidR="004F4361">
        <w:rPr>
          <w:rFonts w:ascii="Arial" w:eastAsia="Arial" w:hAnsi="Arial"/>
        </w:rPr>
        <w:t xml:space="preserve"> examples</w:t>
      </w:r>
      <w:r>
        <w:rPr>
          <w:rFonts w:ascii="Arial" w:eastAsia="Arial" w:hAnsi="Arial"/>
        </w:rPr>
        <w:t>,</w:t>
      </w:r>
      <w:r w:rsidR="004F4361">
        <w:rPr>
          <w:rFonts w:ascii="Arial" w:eastAsia="Arial" w:hAnsi="Arial"/>
        </w:rPr>
        <w:t xml:space="preserve"> we want to hear experien</w:t>
      </w:r>
      <w:r w:rsidR="00720C51">
        <w:rPr>
          <w:rFonts w:ascii="Arial" w:eastAsia="Arial" w:hAnsi="Arial"/>
        </w:rPr>
        <w:t xml:space="preserve">ces, examples, local contexts. Rio </w:t>
      </w:r>
      <w:r w:rsidR="004F4361">
        <w:rPr>
          <w:rFonts w:ascii="Arial" w:eastAsia="Arial" w:hAnsi="Arial"/>
        </w:rPr>
        <w:t xml:space="preserve">51 </w:t>
      </w:r>
      <w:r w:rsidR="00720C51">
        <w:rPr>
          <w:rFonts w:ascii="Arial" w:eastAsia="Arial" w:hAnsi="Arial"/>
        </w:rPr>
        <w:t>has a question. And then l</w:t>
      </w:r>
      <w:r w:rsidR="004F4361">
        <w:rPr>
          <w:rFonts w:ascii="Arial" w:eastAsia="Arial" w:hAnsi="Arial"/>
        </w:rPr>
        <w:t>et us then have also some questions online. We'll sta</w:t>
      </w:r>
      <w:r w:rsidR="00720C51">
        <w:rPr>
          <w:rFonts w:ascii="Arial" w:eastAsia="Arial" w:hAnsi="Arial"/>
        </w:rPr>
        <w:t xml:space="preserve">rt with Rio </w:t>
      </w:r>
      <w:r w:rsidR="004F4361">
        <w:rPr>
          <w:rFonts w:ascii="Arial" w:eastAsia="Arial" w:hAnsi="Arial"/>
        </w:rPr>
        <w:t xml:space="preserve">51. </w:t>
      </w:r>
    </w:p>
    <w:p w14:paraId="2AF5D868" w14:textId="77777777" w:rsidR="004F4361" w:rsidRDefault="004F436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p>
    <w:p w14:paraId="347BD14B" w14:textId="72FDDA60" w:rsidR="004F4361" w:rsidRDefault="00720C5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b/>
        </w:rPr>
        <w:t>Rio 51</w:t>
      </w:r>
    </w:p>
    <w:p w14:paraId="0D18F6FA" w14:textId="583203F0" w:rsidR="004F4361" w:rsidRDefault="00720C5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rPr>
        <w:t xml:space="preserve">Hello, </w:t>
      </w:r>
      <w:r w:rsidR="004F4361">
        <w:rPr>
          <w:rFonts w:ascii="Arial" w:eastAsia="Arial" w:hAnsi="Arial"/>
        </w:rPr>
        <w:t>I have a more</w:t>
      </w:r>
      <w:r>
        <w:rPr>
          <w:rFonts w:ascii="Arial" w:eastAsia="Arial" w:hAnsi="Arial"/>
        </w:rPr>
        <w:t xml:space="preserve"> of a clinical experience. W</w:t>
      </w:r>
      <w:r w:rsidR="004F4361">
        <w:rPr>
          <w:rFonts w:ascii="Arial" w:eastAsia="Arial" w:hAnsi="Arial"/>
        </w:rPr>
        <w:t>hen we talk about priorities, of course, each of you have dealt</w:t>
      </w:r>
      <w:r>
        <w:rPr>
          <w:rFonts w:ascii="Arial" w:eastAsia="Arial" w:hAnsi="Arial"/>
        </w:rPr>
        <w:t xml:space="preserve"> with the topics that were you</w:t>
      </w:r>
      <w:r w:rsidR="004F4361">
        <w:rPr>
          <w:rFonts w:ascii="Arial" w:eastAsia="Arial" w:hAnsi="Arial"/>
        </w:rPr>
        <w:t xml:space="preserve"> own priorities</w:t>
      </w:r>
      <w:r>
        <w:rPr>
          <w:rFonts w:ascii="Arial" w:eastAsia="Arial" w:hAnsi="Arial"/>
        </w:rPr>
        <w:t>. And in my case, I mentioned anti</w:t>
      </w:r>
      <w:r w:rsidR="004F4361">
        <w:rPr>
          <w:rFonts w:ascii="Arial" w:eastAsia="Arial" w:hAnsi="Arial"/>
        </w:rPr>
        <w:t>microbial resistance</w:t>
      </w:r>
      <w:r>
        <w:rPr>
          <w:rFonts w:ascii="Arial" w:eastAsia="Arial" w:hAnsi="Arial"/>
        </w:rPr>
        <w:t xml:space="preserve"> [</w:t>
      </w:r>
      <w:r w:rsidRPr="00456CD4">
        <w:rPr>
          <w:rFonts w:ascii="Arial" w:eastAsia="Arial" w:hAnsi="Arial"/>
          <w:i/>
        </w:rPr>
        <w:t>see LAC Session 2</w:t>
      </w:r>
      <w:r>
        <w:rPr>
          <w:rFonts w:ascii="Arial" w:eastAsia="Arial" w:hAnsi="Arial"/>
        </w:rPr>
        <w:t>]</w:t>
      </w:r>
      <w:r w:rsidR="004F4361">
        <w:rPr>
          <w:rFonts w:ascii="Arial" w:eastAsia="Arial" w:hAnsi="Arial"/>
        </w:rPr>
        <w:t>. And I was happy to see that many of you were interested in this top</w:t>
      </w:r>
      <w:r>
        <w:rPr>
          <w:rFonts w:ascii="Arial" w:eastAsia="Arial" w:hAnsi="Arial"/>
        </w:rPr>
        <w:t>ic. But on the other hand, it didn’t rank very highly in the LAC prioritization</w:t>
      </w:r>
      <w:r w:rsidR="004F4361">
        <w:rPr>
          <w:rFonts w:ascii="Arial" w:eastAsia="Arial" w:hAnsi="Arial"/>
        </w:rPr>
        <w:t>. And one of the reasons why there's not too muc</w:t>
      </w:r>
      <w:r>
        <w:rPr>
          <w:rFonts w:ascii="Arial" w:eastAsia="Arial" w:hAnsi="Arial"/>
        </w:rPr>
        <w:t>h research is because there is very little</w:t>
      </w:r>
      <w:r w:rsidR="004F4361">
        <w:rPr>
          <w:rFonts w:ascii="Arial" w:eastAsia="Arial" w:hAnsi="Arial"/>
        </w:rPr>
        <w:t xml:space="preserve"> funding of </w:t>
      </w:r>
      <w:r>
        <w:rPr>
          <w:rFonts w:ascii="Arial" w:eastAsia="Arial" w:hAnsi="Arial"/>
        </w:rPr>
        <w:t>this kind of research. Also, for viral hepatitis t</w:t>
      </w:r>
      <w:r w:rsidR="004F4361">
        <w:rPr>
          <w:rFonts w:ascii="Arial" w:eastAsia="Arial" w:hAnsi="Arial"/>
        </w:rPr>
        <w:t xml:space="preserve">hat was one of the themes I underlined, but it was not considered a priority, not at least in the </w:t>
      </w:r>
      <w:r>
        <w:rPr>
          <w:rFonts w:ascii="Arial" w:eastAsia="Arial" w:hAnsi="Arial"/>
        </w:rPr>
        <w:t>top disease priorities in the LAC region</w:t>
      </w:r>
      <w:r w:rsidR="004F4361">
        <w:rPr>
          <w:rFonts w:ascii="Arial" w:eastAsia="Arial" w:hAnsi="Arial"/>
        </w:rPr>
        <w:t>. But what I wanted to mention, right now with this kind of research, is th</w:t>
      </w:r>
      <w:r>
        <w:rPr>
          <w:rFonts w:ascii="Arial" w:eastAsia="Arial" w:hAnsi="Arial"/>
        </w:rPr>
        <w:t xml:space="preserve">at though we have the data, </w:t>
      </w:r>
      <w:r w:rsidR="004F4361">
        <w:rPr>
          <w:rFonts w:ascii="Arial" w:eastAsia="Arial" w:hAnsi="Arial"/>
        </w:rPr>
        <w:t xml:space="preserve">we don't have </w:t>
      </w:r>
      <w:r>
        <w:rPr>
          <w:rFonts w:ascii="Arial" w:eastAsia="Arial" w:hAnsi="Arial"/>
        </w:rPr>
        <w:t xml:space="preserve">the </w:t>
      </w:r>
      <w:r w:rsidR="004F4361">
        <w:rPr>
          <w:rFonts w:ascii="Arial" w:eastAsia="Arial" w:hAnsi="Arial"/>
        </w:rPr>
        <w:t xml:space="preserve">support </w:t>
      </w:r>
      <w:r>
        <w:rPr>
          <w:rFonts w:ascii="Arial" w:eastAsia="Arial" w:hAnsi="Arial"/>
        </w:rPr>
        <w:t>to assess</w:t>
      </w:r>
      <w:r w:rsidR="004F4361">
        <w:rPr>
          <w:rFonts w:ascii="Arial" w:eastAsia="Arial" w:hAnsi="Arial"/>
        </w:rPr>
        <w:t xml:space="preserve"> those data, and how we can use those data to really implement national policies in our countries. We don't have a national policy, for</w:t>
      </w:r>
      <w:r>
        <w:rPr>
          <w:rFonts w:ascii="Arial" w:eastAsia="Arial" w:hAnsi="Arial"/>
        </w:rPr>
        <w:t xml:space="preserve"> instance, to deal with resistant infections</w:t>
      </w:r>
      <w:r w:rsidR="004F4361">
        <w:rPr>
          <w:rFonts w:ascii="Arial" w:eastAsia="Arial" w:hAnsi="Arial"/>
        </w:rPr>
        <w:t xml:space="preserve">. </w:t>
      </w:r>
      <w:r>
        <w:rPr>
          <w:rFonts w:ascii="Arial" w:eastAsia="Arial" w:hAnsi="Arial"/>
        </w:rPr>
        <w:t>Of course, we have guidelines for</w:t>
      </w:r>
      <w:r w:rsidR="004F4361">
        <w:rPr>
          <w:rFonts w:ascii="Arial" w:eastAsia="Arial" w:hAnsi="Arial"/>
        </w:rPr>
        <w:t xml:space="preserve"> dengue, </w:t>
      </w:r>
      <w:proofErr w:type="spellStart"/>
      <w:r>
        <w:rPr>
          <w:rFonts w:ascii="Arial" w:eastAsia="Arial" w:hAnsi="Arial"/>
        </w:rPr>
        <w:t>zika</w:t>
      </w:r>
      <w:proofErr w:type="spellEnd"/>
      <w:r>
        <w:rPr>
          <w:rFonts w:ascii="Arial" w:eastAsia="Arial" w:hAnsi="Arial"/>
        </w:rPr>
        <w:t>, chikungunya, we have</w:t>
      </w:r>
      <w:r w:rsidR="004F4361">
        <w:rPr>
          <w:rFonts w:ascii="Arial" w:eastAsia="Arial" w:hAnsi="Arial"/>
        </w:rPr>
        <w:t xml:space="preserve"> ways of dealing with</w:t>
      </w:r>
      <w:r>
        <w:rPr>
          <w:rFonts w:ascii="Arial" w:eastAsia="Arial" w:hAnsi="Arial"/>
        </w:rPr>
        <w:t xml:space="preserve"> all of these. In the pandemic, </w:t>
      </w:r>
      <w:r w:rsidR="004F4361">
        <w:rPr>
          <w:rFonts w:ascii="Arial" w:eastAsia="Arial" w:hAnsi="Arial"/>
        </w:rPr>
        <w:t>with COVID, as well, we had a protocol, we had som</w:t>
      </w:r>
      <w:r>
        <w:rPr>
          <w:rFonts w:ascii="Arial" w:eastAsia="Arial" w:hAnsi="Arial"/>
        </w:rPr>
        <w:t>e guidelines. But up to now,</w:t>
      </w:r>
      <w:r w:rsidR="004F4361">
        <w:rPr>
          <w:rFonts w:ascii="Arial" w:eastAsia="Arial" w:hAnsi="Arial"/>
        </w:rPr>
        <w:t xml:space="preserve"> although we have a not</w:t>
      </w:r>
      <w:r>
        <w:rPr>
          <w:rFonts w:ascii="Arial" w:eastAsia="Arial" w:hAnsi="Arial"/>
        </w:rPr>
        <w:t>ion of the importance of the theme</w:t>
      </w:r>
      <w:r w:rsidR="004F4361">
        <w:rPr>
          <w:rFonts w:ascii="Arial" w:eastAsia="Arial" w:hAnsi="Arial"/>
        </w:rPr>
        <w:t xml:space="preserve"> of antimicrobial resistance, no one is </w:t>
      </w:r>
      <w:r>
        <w:rPr>
          <w:rFonts w:ascii="Arial" w:eastAsia="Arial" w:hAnsi="Arial"/>
        </w:rPr>
        <w:t>really interested in implementing</w:t>
      </w:r>
      <w:r w:rsidR="004F4361">
        <w:rPr>
          <w:rFonts w:ascii="Arial" w:eastAsia="Arial" w:hAnsi="Arial"/>
        </w:rPr>
        <w:t xml:space="preserve"> those policies, not even my hospital. It's one of the biggest hospitals in the country, there is no program of rational use of those antibiotics, for instance.</w:t>
      </w:r>
    </w:p>
    <w:p w14:paraId="10953760" w14:textId="08C420AB" w:rsidR="00DC0DFF" w:rsidRDefault="00DC0DFF"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rPr>
          <w:rFonts w:ascii="Arial" w:eastAsia="Arial" w:hAnsi="Arial"/>
          <w:b/>
        </w:rPr>
      </w:pPr>
    </w:p>
    <w:p w14:paraId="42AB5E65" w14:textId="4AE6BAB3" w:rsidR="00DC0DFF" w:rsidRDefault="00720C5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rPr>
          <w:rFonts w:ascii="Arial" w:eastAsia="Arial" w:hAnsi="Arial"/>
        </w:rPr>
      </w:pPr>
      <w:r w:rsidRPr="00720C51">
        <w:rPr>
          <w:rFonts w:ascii="Arial" w:eastAsia="Arial" w:hAnsi="Arial"/>
          <w:b/>
        </w:rPr>
        <w:t>Rio 19</w:t>
      </w:r>
    </w:p>
    <w:p w14:paraId="675DC1A4" w14:textId="362BA024" w:rsidR="00EF4A31" w:rsidRDefault="004F436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rPr>
          <w:rFonts w:ascii="Arial" w:eastAsia="Arial" w:hAnsi="Arial"/>
        </w:rPr>
      </w:pPr>
      <w:r>
        <w:rPr>
          <w:rFonts w:ascii="Arial" w:eastAsia="Arial" w:hAnsi="Arial"/>
        </w:rPr>
        <w:t xml:space="preserve">I can </w:t>
      </w:r>
      <w:r w:rsidR="00720C51">
        <w:rPr>
          <w:rFonts w:ascii="Arial" w:eastAsia="Arial" w:hAnsi="Arial"/>
        </w:rPr>
        <w:t xml:space="preserve">say that I have worked in </w:t>
      </w:r>
      <w:r>
        <w:rPr>
          <w:rFonts w:ascii="Arial" w:eastAsia="Arial" w:hAnsi="Arial"/>
        </w:rPr>
        <w:t xml:space="preserve">investigations in indigenous </w:t>
      </w:r>
      <w:proofErr w:type="gramStart"/>
      <w:r>
        <w:rPr>
          <w:rFonts w:ascii="Arial" w:eastAsia="Arial" w:hAnsi="Arial"/>
        </w:rPr>
        <w:t>communities</w:t>
      </w:r>
      <w:r w:rsidR="00720C51">
        <w:rPr>
          <w:rFonts w:ascii="Arial" w:eastAsia="Arial" w:hAnsi="Arial"/>
        </w:rPr>
        <w:t>,</w:t>
      </w:r>
      <w:r>
        <w:rPr>
          <w:rFonts w:ascii="Arial" w:eastAsia="Arial" w:hAnsi="Arial"/>
        </w:rPr>
        <w:t xml:space="preserve"> that</w:t>
      </w:r>
      <w:proofErr w:type="gramEnd"/>
      <w:r>
        <w:rPr>
          <w:rFonts w:ascii="Arial" w:eastAsia="Arial" w:hAnsi="Arial"/>
        </w:rPr>
        <w:t xml:space="preserve"> culturally are very different from the rest of the country, because </w:t>
      </w:r>
      <w:r w:rsidR="00720C51">
        <w:rPr>
          <w:rFonts w:ascii="Arial" w:eastAsia="Arial" w:hAnsi="Arial"/>
        </w:rPr>
        <w:t>they speak</w:t>
      </w:r>
      <w:r>
        <w:rPr>
          <w:rFonts w:ascii="Arial" w:eastAsia="Arial" w:hAnsi="Arial"/>
        </w:rPr>
        <w:t xml:space="preserve"> other language</w:t>
      </w:r>
      <w:r w:rsidR="00720C51">
        <w:rPr>
          <w:rFonts w:ascii="Arial" w:eastAsia="Arial" w:hAnsi="Arial"/>
        </w:rPr>
        <w:t>s</w:t>
      </w:r>
      <w:r>
        <w:rPr>
          <w:rFonts w:ascii="Arial" w:eastAsia="Arial" w:hAnsi="Arial"/>
        </w:rPr>
        <w:t>, and they have their beliefs and their tradit</w:t>
      </w:r>
      <w:r w:rsidR="00720C51">
        <w:rPr>
          <w:rFonts w:ascii="Arial" w:eastAsia="Arial" w:hAnsi="Arial"/>
        </w:rPr>
        <w:t>ions etc. For example, when it comes to the</w:t>
      </w:r>
      <w:r>
        <w:rPr>
          <w:rFonts w:ascii="Arial" w:eastAsia="Arial" w:hAnsi="Arial"/>
        </w:rPr>
        <w:t xml:space="preserve"> implementation of interventions, the Health Secretary give</w:t>
      </w:r>
      <w:r w:rsidR="00720C51">
        <w:rPr>
          <w:rFonts w:ascii="Arial" w:eastAsia="Arial" w:hAnsi="Arial"/>
        </w:rPr>
        <w:t>s</w:t>
      </w:r>
      <w:r>
        <w:rPr>
          <w:rFonts w:ascii="Arial" w:eastAsia="Arial" w:hAnsi="Arial"/>
        </w:rPr>
        <w:t xml:space="preserve"> them mosquito nets and they use them t</w:t>
      </w:r>
      <w:r w:rsidR="00720C51">
        <w:rPr>
          <w:rFonts w:ascii="Arial" w:eastAsia="Arial" w:hAnsi="Arial"/>
        </w:rPr>
        <w:t>o fish. What to do in this instance is</w:t>
      </w:r>
      <w:r>
        <w:rPr>
          <w:rFonts w:ascii="Arial" w:eastAsia="Arial" w:hAnsi="Arial"/>
        </w:rPr>
        <w:t xml:space="preserve"> t</w:t>
      </w:r>
      <w:r w:rsidR="00EF4A31">
        <w:rPr>
          <w:rFonts w:ascii="Arial" w:eastAsia="Arial" w:hAnsi="Arial"/>
        </w:rPr>
        <w:t>o work with</w:t>
      </w:r>
      <w:r>
        <w:rPr>
          <w:rFonts w:ascii="Arial" w:eastAsia="Arial" w:hAnsi="Arial"/>
        </w:rPr>
        <w:t xml:space="preserve"> cultural adaptation</w:t>
      </w:r>
      <w:r w:rsidR="00EF4A31">
        <w:rPr>
          <w:rFonts w:ascii="Arial" w:eastAsia="Arial" w:hAnsi="Arial"/>
        </w:rPr>
        <w:t>s, especially with regards to health</w:t>
      </w:r>
      <w:r>
        <w:rPr>
          <w:rFonts w:ascii="Arial" w:eastAsia="Arial" w:hAnsi="Arial"/>
        </w:rPr>
        <w:t xml:space="preserve">. </w:t>
      </w:r>
      <w:r w:rsidR="00EF4A31">
        <w:rPr>
          <w:rFonts w:ascii="Arial" w:eastAsia="Arial" w:hAnsi="Arial"/>
        </w:rPr>
        <w:t xml:space="preserve">It’s been very interesting working with indigenous </w:t>
      </w:r>
      <w:r w:rsidR="00EF4A31">
        <w:rPr>
          <w:rFonts w:ascii="Arial" w:eastAsia="Arial" w:hAnsi="Arial"/>
        </w:rPr>
        <w:lastRenderedPageBreak/>
        <w:t xml:space="preserve">communities on the </w:t>
      </w:r>
      <w:r>
        <w:rPr>
          <w:rFonts w:ascii="Arial" w:eastAsia="Arial" w:hAnsi="Arial"/>
        </w:rPr>
        <w:t>cultu</w:t>
      </w:r>
      <w:r w:rsidR="00EF4A31">
        <w:rPr>
          <w:rFonts w:ascii="Arial" w:eastAsia="Arial" w:hAnsi="Arial"/>
        </w:rPr>
        <w:t>ral adaptation of interventions, and how to approach</w:t>
      </w:r>
      <w:r>
        <w:rPr>
          <w:rFonts w:ascii="Arial" w:eastAsia="Arial" w:hAnsi="Arial"/>
        </w:rPr>
        <w:t xml:space="preserve"> the community</w:t>
      </w:r>
      <w:r w:rsidR="00EF4A31">
        <w:rPr>
          <w:rFonts w:ascii="Arial" w:eastAsia="Arial" w:hAnsi="Arial"/>
        </w:rPr>
        <w:t>,</w:t>
      </w:r>
      <w:r>
        <w:rPr>
          <w:rFonts w:ascii="Arial" w:eastAsia="Arial" w:hAnsi="Arial"/>
        </w:rPr>
        <w:t xml:space="preserve"> how to disseminate the results of the research, this is important for us. </w:t>
      </w:r>
    </w:p>
    <w:p w14:paraId="2CE4C445" w14:textId="77777777" w:rsidR="00EF4A31" w:rsidRDefault="00EF4A3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rPr>
          <w:rFonts w:ascii="Arial" w:eastAsia="Arial" w:hAnsi="Arial"/>
        </w:rPr>
      </w:pPr>
    </w:p>
    <w:p w14:paraId="47D2AC8C" w14:textId="112DAD27" w:rsidR="004F4361" w:rsidRDefault="004F436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rPr>
        <w:t xml:space="preserve">Another </w:t>
      </w:r>
      <w:r w:rsidR="00EF4A31">
        <w:rPr>
          <w:rFonts w:ascii="Arial" w:eastAsia="Arial" w:hAnsi="Arial"/>
        </w:rPr>
        <w:t xml:space="preserve">area in which I have experience - </w:t>
      </w:r>
      <w:r>
        <w:rPr>
          <w:rFonts w:ascii="Arial" w:eastAsia="Arial" w:hAnsi="Arial"/>
        </w:rPr>
        <w:t xml:space="preserve">one of the challenges that I see is </w:t>
      </w:r>
      <w:r w:rsidR="00EF4A31">
        <w:rPr>
          <w:rFonts w:ascii="Arial" w:eastAsia="Arial" w:hAnsi="Arial"/>
        </w:rPr>
        <w:t xml:space="preserve">that we as investigators, work to identify strategies for implementation. But convincing policymakers to adopt our findings </w:t>
      </w:r>
      <w:r>
        <w:rPr>
          <w:rFonts w:ascii="Arial" w:eastAsia="Arial" w:hAnsi="Arial"/>
        </w:rPr>
        <w:t>has been a challenge for us.</w:t>
      </w:r>
      <w:r w:rsidR="00EF4A31">
        <w:rPr>
          <w:rFonts w:ascii="Arial" w:eastAsia="Arial" w:hAnsi="Arial"/>
        </w:rPr>
        <w:t xml:space="preserve"> [</w:t>
      </w:r>
      <w:r w:rsidR="00EF4A31">
        <w:rPr>
          <w:rFonts w:ascii="Arial" w:eastAsia="Arial" w:hAnsi="Arial"/>
          <w:i/>
        </w:rPr>
        <w:t>D</w:t>
      </w:r>
      <w:r w:rsidR="00EF4A31" w:rsidRPr="00EF4A31">
        <w:rPr>
          <w:rFonts w:ascii="Arial" w:eastAsia="Arial" w:hAnsi="Arial"/>
          <w:i/>
        </w:rPr>
        <w:t>etailed description of involvement in previous study redacted – focus was on the use of mobile technology</w:t>
      </w:r>
      <w:r w:rsidR="00EF4A31">
        <w:rPr>
          <w:rFonts w:ascii="Arial" w:eastAsia="Arial" w:hAnsi="Arial"/>
        </w:rPr>
        <w:t>]. We have the solution and we kn</w:t>
      </w:r>
      <w:r>
        <w:rPr>
          <w:rFonts w:ascii="Arial" w:eastAsia="Arial" w:hAnsi="Arial"/>
        </w:rPr>
        <w:t>o</w:t>
      </w:r>
      <w:r w:rsidR="00EF4A31">
        <w:rPr>
          <w:rFonts w:ascii="Arial" w:eastAsia="Arial" w:hAnsi="Arial"/>
        </w:rPr>
        <w:t>w how to</w:t>
      </w:r>
      <w:r>
        <w:rPr>
          <w:rFonts w:ascii="Arial" w:eastAsia="Arial" w:hAnsi="Arial"/>
        </w:rPr>
        <w:t xml:space="preserve"> implement it, but there's no interest from the public heal</w:t>
      </w:r>
      <w:r w:rsidR="00EF4A31">
        <w:rPr>
          <w:rFonts w:ascii="Arial" w:eastAsia="Arial" w:hAnsi="Arial"/>
        </w:rPr>
        <w:t>th authorities. So we need to know how to navigate</w:t>
      </w:r>
      <w:r>
        <w:rPr>
          <w:rFonts w:ascii="Arial" w:eastAsia="Arial" w:hAnsi="Arial"/>
        </w:rPr>
        <w:t xml:space="preserve"> this interaction</w:t>
      </w:r>
      <w:r w:rsidR="00EF4A31">
        <w:rPr>
          <w:rFonts w:ascii="Arial" w:eastAsia="Arial" w:hAnsi="Arial"/>
        </w:rPr>
        <w:t>, this relationship, which</w:t>
      </w:r>
      <w:r>
        <w:rPr>
          <w:rFonts w:ascii="Arial" w:eastAsia="Arial" w:hAnsi="Arial"/>
        </w:rPr>
        <w:t xml:space="preserve"> is quit</w:t>
      </w:r>
      <w:r w:rsidR="00EF4A31">
        <w:rPr>
          <w:rFonts w:ascii="Arial" w:eastAsia="Arial" w:hAnsi="Arial"/>
        </w:rPr>
        <w:t>e difficult to develop, and have this in our daily life.</w:t>
      </w:r>
    </w:p>
    <w:p w14:paraId="78324515" w14:textId="77777777" w:rsidR="004F4361" w:rsidRDefault="004F436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p>
    <w:p w14:paraId="3B9128BF" w14:textId="3E37F65E" w:rsidR="004F4361" w:rsidRDefault="00EF4A3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b/>
        </w:rPr>
        <w:t>Rio Facilitator 4</w:t>
      </w:r>
    </w:p>
    <w:p w14:paraId="4AD4F370" w14:textId="24171F24" w:rsidR="004F4361" w:rsidRDefault="00EF4A3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rPr>
        <w:t>T</w:t>
      </w:r>
      <w:r w:rsidR="004F4361">
        <w:rPr>
          <w:rFonts w:ascii="Arial" w:eastAsia="Arial" w:hAnsi="Arial"/>
        </w:rPr>
        <w:t>hank you for off</w:t>
      </w:r>
      <w:r>
        <w:rPr>
          <w:rFonts w:ascii="Arial" w:eastAsia="Arial" w:hAnsi="Arial"/>
        </w:rPr>
        <w:t>ering us all of these examples.</w:t>
      </w:r>
    </w:p>
    <w:p w14:paraId="668BF789" w14:textId="77777777" w:rsidR="004F4361" w:rsidRDefault="004F436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p>
    <w:p w14:paraId="22A43988" w14:textId="23633DB2" w:rsidR="004F4361" w:rsidRDefault="00EF4A3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b/>
        </w:rPr>
        <w:t>Rio 31</w:t>
      </w:r>
    </w:p>
    <w:p w14:paraId="41123050" w14:textId="77777777" w:rsidR="00D72822" w:rsidRDefault="004F436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rPr>
          <w:rFonts w:ascii="Arial" w:eastAsia="Arial" w:hAnsi="Arial"/>
        </w:rPr>
      </w:pPr>
      <w:r>
        <w:rPr>
          <w:rFonts w:ascii="Arial" w:eastAsia="Arial" w:hAnsi="Arial"/>
        </w:rPr>
        <w:t>Two observ</w:t>
      </w:r>
      <w:r w:rsidR="00D72822">
        <w:rPr>
          <w:rFonts w:ascii="Arial" w:eastAsia="Arial" w:hAnsi="Arial"/>
        </w:rPr>
        <w:t>ations really, the first one, I’ve</w:t>
      </w:r>
      <w:r>
        <w:rPr>
          <w:rFonts w:ascii="Arial" w:eastAsia="Arial" w:hAnsi="Arial"/>
        </w:rPr>
        <w:t xml:space="preserve"> bee</w:t>
      </w:r>
      <w:r w:rsidR="00D72822">
        <w:rPr>
          <w:rFonts w:ascii="Arial" w:eastAsia="Arial" w:hAnsi="Arial"/>
        </w:rPr>
        <w:t xml:space="preserve">n listening to the conversations with regards to the questions about </w:t>
      </w:r>
      <w:r>
        <w:rPr>
          <w:rFonts w:ascii="Arial" w:eastAsia="Arial" w:hAnsi="Arial"/>
        </w:rPr>
        <w:t>ethical considerations. And I've been intrigued, I can't remember, because it's been some t</w:t>
      </w:r>
      <w:r w:rsidR="00D72822">
        <w:rPr>
          <w:rFonts w:ascii="Arial" w:eastAsia="Arial" w:hAnsi="Arial"/>
        </w:rPr>
        <w:t>ime ago since I did the survey, s</w:t>
      </w:r>
      <w:r>
        <w:rPr>
          <w:rFonts w:ascii="Arial" w:eastAsia="Arial" w:hAnsi="Arial"/>
        </w:rPr>
        <w:t>o, I can't remember the precise wording of the question. But what I found interesting</w:t>
      </w:r>
      <w:r w:rsidR="00D72822">
        <w:rPr>
          <w:rFonts w:ascii="Arial" w:eastAsia="Arial" w:hAnsi="Arial"/>
        </w:rPr>
        <w:t xml:space="preserve"> today, in looking at the table -</w:t>
      </w:r>
      <w:r>
        <w:rPr>
          <w:rFonts w:ascii="Arial" w:eastAsia="Arial" w:hAnsi="Arial"/>
        </w:rPr>
        <w:t xml:space="preserve"> when I see the phras</w:t>
      </w:r>
      <w:r w:rsidR="00D72822">
        <w:rPr>
          <w:rFonts w:ascii="Arial" w:eastAsia="Arial" w:hAnsi="Arial"/>
        </w:rPr>
        <w:t>e, ethical considerations -</w:t>
      </w:r>
      <w:r>
        <w:rPr>
          <w:rFonts w:ascii="Arial" w:eastAsia="Arial" w:hAnsi="Arial"/>
        </w:rPr>
        <w:t xml:space="preserve"> I'm thinking about the ethical frameworks that we use to make decisions around resource allocation, as opposed to ethical committee review processes. And I understand where, as researchers, you automatically put on your hat and think about</w:t>
      </w:r>
      <w:r w:rsidR="00D72822">
        <w:rPr>
          <w:rFonts w:ascii="Arial" w:eastAsia="Arial" w:hAnsi="Arial"/>
        </w:rPr>
        <w:t>,</w:t>
      </w:r>
      <w:r>
        <w:rPr>
          <w:rFonts w:ascii="Arial" w:eastAsia="Arial" w:hAnsi="Arial"/>
        </w:rPr>
        <w:t xml:space="preserve"> how am I going to get th</w:t>
      </w:r>
      <w:r w:rsidR="00D72822">
        <w:rPr>
          <w:rFonts w:ascii="Arial" w:eastAsia="Arial" w:hAnsi="Arial"/>
        </w:rPr>
        <w:t>is through the ethics committee?</w:t>
      </w:r>
      <w:r>
        <w:rPr>
          <w:rFonts w:ascii="Arial" w:eastAsia="Arial" w:hAnsi="Arial"/>
        </w:rPr>
        <w:t xml:space="preserve"> But when I look at that, I'm thinking about how research is prioritized around the values that we prioritize in a community</w:t>
      </w:r>
      <w:r w:rsidR="00D72822">
        <w:rPr>
          <w:rFonts w:ascii="Arial" w:eastAsia="Arial" w:hAnsi="Arial"/>
        </w:rPr>
        <w:t>,</w:t>
      </w:r>
      <w:r>
        <w:rPr>
          <w:rFonts w:ascii="Arial" w:eastAsia="Arial" w:hAnsi="Arial"/>
        </w:rPr>
        <w:t xml:space="preserve"> because it's those values which influence resource allocation. So, I'm surprised from a perso</w:t>
      </w:r>
      <w:r w:rsidR="00D72822">
        <w:rPr>
          <w:rFonts w:ascii="Arial" w:eastAsia="Arial" w:hAnsi="Arial"/>
        </w:rPr>
        <w:t>nal perspective to see that it</w:t>
      </w:r>
      <w:r>
        <w:rPr>
          <w:rFonts w:ascii="Arial" w:eastAsia="Arial" w:hAnsi="Arial"/>
        </w:rPr>
        <w:t xml:space="preserve"> wasn't</w:t>
      </w:r>
      <w:r w:rsidR="00D72822">
        <w:rPr>
          <w:rFonts w:ascii="Arial" w:eastAsia="Arial" w:hAnsi="Arial"/>
        </w:rPr>
        <w:t xml:space="preserve"> prioritized</w:t>
      </w:r>
      <w:r>
        <w:rPr>
          <w:rFonts w:ascii="Arial" w:eastAsia="Arial" w:hAnsi="Arial"/>
        </w:rPr>
        <w:t xml:space="preserve"> higher. I wonder if that is part of the consequence of the survey, though, around t</w:t>
      </w:r>
      <w:r w:rsidR="00D72822">
        <w:rPr>
          <w:rFonts w:ascii="Arial" w:eastAsia="Arial" w:hAnsi="Arial"/>
        </w:rPr>
        <w:t>he audience and how it was</w:t>
      </w:r>
      <w:r>
        <w:rPr>
          <w:rFonts w:ascii="Arial" w:eastAsia="Arial" w:hAnsi="Arial"/>
        </w:rPr>
        <w:t xml:space="preserve"> communicated. So that's just a question or an observation. </w:t>
      </w:r>
    </w:p>
    <w:p w14:paraId="38156EEE" w14:textId="77777777" w:rsidR="00D72822" w:rsidRDefault="00D72822"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rPr>
          <w:rFonts w:ascii="Arial" w:eastAsia="Arial" w:hAnsi="Arial"/>
        </w:rPr>
      </w:pPr>
    </w:p>
    <w:p w14:paraId="113FEC6D" w14:textId="6D005AEB" w:rsidR="004F4361" w:rsidRDefault="004F436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rPr>
        <w:t>The second observation, I have the advantage of being a policymaker, a practitioner, a political advisor, as well as a researcher. So, I'm now going to put on my polit</w:t>
      </w:r>
      <w:r w:rsidR="00D72822">
        <w:rPr>
          <w:rFonts w:ascii="Arial" w:eastAsia="Arial" w:hAnsi="Arial"/>
        </w:rPr>
        <w:t>ical adviser hat for a moment, and</w:t>
      </w:r>
      <w:r>
        <w:rPr>
          <w:rFonts w:ascii="Arial" w:eastAsia="Arial" w:hAnsi="Arial"/>
        </w:rPr>
        <w:t xml:space="preserve"> this is an observation and an appeal, I guess, to everyone. I think one of the biggest lies that the public health and the scientific community has been fed</w:t>
      </w:r>
      <w:r w:rsidR="00D72822">
        <w:rPr>
          <w:rFonts w:ascii="Arial" w:eastAsia="Arial" w:hAnsi="Arial"/>
        </w:rPr>
        <w:t>,</w:t>
      </w:r>
      <w:r>
        <w:rPr>
          <w:rFonts w:ascii="Arial" w:eastAsia="Arial" w:hAnsi="Arial"/>
        </w:rPr>
        <w:t xml:space="preserve"> and which we continue to perpetrate is the idea that data speaks for itself. Data never speaks for itself. It is how we translate that data and get it before leaders and decision makers, which makes the impact and has an impact on the sources of infection, and the drivers of transmission. So, you know, it's an appeal for those of you who are researchers to think about it in terms of your research when it comes to dissemination. Thinking about how you engage with social </w:t>
      </w:r>
      <w:r>
        <w:rPr>
          <w:rFonts w:ascii="Arial" w:eastAsia="Arial" w:hAnsi="Arial"/>
        </w:rPr>
        <w:lastRenderedPageBreak/>
        <w:t>scientists that can help you make that translation</w:t>
      </w:r>
      <w:r w:rsidR="00D72822">
        <w:rPr>
          <w:rFonts w:ascii="Arial" w:eastAsia="Arial" w:hAnsi="Arial"/>
        </w:rPr>
        <w:t>,</w:t>
      </w:r>
      <w:r>
        <w:rPr>
          <w:rFonts w:ascii="Arial" w:eastAsia="Arial" w:hAnsi="Arial"/>
        </w:rPr>
        <w:t xml:space="preserve"> is important. </w:t>
      </w:r>
      <w:r w:rsidR="00D72822">
        <w:rPr>
          <w:rFonts w:ascii="Arial" w:eastAsia="Arial" w:hAnsi="Arial"/>
        </w:rPr>
        <w:t>That's one thing. But also, there should be more</w:t>
      </w:r>
      <w:r>
        <w:rPr>
          <w:rFonts w:ascii="Arial" w:eastAsia="Arial" w:hAnsi="Arial"/>
        </w:rPr>
        <w:t xml:space="preserve"> focus or an empha</w:t>
      </w:r>
      <w:r w:rsidR="00D72822">
        <w:rPr>
          <w:rFonts w:ascii="Arial" w:eastAsia="Arial" w:hAnsi="Arial"/>
        </w:rPr>
        <w:t>sis on placing more attention on</w:t>
      </w:r>
      <w:r>
        <w:rPr>
          <w:rFonts w:ascii="Arial" w:eastAsia="Arial" w:hAnsi="Arial"/>
        </w:rPr>
        <w:t xml:space="preserve"> how we engage with the decision leaders, and being able to put it into language that they can understand. So that they recognize the importance</w:t>
      </w:r>
      <w:r w:rsidR="004C256C">
        <w:rPr>
          <w:rFonts w:ascii="Arial" w:eastAsia="Arial" w:hAnsi="Arial"/>
        </w:rPr>
        <w:t xml:space="preserve"> of this because I can say </w:t>
      </w:r>
      <w:r>
        <w:rPr>
          <w:rFonts w:ascii="Arial" w:eastAsia="Arial" w:hAnsi="Arial"/>
        </w:rPr>
        <w:t>again, from personal experience, political leaders will get 20 priority issues in a day that they need to make decisions on and try and prioritize and th</w:t>
      </w:r>
      <w:r w:rsidR="00D72822">
        <w:rPr>
          <w:rFonts w:ascii="Arial" w:eastAsia="Arial" w:hAnsi="Arial"/>
        </w:rPr>
        <w:t>eir job is trying to work out, w</w:t>
      </w:r>
      <w:r>
        <w:rPr>
          <w:rFonts w:ascii="Arial" w:eastAsia="Arial" w:hAnsi="Arial"/>
        </w:rPr>
        <w:t>hat is the most pressing issue, what's going to win them votes, all those sorts of issues. But, you know, you could ask every person in this roo</w:t>
      </w:r>
      <w:r w:rsidR="00D72822">
        <w:rPr>
          <w:rFonts w:ascii="Arial" w:eastAsia="Arial" w:hAnsi="Arial"/>
        </w:rPr>
        <w:t>m</w:t>
      </w:r>
      <w:r>
        <w:rPr>
          <w:rFonts w:ascii="Arial" w:eastAsia="Arial" w:hAnsi="Arial"/>
        </w:rPr>
        <w:t xml:space="preserve"> what do you need to do better to do your job, and I'm sure every single one of you would say we need more money and resources. And the decision of the way to that</w:t>
      </w:r>
      <w:r w:rsidR="00D72822">
        <w:rPr>
          <w:rFonts w:ascii="Arial" w:eastAsia="Arial" w:hAnsi="Arial"/>
        </w:rPr>
        <w:t>,</w:t>
      </w:r>
      <w:r>
        <w:rPr>
          <w:rFonts w:ascii="Arial" w:eastAsia="Arial" w:hAnsi="Arial"/>
        </w:rPr>
        <w:t xml:space="preserve"> is through engaging your leaders and being able to communicate effectively with them. </w:t>
      </w:r>
      <w:r w:rsidR="00D72822">
        <w:rPr>
          <w:rFonts w:ascii="Arial" w:eastAsia="Arial" w:hAnsi="Arial"/>
        </w:rPr>
        <w:t>Thanks.</w:t>
      </w:r>
    </w:p>
    <w:p w14:paraId="5C5DD927" w14:textId="77777777" w:rsidR="004F4361" w:rsidRDefault="004F436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p>
    <w:p w14:paraId="176098EB" w14:textId="60C5C44A" w:rsidR="004F4361" w:rsidRDefault="00D72822"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b/>
        </w:rPr>
        <w:t>Rio Facilitator 4</w:t>
      </w:r>
    </w:p>
    <w:p w14:paraId="6FD72A7D" w14:textId="72705D27" w:rsidR="004F4361" w:rsidRDefault="00D72822"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rPr>
        <w:t xml:space="preserve">Thank you </w:t>
      </w:r>
      <w:r w:rsidR="005F3FAF">
        <w:rPr>
          <w:rFonts w:ascii="Arial" w:eastAsia="Arial" w:hAnsi="Arial"/>
        </w:rPr>
        <w:t xml:space="preserve">Rio </w:t>
      </w:r>
      <w:r>
        <w:rPr>
          <w:rFonts w:ascii="Arial" w:eastAsia="Arial" w:hAnsi="Arial"/>
        </w:rPr>
        <w:t>31 for sharing</w:t>
      </w:r>
      <w:r w:rsidR="004F4361">
        <w:rPr>
          <w:rFonts w:ascii="Arial" w:eastAsia="Arial" w:hAnsi="Arial"/>
        </w:rPr>
        <w:t xml:space="preserve"> your different perspectives. </w:t>
      </w:r>
    </w:p>
    <w:p w14:paraId="2C85E350" w14:textId="77777777" w:rsidR="004F4361" w:rsidRDefault="004F436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p>
    <w:p w14:paraId="276E4F1A" w14:textId="4256C03B" w:rsidR="004F4361" w:rsidRDefault="005F3FAF"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b/>
        </w:rPr>
        <w:t>Rio 18</w:t>
      </w:r>
    </w:p>
    <w:p w14:paraId="4DDD6685" w14:textId="5C0319CC" w:rsidR="004F4361" w:rsidRDefault="005F3FAF"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rPr>
        <w:t>So, I was considering</w:t>
      </w:r>
      <w:r w:rsidR="004F4361">
        <w:rPr>
          <w:rFonts w:ascii="Arial" w:eastAsia="Arial" w:hAnsi="Arial"/>
        </w:rPr>
        <w:t xml:space="preserve"> the previous slide </w:t>
      </w:r>
      <w:r>
        <w:rPr>
          <w:rFonts w:ascii="Arial" w:eastAsia="Arial" w:hAnsi="Arial"/>
        </w:rPr>
        <w:t>with the research-types prioritization</w:t>
      </w:r>
      <w:r w:rsidR="004F4361">
        <w:rPr>
          <w:rFonts w:ascii="Arial" w:eastAsia="Arial" w:hAnsi="Arial"/>
        </w:rPr>
        <w:t xml:space="preserve"> and now this slide here.</w:t>
      </w:r>
      <w:r>
        <w:rPr>
          <w:rFonts w:ascii="Arial" w:eastAsia="Arial" w:hAnsi="Arial"/>
        </w:rPr>
        <w:t xml:space="preserve"> </w:t>
      </w:r>
      <w:r w:rsidR="004F4361">
        <w:rPr>
          <w:rFonts w:ascii="Arial" w:eastAsia="Arial" w:hAnsi="Arial"/>
        </w:rPr>
        <w:t xml:space="preserve">I </w:t>
      </w:r>
      <w:r>
        <w:rPr>
          <w:rFonts w:ascii="Arial" w:eastAsia="Arial" w:hAnsi="Arial"/>
        </w:rPr>
        <w:t>was</w:t>
      </w:r>
      <w:r w:rsidR="004F4361">
        <w:rPr>
          <w:rFonts w:ascii="Arial" w:eastAsia="Arial" w:hAnsi="Arial"/>
        </w:rPr>
        <w:t xml:space="preserve"> thinking how difficult it was to answer </w:t>
      </w:r>
      <w:r>
        <w:rPr>
          <w:rFonts w:ascii="Arial" w:eastAsia="Arial" w:hAnsi="Arial"/>
        </w:rPr>
        <w:t>this question with these small categories. Transmission V</w:t>
      </w:r>
      <w:r w:rsidR="004F4361">
        <w:rPr>
          <w:rFonts w:ascii="Arial" w:eastAsia="Arial" w:hAnsi="Arial"/>
        </w:rPr>
        <w:t>ector, all this is in a chain</w:t>
      </w:r>
      <w:r>
        <w:rPr>
          <w:rFonts w:ascii="Arial" w:eastAsia="Arial" w:hAnsi="Arial"/>
        </w:rPr>
        <w:t>, and</w:t>
      </w:r>
      <w:r w:rsidR="004F4361">
        <w:rPr>
          <w:rFonts w:ascii="Arial" w:eastAsia="Arial" w:hAnsi="Arial"/>
        </w:rPr>
        <w:t xml:space="preserve"> it is sequenced in such a way that in order to develop a </w:t>
      </w:r>
      <w:r>
        <w:rPr>
          <w:rFonts w:ascii="Arial" w:eastAsia="Arial" w:hAnsi="Arial"/>
        </w:rPr>
        <w:t>vaccine, you need information on</w:t>
      </w:r>
      <w:r w:rsidR="004F4361">
        <w:rPr>
          <w:rFonts w:ascii="Arial" w:eastAsia="Arial" w:hAnsi="Arial"/>
        </w:rPr>
        <w:t xml:space="preserve"> the different features of that disease, how diagnosis is made, where the parasite is, if this vaccine will be preventive</w:t>
      </w:r>
      <w:r>
        <w:rPr>
          <w:rFonts w:ascii="Arial" w:eastAsia="Arial" w:hAnsi="Arial"/>
        </w:rPr>
        <w:t>,</w:t>
      </w:r>
      <w:r w:rsidR="004F4361">
        <w:rPr>
          <w:rFonts w:ascii="Arial" w:eastAsia="Arial" w:hAnsi="Arial"/>
        </w:rPr>
        <w:t xml:space="preserve"> prophylactic, if it's going to be immunotherapy, what are these trials with your bit of trials t</w:t>
      </w:r>
      <w:r>
        <w:rPr>
          <w:rFonts w:ascii="Arial" w:eastAsia="Arial" w:hAnsi="Arial"/>
        </w:rPr>
        <w:t xml:space="preserve">hat have to be performed. So, </w:t>
      </w:r>
      <w:r w:rsidR="004F4361">
        <w:rPr>
          <w:rFonts w:ascii="Arial" w:eastAsia="Arial" w:hAnsi="Arial"/>
        </w:rPr>
        <w:t xml:space="preserve">for instance, </w:t>
      </w:r>
      <w:r>
        <w:rPr>
          <w:rFonts w:ascii="Arial" w:eastAsia="Arial" w:hAnsi="Arial"/>
        </w:rPr>
        <w:t>this quote from the survey, ‘T</w:t>
      </w:r>
      <w:r w:rsidR="004F4361">
        <w:rPr>
          <w:rFonts w:ascii="Arial" w:eastAsia="Arial" w:hAnsi="Arial"/>
        </w:rPr>
        <w:t xml:space="preserve">he emergence </w:t>
      </w:r>
      <w:r>
        <w:rPr>
          <w:rFonts w:ascii="Arial" w:eastAsia="Arial" w:hAnsi="Arial"/>
        </w:rPr>
        <w:t xml:space="preserve">and escalation of each infectious disease are directly linked to their major reservoirs which are often poorly characterized’. </w:t>
      </w:r>
      <w:r w:rsidR="004F4361">
        <w:rPr>
          <w:rFonts w:ascii="Arial" w:eastAsia="Arial" w:hAnsi="Arial"/>
        </w:rPr>
        <w:t>So, to prioritize a thing such as diagnosis,</w:t>
      </w:r>
      <w:r>
        <w:rPr>
          <w:rFonts w:ascii="Arial" w:eastAsia="Arial" w:hAnsi="Arial"/>
        </w:rPr>
        <w:t xml:space="preserve"> without having a background of </w:t>
      </w:r>
      <w:r w:rsidR="004F4361">
        <w:rPr>
          <w:rFonts w:ascii="Arial" w:eastAsia="Arial" w:hAnsi="Arial"/>
        </w:rPr>
        <w:t>how this disease happens, or how the parasite works</w:t>
      </w:r>
      <w:r>
        <w:rPr>
          <w:rFonts w:ascii="Arial" w:eastAsia="Arial" w:hAnsi="Arial"/>
        </w:rPr>
        <w:t>,</w:t>
      </w:r>
      <w:r w:rsidR="004F4361">
        <w:rPr>
          <w:rFonts w:ascii="Arial" w:eastAsia="Arial" w:hAnsi="Arial"/>
        </w:rPr>
        <w:t xml:space="preserve"> can be counterproductive, because you will start </w:t>
      </w:r>
      <w:r>
        <w:rPr>
          <w:rFonts w:ascii="Arial" w:eastAsia="Arial" w:hAnsi="Arial"/>
        </w:rPr>
        <w:t xml:space="preserve">with a </w:t>
      </w:r>
      <w:r w:rsidR="004F4361">
        <w:rPr>
          <w:rFonts w:ascii="Arial" w:eastAsia="Arial" w:hAnsi="Arial"/>
        </w:rPr>
        <w:t xml:space="preserve">prediction of a certain peptide and then, at the end of the day, when you're going to go into the future, </w:t>
      </w:r>
      <w:r>
        <w:rPr>
          <w:rFonts w:ascii="Arial" w:eastAsia="Arial" w:hAnsi="Arial"/>
        </w:rPr>
        <w:t xml:space="preserve">that will </w:t>
      </w:r>
      <w:r w:rsidR="004F4361">
        <w:rPr>
          <w:rFonts w:ascii="Arial" w:eastAsia="Arial" w:hAnsi="Arial"/>
        </w:rPr>
        <w:t xml:space="preserve">not necessarily </w:t>
      </w:r>
      <w:r>
        <w:rPr>
          <w:rFonts w:ascii="Arial" w:eastAsia="Arial" w:hAnsi="Arial"/>
        </w:rPr>
        <w:t>be correct. So, since this morning,</w:t>
      </w:r>
      <w:r w:rsidR="004F4361">
        <w:rPr>
          <w:rFonts w:ascii="Arial" w:eastAsia="Arial" w:hAnsi="Arial"/>
        </w:rPr>
        <w:t xml:space="preserve"> I have a great difficulty in </w:t>
      </w:r>
      <w:r>
        <w:rPr>
          <w:rFonts w:ascii="Arial" w:eastAsia="Arial" w:hAnsi="Arial"/>
        </w:rPr>
        <w:t xml:space="preserve">understanding how we are </w:t>
      </w:r>
      <w:r w:rsidR="004F4361">
        <w:rPr>
          <w:rFonts w:ascii="Arial" w:eastAsia="Arial" w:hAnsi="Arial"/>
        </w:rPr>
        <w:t xml:space="preserve">going to define six priorities since </w:t>
      </w:r>
      <w:r>
        <w:rPr>
          <w:rFonts w:ascii="Arial" w:eastAsia="Arial" w:hAnsi="Arial"/>
        </w:rPr>
        <w:t>everything is so intertwined? I'm sorry, if I’</w:t>
      </w:r>
      <w:r w:rsidR="004F4361">
        <w:rPr>
          <w:rFonts w:ascii="Arial" w:eastAsia="Arial" w:hAnsi="Arial"/>
        </w:rPr>
        <w:t>m confusing, but I am confused.</w:t>
      </w:r>
    </w:p>
    <w:p w14:paraId="3CCEE8E3" w14:textId="2F0F1CEF" w:rsidR="004F4361" w:rsidRDefault="004F436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p>
    <w:p w14:paraId="68C916F1" w14:textId="12C806CE" w:rsidR="004F4361" w:rsidRDefault="005F3FAF"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b/>
        </w:rPr>
        <w:t>Rio 49</w:t>
      </w:r>
    </w:p>
    <w:p w14:paraId="05820A86" w14:textId="17EB9832" w:rsidR="004F4361" w:rsidRDefault="004F436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rPr>
        <w:t xml:space="preserve">Okay, thank you, hello, </w:t>
      </w:r>
      <w:r w:rsidR="005F3FAF">
        <w:rPr>
          <w:rFonts w:ascii="Arial" w:eastAsia="Arial" w:hAnsi="Arial"/>
        </w:rPr>
        <w:t>on</w:t>
      </w:r>
      <w:r>
        <w:rPr>
          <w:rFonts w:ascii="Arial" w:eastAsia="Arial" w:hAnsi="Arial"/>
        </w:rPr>
        <w:t xml:space="preserve"> the previous slide, we are seeing exactly this mission, epidemiological or medical mission, where we are looking at the pathogen</w:t>
      </w:r>
      <w:r w:rsidR="005F3FAF">
        <w:rPr>
          <w:rFonts w:ascii="Arial" w:eastAsia="Arial" w:hAnsi="Arial"/>
        </w:rPr>
        <w:t>,</w:t>
      </w:r>
      <w:r>
        <w:rPr>
          <w:rFonts w:ascii="Arial" w:eastAsia="Arial" w:hAnsi="Arial"/>
        </w:rPr>
        <w:t xml:space="preserve"> </w:t>
      </w:r>
      <w:r w:rsidR="005F3FAF">
        <w:rPr>
          <w:rFonts w:ascii="Arial" w:eastAsia="Arial" w:hAnsi="Arial"/>
        </w:rPr>
        <w:t>but</w:t>
      </w:r>
      <w:r>
        <w:rPr>
          <w:rFonts w:ascii="Arial" w:eastAsia="Arial" w:hAnsi="Arial"/>
        </w:rPr>
        <w:t xml:space="preserve"> the vector w</w:t>
      </w:r>
      <w:r w:rsidR="005F3FAF">
        <w:rPr>
          <w:rFonts w:ascii="Arial" w:eastAsia="Arial" w:hAnsi="Arial"/>
        </w:rPr>
        <w:t>as being de-prioritized,</w:t>
      </w:r>
      <w:r>
        <w:rPr>
          <w:rFonts w:ascii="Arial" w:eastAsia="Arial" w:hAnsi="Arial"/>
        </w:rPr>
        <w:t xml:space="preserve"> and </w:t>
      </w:r>
      <w:r w:rsidR="005F3FAF">
        <w:rPr>
          <w:rFonts w:ascii="Arial" w:eastAsia="Arial" w:hAnsi="Arial"/>
        </w:rPr>
        <w:t>the reservoir was</w:t>
      </w:r>
      <w:r>
        <w:rPr>
          <w:rFonts w:ascii="Arial" w:eastAsia="Arial" w:hAnsi="Arial"/>
        </w:rPr>
        <w:t xml:space="preserve"> not taken into account. So, </w:t>
      </w:r>
      <w:r w:rsidR="005F3FAF">
        <w:rPr>
          <w:rFonts w:ascii="Arial" w:eastAsia="Arial" w:hAnsi="Arial"/>
        </w:rPr>
        <w:t>the question is why</w:t>
      </w:r>
      <w:r>
        <w:rPr>
          <w:rFonts w:ascii="Arial" w:eastAsia="Arial" w:hAnsi="Arial"/>
        </w:rPr>
        <w:t xml:space="preserve"> things emerge and how they keep in nature and much of this has to do with diversity and certain elements that have stimul</w:t>
      </w:r>
      <w:r w:rsidR="004C256C">
        <w:rPr>
          <w:rFonts w:ascii="Arial" w:eastAsia="Arial" w:hAnsi="Arial"/>
        </w:rPr>
        <w:t xml:space="preserve">ated these reservoirs. But there appears to be </w:t>
      </w:r>
      <w:r>
        <w:rPr>
          <w:rFonts w:ascii="Arial" w:eastAsia="Arial" w:hAnsi="Arial"/>
        </w:rPr>
        <w:t xml:space="preserve">no intention or knowing how nature works </w:t>
      </w:r>
      <w:r w:rsidR="004C256C">
        <w:rPr>
          <w:rFonts w:ascii="Arial" w:eastAsia="Arial" w:hAnsi="Arial"/>
        </w:rPr>
        <w:t xml:space="preserve">and how the pathogens </w:t>
      </w:r>
      <w:r>
        <w:rPr>
          <w:rFonts w:ascii="Arial" w:eastAsia="Arial" w:hAnsi="Arial"/>
        </w:rPr>
        <w:t xml:space="preserve">emerge. So, in </w:t>
      </w:r>
      <w:r>
        <w:rPr>
          <w:rFonts w:ascii="Arial" w:eastAsia="Arial" w:hAnsi="Arial"/>
        </w:rPr>
        <w:lastRenderedPageBreak/>
        <w:t xml:space="preserve">the previous table, we can see, </w:t>
      </w:r>
      <w:r w:rsidR="004C256C">
        <w:rPr>
          <w:rFonts w:ascii="Arial" w:eastAsia="Arial" w:hAnsi="Arial"/>
        </w:rPr>
        <w:t>disease characterization,</w:t>
      </w:r>
      <w:r>
        <w:rPr>
          <w:rFonts w:ascii="Arial" w:eastAsia="Arial" w:hAnsi="Arial"/>
        </w:rPr>
        <w:t xml:space="preserve"> but ther</w:t>
      </w:r>
      <w:r w:rsidR="004C256C">
        <w:rPr>
          <w:rFonts w:ascii="Arial" w:eastAsia="Arial" w:hAnsi="Arial"/>
        </w:rPr>
        <w:t>e is no an exosystemic view, o</w:t>
      </w:r>
      <w:r>
        <w:rPr>
          <w:rFonts w:ascii="Arial" w:eastAsia="Arial" w:hAnsi="Arial"/>
        </w:rPr>
        <w:t xml:space="preserve">r a holistic view </w:t>
      </w:r>
      <w:r w:rsidR="004C256C">
        <w:rPr>
          <w:rFonts w:ascii="Arial" w:eastAsia="Arial" w:hAnsi="Arial"/>
        </w:rPr>
        <w:t>of how communities see things. T</w:t>
      </w:r>
      <w:r>
        <w:rPr>
          <w:rFonts w:ascii="Arial" w:eastAsia="Arial" w:hAnsi="Arial"/>
        </w:rPr>
        <w:t>here is no real acknowledgement of the ecosys</w:t>
      </w:r>
      <w:r w:rsidR="004C256C">
        <w:rPr>
          <w:rFonts w:ascii="Arial" w:eastAsia="Arial" w:hAnsi="Arial"/>
        </w:rPr>
        <w:t>tem. My vision of the community is that</w:t>
      </w:r>
      <w:r>
        <w:rPr>
          <w:rFonts w:ascii="Arial" w:eastAsia="Arial" w:hAnsi="Arial"/>
        </w:rPr>
        <w:t xml:space="preserve"> we are going doi</w:t>
      </w:r>
      <w:r w:rsidR="004C256C">
        <w:rPr>
          <w:rFonts w:ascii="Arial" w:eastAsia="Arial" w:hAnsi="Arial"/>
        </w:rPr>
        <w:t xml:space="preserve">ng things in a very Western way. </w:t>
      </w:r>
      <w:r>
        <w:rPr>
          <w:rFonts w:ascii="Arial" w:eastAsia="Arial" w:hAnsi="Arial"/>
        </w:rPr>
        <w:t>And we don't understand how to make questions that show that we are</w:t>
      </w:r>
      <w:r w:rsidR="004C256C">
        <w:rPr>
          <w:rFonts w:ascii="Arial" w:eastAsia="Arial" w:hAnsi="Arial"/>
        </w:rPr>
        <w:t xml:space="preserve"> lacking</w:t>
      </w:r>
      <w:r>
        <w:rPr>
          <w:rFonts w:ascii="Arial" w:eastAsia="Arial" w:hAnsi="Arial"/>
        </w:rPr>
        <w:t xml:space="preserve"> multidisciplinary visions, and acknowledging the value of the community. So, I believe that there are many elements tha</w:t>
      </w:r>
      <w:r w:rsidR="004C256C">
        <w:rPr>
          <w:rFonts w:ascii="Arial" w:eastAsia="Arial" w:hAnsi="Arial"/>
        </w:rPr>
        <w:t>t we could still contribute</w:t>
      </w:r>
      <w:r>
        <w:rPr>
          <w:rFonts w:ascii="Arial" w:eastAsia="Arial" w:hAnsi="Arial"/>
        </w:rPr>
        <w:t>, we should</w:t>
      </w:r>
      <w:r w:rsidR="004C256C">
        <w:rPr>
          <w:rFonts w:ascii="Arial" w:eastAsia="Arial" w:hAnsi="Arial"/>
        </w:rPr>
        <w:t xml:space="preserve"> take into account the collapse</w:t>
      </w:r>
      <w:r>
        <w:rPr>
          <w:rFonts w:ascii="Arial" w:eastAsia="Arial" w:hAnsi="Arial"/>
        </w:rPr>
        <w:t xml:space="preserve"> of biodiversity, and the economic model</w:t>
      </w:r>
      <w:r w:rsidR="004C256C">
        <w:rPr>
          <w:rFonts w:ascii="Arial" w:eastAsia="Arial" w:hAnsi="Arial"/>
        </w:rPr>
        <w:t>s</w:t>
      </w:r>
      <w:r>
        <w:rPr>
          <w:rFonts w:ascii="Arial" w:eastAsia="Arial" w:hAnsi="Arial"/>
        </w:rPr>
        <w:t xml:space="preserve"> that are leading us to all of these collapses. </w:t>
      </w:r>
    </w:p>
    <w:p w14:paraId="68DA6A87" w14:textId="77777777" w:rsidR="004F4361" w:rsidRDefault="004F436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p>
    <w:p w14:paraId="1E35B18F" w14:textId="55A41100" w:rsidR="004F4361" w:rsidRDefault="004C256C"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b/>
        </w:rPr>
        <w:t xml:space="preserve">Rio </w:t>
      </w:r>
      <w:r w:rsidR="004F4361">
        <w:rPr>
          <w:rFonts w:ascii="Arial" w:eastAsia="Arial" w:hAnsi="Arial"/>
          <w:b/>
        </w:rPr>
        <w:t xml:space="preserve">Facilitator </w:t>
      </w:r>
      <w:r>
        <w:rPr>
          <w:rFonts w:ascii="Arial" w:eastAsia="Arial" w:hAnsi="Arial"/>
          <w:b/>
        </w:rPr>
        <w:t>1</w:t>
      </w:r>
    </w:p>
    <w:p w14:paraId="0CE97FBD" w14:textId="48E12CF7" w:rsidR="004F4361" w:rsidRDefault="004C256C"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rPr>
        <w:t xml:space="preserve">We’re going to move </w:t>
      </w:r>
      <w:r w:rsidR="004F4361">
        <w:rPr>
          <w:rFonts w:ascii="Arial" w:eastAsia="Arial" w:hAnsi="Arial"/>
        </w:rPr>
        <w:t xml:space="preserve">into the final </w:t>
      </w:r>
      <w:r>
        <w:rPr>
          <w:rFonts w:ascii="Arial" w:eastAsia="Arial" w:hAnsi="Arial"/>
        </w:rPr>
        <w:t xml:space="preserve">stage of the discussion now, </w:t>
      </w:r>
      <w:r w:rsidR="004F4361">
        <w:rPr>
          <w:rFonts w:ascii="Arial" w:eastAsia="Arial" w:hAnsi="Arial"/>
        </w:rPr>
        <w:t>just as we had in th</w:t>
      </w:r>
      <w:r>
        <w:rPr>
          <w:rFonts w:ascii="Arial" w:eastAsia="Arial" w:hAnsi="Arial"/>
        </w:rPr>
        <w:t xml:space="preserve">e previous section, discussion </w:t>
      </w:r>
      <w:r w:rsidR="004F4361">
        <w:rPr>
          <w:rFonts w:ascii="Arial" w:eastAsia="Arial" w:hAnsi="Arial"/>
        </w:rPr>
        <w:t>of things that didn't come up in those 12 priorities, and we've already spoken</w:t>
      </w:r>
      <w:r>
        <w:rPr>
          <w:rFonts w:ascii="Arial" w:eastAsia="Arial" w:hAnsi="Arial"/>
        </w:rPr>
        <w:t xml:space="preserve"> a little bit about those gaps, and a </w:t>
      </w:r>
      <w:r w:rsidR="004F4361">
        <w:rPr>
          <w:rFonts w:ascii="Arial" w:eastAsia="Arial" w:hAnsi="Arial"/>
        </w:rPr>
        <w:t>bit about why those things that were ranked real</w:t>
      </w:r>
      <w:r>
        <w:rPr>
          <w:rFonts w:ascii="Arial" w:eastAsia="Arial" w:hAnsi="Arial"/>
        </w:rPr>
        <w:t>ly low, were ranked really low. I</w:t>
      </w:r>
      <w:r w:rsidR="004F4361">
        <w:rPr>
          <w:rFonts w:ascii="Arial" w:eastAsia="Arial" w:hAnsi="Arial"/>
        </w:rPr>
        <w:t>t'd be interesting to d</w:t>
      </w:r>
      <w:r>
        <w:rPr>
          <w:rFonts w:ascii="Arial" w:eastAsia="Arial" w:hAnsi="Arial"/>
        </w:rPr>
        <w:t>ig further down into that. So, we</w:t>
      </w:r>
      <w:r w:rsidR="004F4361">
        <w:rPr>
          <w:rFonts w:ascii="Arial" w:eastAsia="Arial" w:hAnsi="Arial"/>
        </w:rPr>
        <w:t xml:space="preserve">'ve picked out on the left-hand side, the bottom three research areas that came out </w:t>
      </w:r>
      <w:r>
        <w:rPr>
          <w:rFonts w:ascii="Arial" w:eastAsia="Arial" w:hAnsi="Arial"/>
        </w:rPr>
        <w:t>in Latin America. So, climate and</w:t>
      </w:r>
      <w:r w:rsidR="004F4361">
        <w:rPr>
          <w:rFonts w:ascii="Arial" w:eastAsia="Arial" w:hAnsi="Arial"/>
        </w:rPr>
        <w:t xml:space="preserve"> the environment, ethical considerati</w:t>
      </w:r>
      <w:r>
        <w:rPr>
          <w:rFonts w:ascii="Arial" w:eastAsia="Arial" w:hAnsi="Arial"/>
        </w:rPr>
        <w:t xml:space="preserve">ons, and the role of vectors, the </w:t>
      </w:r>
      <w:r w:rsidR="004F4361">
        <w:rPr>
          <w:rFonts w:ascii="Arial" w:eastAsia="Arial" w:hAnsi="Arial"/>
        </w:rPr>
        <w:t>surprising one, given this morning's results</w:t>
      </w:r>
      <w:r>
        <w:rPr>
          <w:rFonts w:ascii="Arial" w:eastAsia="Arial" w:hAnsi="Arial"/>
        </w:rPr>
        <w:t xml:space="preserve"> [</w:t>
      </w:r>
      <w:r w:rsidRPr="00456CD4">
        <w:rPr>
          <w:rFonts w:ascii="Arial" w:eastAsia="Arial" w:hAnsi="Arial"/>
          <w:i/>
        </w:rPr>
        <w:t>see LAC Session 2</w:t>
      </w:r>
      <w:r>
        <w:rPr>
          <w:rFonts w:ascii="Arial" w:eastAsia="Arial" w:hAnsi="Arial"/>
        </w:rPr>
        <w:t>]</w:t>
      </w:r>
      <w:r w:rsidR="004F4361">
        <w:rPr>
          <w:rFonts w:ascii="Arial" w:eastAsia="Arial" w:hAnsi="Arial"/>
        </w:rPr>
        <w:t xml:space="preserve">. And just as before, </w:t>
      </w:r>
      <w:r>
        <w:rPr>
          <w:rFonts w:ascii="Arial" w:eastAsia="Arial" w:hAnsi="Arial"/>
        </w:rPr>
        <w:t xml:space="preserve">there are </w:t>
      </w:r>
      <w:r w:rsidR="004F4361">
        <w:rPr>
          <w:rFonts w:ascii="Arial" w:eastAsia="Arial" w:hAnsi="Arial"/>
        </w:rPr>
        <w:t xml:space="preserve">a couple of examples here, from the qualitative data, both from Latin America and also from the global data as well, just to give an idea of the sorts of things that </w:t>
      </w:r>
      <w:r>
        <w:rPr>
          <w:rFonts w:ascii="Arial" w:eastAsia="Arial" w:hAnsi="Arial"/>
        </w:rPr>
        <w:t xml:space="preserve">survey participants </w:t>
      </w:r>
      <w:r w:rsidR="004F4361">
        <w:rPr>
          <w:rFonts w:ascii="Arial" w:eastAsia="Arial" w:hAnsi="Arial"/>
        </w:rPr>
        <w:t>were saying, when they identify these areas as priorities</w:t>
      </w:r>
      <w:r>
        <w:rPr>
          <w:rFonts w:ascii="Arial" w:eastAsia="Arial" w:hAnsi="Arial"/>
        </w:rPr>
        <w:t>. W</w:t>
      </w:r>
      <w:r w:rsidR="004F4361">
        <w:rPr>
          <w:rFonts w:ascii="Arial" w:eastAsia="Arial" w:hAnsi="Arial"/>
        </w:rPr>
        <w:t>hen people selected ethical considerations, this is why they did it. On the right-hand side, we've heard a discussion about how perhaps all of these priorities are very closely interconnected. An</w:t>
      </w:r>
      <w:r>
        <w:rPr>
          <w:rFonts w:ascii="Arial" w:eastAsia="Arial" w:hAnsi="Arial"/>
        </w:rPr>
        <w:t>d they all support each other, a</w:t>
      </w:r>
      <w:r w:rsidR="004F4361">
        <w:rPr>
          <w:rFonts w:ascii="Arial" w:eastAsia="Arial" w:hAnsi="Arial"/>
        </w:rPr>
        <w:t>nd there's this cycle that makes one a key priority to inform the other. But in some instances, in the survey, people told us that actually, none of those priorities that we put there were irrelevant. So, do we have that sort of counterpoint in the room? There's a very specific example on the right-hand side over there from Asia, from Paki</w:t>
      </w:r>
      <w:r>
        <w:rPr>
          <w:rFonts w:ascii="Arial" w:eastAsia="Arial" w:hAnsi="Arial"/>
        </w:rPr>
        <w:t xml:space="preserve">stan, on how political contexts, </w:t>
      </w:r>
      <w:r w:rsidR="004F4361">
        <w:rPr>
          <w:rFonts w:ascii="Arial" w:eastAsia="Arial" w:hAnsi="Arial"/>
        </w:rPr>
        <w:t>conflicts, global geopolitical events, effects, research as well, and that those are the greater priority in their region. And so, i</w:t>
      </w:r>
      <w:r>
        <w:rPr>
          <w:rFonts w:ascii="Arial" w:eastAsia="Arial" w:hAnsi="Arial"/>
        </w:rPr>
        <w:t xml:space="preserve">f we have any counter points </w:t>
      </w:r>
      <w:r w:rsidR="004F4361">
        <w:rPr>
          <w:rFonts w:ascii="Arial" w:eastAsia="Arial" w:hAnsi="Arial"/>
        </w:rPr>
        <w:t>it'd be really interesting to hear. Thanks.</w:t>
      </w:r>
    </w:p>
    <w:p w14:paraId="406C01D9" w14:textId="7FA4ED65" w:rsidR="00DC0DFF" w:rsidRDefault="00DC0DFF"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rPr>
          <w:rFonts w:ascii="Arial" w:eastAsia="Arial" w:hAnsi="Arial"/>
          <w:b/>
        </w:rPr>
      </w:pPr>
    </w:p>
    <w:p w14:paraId="557F4633" w14:textId="164A6E09" w:rsidR="004F4361" w:rsidRDefault="004C256C"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b/>
        </w:rPr>
        <w:t>Rio Facilitator 4</w:t>
      </w:r>
    </w:p>
    <w:p w14:paraId="0EB4EA92" w14:textId="5A58584A" w:rsidR="004F4361" w:rsidRDefault="004C256C"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rPr>
        <w:t xml:space="preserve">We are going to </w:t>
      </w:r>
      <w:r w:rsidR="004F4361">
        <w:rPr>
          <w:rFonts w:ascii="Arial" w:eastAsia="Arial" w:hAnsi="Arial"/>
        </w:rPr>
        <w:t>prioritize those that still have not participated. Are there any comments from the onl</w:t>
      </w:r>
      <w:r>
        <w:rPr>
          <w:rFonts w:ascii="Arial" w:eastAsia="Arial" w:hAnsi="Arial"/>
        </w:rPr>
        <w:t>ine group? No. So we have here.</w:t>
      </w:r>
    </w:p>
    <w:p w14:paraId="4D97A6EC" w14:textId="77777777" w:rsidR="004F4361" w:rsidRDefault="004F436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p>
    <w:p w14:paraId="4DEB9B4D" w14:textId="5CC4D053" w:rsidR="004F4361" w:rsidRDefault="004C256C"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b/>
        </w:rPr>
        <w:t>Rio 04</w:t>
      </w:r>
    </w:p>
    <w:p w14:paraId="30F3E1DE" w14:textId="485C8B3D" w:rsidR="004C256C" w:rsidRDefault="004C256C"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rPr>
          <w:rFonts w:ascii="Arial" w:eastAsia="Arial" w:hAnsi="Arial"/>
        </w:rPr>
      </w:pPr>
      <w:r>
        <w:rPr>
          <w:rFonts w:ascii="Arial" w:eastAsia="Arial" w:hAnsi="Arial"/>
        </w:rPr>
        <w:t>I believe that whilst</w:t>
      </w:r>
      <w:r w:rsidR="004F4361">
        <w:rPr>
          <w:rFonts w:ascii="Arial" w:eastAsia="Arial" w:hAnsi="Arial"/>
        </w:rPr>
        <w:t xml:space="preserve"> many other elements have been m</w:t>
      </w:r>
      <w:r>
        <w:rPr>
          <w:rFonts w:ascii="Arial" w:eastAsia="Arial" w:hAnsi="Arial"/>
        </w:rPr>
        <w:t xml:space="preserve">entioned, </w:t>
      </w:r>
      <w:r w:rsidR="004F4361">
        <w:rPr>
          <w:rFonts w:ascii="Arial" w:eastAsia="Arial" w:hAnsi="Arial"/>
        </w:rPr>
        <w:t>multidisciplinary work is very important. We, as we were saying</w:t>
      </w:r>
      <w:r>
        <w:rPr>
          <w:rFonts w:ascii="Arial" w:eastAsia="Arial" w:hAnsi="Arial"/>
        </w:rPr>
        <w:t xml:space="preserve"> [</w:t>
      </w:r>
      <w:r w:rsidRPr="00456CD4">
        <w:rPr>
          <w:rFonts w:ascii="Arial" w:eastAsia="Arial" w:hAnsi="Arial"/>
          <w:i/>
        </w:rPr>
        <w:t>see LAC Session 2</w:t>
      </w:r>
      <w:r>
        <w:rPr>
          <w:rFonts w:ascii="Arial" w:eastAsia="Arial" w:hAnsi="Arial"/>
        </w:rPr>
        <w:t>]</w:t>
      </w:r>
      <w:r w:rsidR="004F4361">
        <w:rPr>
          <w:rFonts w:ascii="Arial" w:eastAsia="Arial" w:hAnsi="Arial"/>
        </w:rPr>
        <w:t>, have</w:t>
      </w:r>
      <w:r>
        <w:rPr>
          <w:rFonts w:ascii="Arial" w:eastAsia="Arial" w:hAnsi="Arial"/>
        </w:rPr>
        <w:t xml:space="preserve"> had the experience of working o</w:t>
      </w:r>
      <w:r w:rsidR="004F4361">
        <w:rPr>
          <w:rFonts w:ascii="Arial" w:eastAsia="Arial" w:hAnsi="Arial"/>
        </w:rPr>
        <w:t xml:space="preserve">n childhood TB, and </w:t>
      </w:r>
      <w:r w:rsidR="004F4361">
        <w:rPr>
          <w:rFonts w:ascii="Arial" w:eastAsia="Arial" w:hAnsi="Arial"/>
        </w:rPr>
        <w:lastRenderedPageBreak/>
        <w:t xml:space="preserve">20 years ago, the institutions in </w:t>
      </w:r>
      <w:r>
        <w:rPr>
          <w:rFonts w:ascii="Arial" w:eastAsia="Arial" w:hAnsi="Arial"/>
        </w:rPr>
        <w:t>which we work involved people from</w:t>
      </w:r>
      <w:r w:rsidR="004F4361">
        <w:rPr>
          <w:rFonts w:ascii="Arial" w:eastAsia="Arial" w:hAnsi="Arial"/>
        </w:rPr>
        <w:t xml:space="preserve"> TB programs and the departments and, at this </w:t>
      </w:r>
      <w:r>
        <w:rPr>
          <w:rFonts w:ascii="Arial" w:eastAsia="Arial" w:hAnsi="Arial"/>
        </w:rPr>
        <w:t>moment, at the national level, this</w:t>
      </w:r>
      <w:r w:rsidR="004F4361">
        <w:rPr>
          <w:rFonts w:ascii="Arial" w:eastAsia="Arial" w:hAnsi="Arial"/>
        </w:rPr>
        <w:t xml:space="preserve"> has been very important because we've realized that to have </w:t>
      </w:r>
      <w:r>
        <w:rPr>
          <w:rFonts w:ascii="Arial" w:eastAsia="Arial" w:hAnsi="Arial"/>
        </w:rPr>
        <w:t xml:space="preserve">basic everyday </w:t>
      </w:r>
      <w:r w:rsidR="00DB1C47">
        <w:rPr>
          <w:rFonts w:ascii="Arial" w:eastAsia="Arial" w:hAnsi="Arial"/>
        </w:rPr>
        <w:t>evidence</w:t>
      </w:r>
      <w:r w:rsidR="004F4361">
        <w:rPr>
          <w:rFonts w:ascii="Arial" w:eastAsia="Arial" w:hAnsi="Arial"/>
        </w:rPr>
        <w:t xml:space="preserve"> has been very difficult, </w:t>
      </w:r>
      <w:r>
        <w:rPr>
          <w:rFonts w:ascii="Arial" w:eastAsia="Arial" w:hAnsi="Arial"/>
        </w:rPr>
        <w:t>because we have problems in communication and</w:t>
      </w:r>
      <w:r w:rsidR="004F4361">
        <w:rPr>
          <w:rFonts w:ascii="Arial" w:eastAsia="Arial" w:hAnsi="Arial"/>
        </w:rPr>
        <w:t xml:space="preserve"> transferring information.  </w:t>
      </w:r>
    </w:p>
    <w:p w14:paraId="518149E4" w14:textId="77777777" w:rsidR="004C256C" w:rsidRDefault="004C256C"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rPr>
          <w:rFonts w:ascii="Arial" w:eastAsia="Arial" w:hAnsi="Arial"/>
        </w:rPr>
      </w:pPr>
    </w:p>
    <w:p w14:paraId="62B1C491" w14:textId="016C6799" w:rsidR="004F4361" w:rsidRDefault="004F436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rPr>
        <w:t>At this moment, ou</w:t>
      </w:r>
      <w:r w:rsidR="00DB1C47">
        <w:rPr>
          <w:rFonts w:ascii="Arial" w:eastAsia="Arial" w:hAnsi="Arial"/>
        </w:rPr>
        <w:t>r experience is [</w:t>
      </w:r>
      <w:r w:rsidR="00DB1C47" w:rsidRPr="00DB1C47">
        <w:rPr>
          <w:rFonts w:ascii="Arial" w:eastAsia="Arial" w:hAnsi="Arial"/>
          <w:i/>
        </w:rPr>
        <w:t>specific details of ongoing study redacted</w:t>
      </w:r>
      <w:r w:rsidR="00DB1C47">
        <w:rPr>
          <w:rFonts w:ascii="Arial" w:eastAsia="Arial" w:hAnsi="Arial"/>
        </w:rPr>
        <w:t xml:space="preserve">] </w:t>
      </w:r>
      <w:r>
        <w:rPr>
          <w:rFonts w:ascii="Arial" w:eastAsia="Arial" w:hAnsi="Arial"/>
        </w:rPr>
        <w:t xml:space="preserve">and it ends with the development of a practical medical guide in which the government </w:t>
      </w:r>
      <w:r w:rsidR="00DB1C47">
        <w:rPr>
          <w:rFonts w:ascii="Arial" w:eastAsia="Arial" w:hAnsi="Arial"/>
        </w:rPr>
        <w:t>ministries</w:t>
      </w:r>
      <w:r>
        <w:rPr>
          <w:rFonts w:ascii="Arial" w:eastAsia="Arial" w:hAnsi="Arial"/>
        </w:rPr>
        <w:t xml:space="preserve"> </w:t>
      </w:r>
      <w:r w:rsidR="00DB1C47">
        <w:rPr>
          <w:rFonts w:ascii="Arial" w:eastAsia="Arial" w:hAnsi="Arial"/>
        </w:rPr>
        <w:t xml:space="preserve">and </w:t>
      </w:r>
      <w:r>
        <w:rPr>
          <w:rFonts w:ascii="Arial" w:eastAsia="Arial" w:hAnsi="Arial"/>
        </w:rPr>
        <w:t>expe</w:t>
      </w:r>
      <w:r w:rsidR="00DB1C47">
        <w:rPr>
          <w:rFonts w:ascii="Arial" w:eastAsia="Arial" w:hAnsi="Arial"/>
        </w:rPr>
        <w:t>rt from different scientific</w:t>
      </w:r>
      <w:r>
        <w:rPr>
          <w:rFonts w:ascii="Arial" w:eastAsia="Arial" w:hAnsi="Arial"/>
        </w:rPr>
        <w:t xml:space="preserve"> societies of the country</w:t>
      </w:r>
      <w:r w:rsidR="00DB1C47">
        <w:rPr>
          <w:rFonts w:ascii="Arial" w:eastAsia="Arial" w:hAnsi="Arial"/>
        </w:rPr>
        <w:t xml:space="preserve"> are involved,</w:t>
      </w:r>
      <w:r>
        <w:rPr>
          <w:rFonts w:ascii="Arial" w:eastAsia="Arial" w:hAnsi="Arial"/>
        </w:rPr>
        <w:t xml:space="preserve"> and this</w:t>
      </w:r>
      <w:r w:rsidR="00DB1C47">
        <w:rPr>
          <w:rFonts w:ascii="Arial" w:eastAsia="Arial" w:hAnsi="Arial"/>
        </w:rPr>
        <w:t xml:space="preserve"> gives a validity to this guide, allowing it to be </w:t>
      </w:r>
      <w:r>
        <w:rPr>
          <w:rFonts w:ascii="Arial" w:eastAsia="Arial" w:hAnsi="Arial"/>
        </w:rPr>
        <w:t xml:space="preserve">implemented in the country. </w:t>
      </w:r>
      <w:r w:rsidR="00DB1C47">
        <w:rPr>
          <w:rFonts w:ascii="Arial" w:eastAsia="Arial" w:hAnsi="Arial"/>
        </w:rPr>
        <w:t xml:space="preserve">You </w:t>
      </w:r>
      <w:r>
        <w:rPr>
          <w:rFonts w:ascii="Arial" w:eastAsia="Arial" w:hAnsi="Arial"/>
        </w:rPr>
        <w:t xml:space="preserve">have to integrate the multidisciplinary work in </w:t>
      </w:r>
      <w:r w:rsidR="00DB1C47">
        <w:rPr>
          <w:rFonts w:ascii="Arial" w:eastAsia="Arial" w:hAnsi="Arial"/>
        </w:rPr>
        <w:t>your project if you wish</w:t>
      </w:r>
      <w:r>
        <w:rPr>
          <w:rFonts w:ascii="Arial" w:eastAsia="Arial" w:hAnsi="Arial"/>
        </w:rPr>
        <w:t xml:space="preserve"> to impact the control of the TB. Thank you.</w:t>
      </w:r>
    </w:p>
    <w:p w14:paraId="58CEE895" w14:textId="77777777" w:rsidR="004F4361" w:rsidRDefault="004F436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p>
    <w:p w14:paraId="14BD8A47" w14:textId="40A87C02" w:rsidR="004F4361" w:rsidRDefault="00DB1C47"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b/>
        </w:rPr>
        <w:t>Rio 54</w:t>
      </w:r>
    </w:p>
    <w:p w14:paraId="5F01C2D3" w14:textId="2F6651F4" w:rsidR="00DB1C47" w:rsidRDefault="004F436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rPr>
          <w:rFonts w:ascii="Arial" w:eastAsia="Arial" w:hAnsi="Arial"/>
        </w:rPr>
      </w:pPr>
      <w:r>
        <w:rPr>
          <w:rFonts w:ascii="Arial" w:eastAsia="Arial" w:hAnsi="Arial"/>
        </w:rPr>
        <w:t xml:space="preserve">The comments lead me to two thoughts. First, </w:t>
      </w:r>
      <w:r w:rsidR="00DB1C47">
        <w:rPr>
          <w:rFonts w:ascii="Arial" w:eastAsia="Arial" w:hAnsi="Arial"/>
        </w:rPr>
        <w:t>e</w:t>
      </w:r>
      <w:r w:rsidR="00DB1C47" w:rsidRPr="00DB1C47">
        <w:rPr>
          <w:rFonts w:ascii="Arial" w:eastAsia="Arial" w:hAnsi="Arial"/>
        </w:rPr>
        <w:t>thical aspects involve issu</w:t>
      </w:r>
      <w:r w:rsidR="00DB1C47">
        <w:rPr>
          <w:rFonts w:ascii="Arial" w:eastAsia="Arial" w:hAnsi="Arial"/>
        </w:rPr>
        <w:t>es related to what research is being researched</w:t>
      </w:r>
      <w:r w:rsidR="00DB1C47" w:rsidRPr="00DB1C47">
        <w:rPr>
          <w:rFonts w:ascii="Arial" w:eastAsia="Arial" w:hAnsi="Arial"/>
        </w:rPr>
        <w:t>, what research is done for, what is funded in research and what is done with the results.</w:t>
      </w:r>
      <w:r w:rsidR="00DB1C47">
        <w:rPr>
          <w:rFonts w:ascii="Arial" w:eastAsia="Arial" w:hAnsi="Arial"/>
        </w:rPr>
        <w:t xml:space="preserve"> </w:t>
      </w:r>
      <w:r w:rsidR="00DB1C47" w:rsidRPr="00DB1C47">
        <w:rPr>
          <w:rFonts w:ascii="Arial" w:eastAsia="Arial" w:hAnsi="Arial"/>
        </w:rPr>
        <w:t>Additionally it reinforces the need for a broader and more integrative view of the approach to infectious diseases.</w:t>
      </w:r>
    </w:p>
    <w:p w14:paraId="17405CF7" w14:textId="17A02E94" w:rsidR="004F4361" w:rsidRDefault="004F436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p>
    <w:p w14:paraId="1B3B3065" w14:textId="59D67C05" w:rsidR="004F4361" w:rsidRDefault="00DB1C47"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b/>
        </w:rPr>
        <w:t>Rio 15</w:t>
      </w:r>
    </w:p>
    <w:p w14:paraId="48BC632A" w14:textId="449C3215" w:rsidR="004F4361" w:rsidRDefault="00DB1C47"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rPr>
        <w:t>I</w:t>
      </w:r>
      <w:r w:rsidR="004F4361">
        <w:rPr>
          <w:rFonts w:ascii="Arial" w:eastAsia="Arial" w:hAnsi="Arial"/>
        </w:rPr>
        <w:t xml:space="preserve">t's interesting to note that here in the factors, </w:t>
      </w:r>
      <w:r>
        <w:rPr>
          <w:rFonts w:ascii="Arial" w:eastAsia="Arial" w:hAnsi="Arial"/>
        </w:rPr>
        <w:t xml:space="preserve">the prioritized </w:t>
      </w:r>
      <w:r w:rsidR="004F4361">
        <w:rPr>
          <w:rFonts w:ascii="Arial" w:eastAsia="Arial" w:hAnsi="Arial"/>
        </w:rPr>
        <w:t xml:space="preserve">factors, the same discrepancy of data, but at no moment </w:t>
      </w:r>
      <w:r>
        <w:rPr>
          <w:rFonts w:ascii="Arial" w:eastAsia="Arial" w:hAnsi="Arial"/>
        </w:rPr>
        <w:t>is there mention of</w:t>
      </w:r>
      <w:r w:rsidR="004F4361">
        <w:rPr>
          <w:rFonts w:ascii="Arial" w:eastAsia="Arial" w:hAnsi="Arial"/>
        </w:rPr>
        <w:t xml:space="preserve"> the ecology of parasite and host. That is going to be the basis of all this scenario, including the huma</w:t>
      </w:r>
      <w:r>
        <w:rPr>
          <w:rFonts w:ascii="Arial" w:eastAsia="Arial" w:hAnsi="Arial"/>
        </w:rPr>
        <w:t>n scenario. At no time, did I note studies on</w:t>
      </w:r>
      <w:r w:rsidR="004F4361">
        <w:rPr>
          <w:rFonts w:ascii="Arial" w:eastAsia="Arial" w:hAnsi="Arial"/>
        </w:rPr>
        <w:t xml:space="preserve"> migrations or human movement within Latin America, including animals, breeding</w:t>
      </w:r>
      <w:r>
        <w:rPr>
          <w:rFonts w:ascii="Arial" w:eastAsia="Arial" w:hAnsi="Arial"/>
        </w:rPr>
        <w:t>,</w:t>
      </w:r>
      <w:r w:rsidR="004F4361">
        <w:rPr>
          <w:rFonts w:ascii="Arial" w:eastAsia="Arial" w:hAnsi="Arial"/>
        </w:rPr>
        <w:t xml:space="preserve"> domesticated animals or pets. And we have many experiences</w:t>
      </w:r>
      <w:r>
        <w:rPr>
          <w:rFonts w:ascii="Arial" w:eastAsia="Arial" w:hAnsi="Arial"/>
        </w:rPr>
        <w:t>, for example</w:t>
      </w:r>
      <w:r w:rsidR="004F4361">
        <w:rPr>
          <w:rFonts w:ascii="Arial" w:eastAsia="Arial" w:hAnsi="Arial"/>
        </w:rPr>
        <w:t xml:space="preserve"> Venezuela</w:t>
      </w:r>
      <w:r>
        <w:rPr>
          <w:rFonts w:ascii="Arial" w:eastAsia="Arial" w:hAnsi="Arial"/>
        </w:rPr>
        <w:t>,</w:t>
      </w:r>
      <w:r w:rsidR="004F4361">
        <w:rPr>
          <w:rFonts w:ascii="Arial" w:eastAsia="Arial" w:hAnsi="Arial"/>
        </w:rPr>
        <w:t xml:space="preserve"> all </w:t>
      </w:r>
      <w:r>
        <w:rPr>
          <w:rFonts w:ascii="Arial" w:eastAsia="Arial" w:hAnsi="Arial"/>
        </w:rPr>
        <w:t xml:space="preserve">of </w:t>
      </w:r>
      <w:r w:rsidR="004F4361">
        <w:rPr>
          <w:rFonts w:ascii="Arial" w:eastAsia="Arial" w:hAnsi="Arial"/>
        </w:rPr>
        <w:t>this migratory flow. It is complex research that demands the use of big data, and lots of different information. Bu</w:t>
      </w:r>
      <w:r>
        <w:rPr>
          <w:rFonts w:ascii="Arial" w:eastAsia="Arial" w:hAnsi="Arial"/>
        </w:rPr>
        <w:t xml:space="preserve">t I think it is of the essence </w:t>
      </w:r>
      <w:r w:rsidR="004F4361">
        <w:rPr>
          <w:rFonts w:ascii="Arial" w:eastAsia="Arial" w:hAnsi="Arial"/>
        </w:rPr>
        <w:t>for us to think about the steps to come. And once again, these models are not considered or taken into account. Despite all these things, they never show up in our responses. So, I think that we should take a look at this also.</w:t>
      </w:r>
    </w:p>
    <w:p w14:paraId="7E351F3E" w14:textId="77777777" w:rsidR="004F4361" w:rsidRDefault="004F436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p>
    <w:p w14:paraId="56FC7752" w14:textId="6B60A645" w:rsidR="004F4361" w:rsidRDefault="00DB1C47"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b/>
        </w:rPr>
        <w:t>Rio Facilitator 1</w:t>
      </w:r>
    </w:p>
    <w:p w14:paraId="2E7A70E9" w14:textId="38201FB6" w:rsidR="004F4361" w:rsidRDefault="00DB1C47"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rPr>
        <w:t>I’d like to raise a challenge t</w:t>
      </w:r>
      <w:r w:rsidR="004F4361">
        <w:rPr>
          <w:rFonts w:ascii="Arial" w:eastAsia="Arial" w:hAnsi="Arial"/>
        </w:rPr>
        <w:t>o our colleagues from the Caribbean, as we had some really interesting co</w:t>
      </w:r>
      <w:r w:rsidR="001E1860">
        <w:rPr>
          <w:rFonts w:ascii="Arial" w:eastAsia="Arial" w:hAnsi="Arial"/>
        </w:rPr>
        <w:t>mments this morning, of course,</w:t>
      </w:r>
      <w:r w:rsidR="004F4361">
        <w:rPr>
          <w:rFonts w:ascii="Arial" w:eastAsia="Arial" w:hAnsi="Arial"/>
        </w:rPr>
        <w:t xml:space="preserve"> on the importance of not forgetting those small ocean island developing states as well. But we haven't heard so much from you this session. So please do jump in if you have any points. Thanks. </w:t>
      </w:r>
    </w:p>
    <w:p w14:paraId="2A4A789B" w14:textId="77777777" w:rsidR="004F4361" w:rsidRDefault="004F436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p>
    <w:p w14:paraId="15BB872F" w14:textId="77777777" w:rsidR="00C90D4E" w:rsidRDefault="00C90D4E"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rPr>
          <w:rFonts w:ascii="Arial" w:eastAsia="Arial" w:hAnsi="Arial"/>
          <w:b/>
        </w:rPr>
      </w:pPr>
    </w:p>
    <w:p w14:paraId="0601A39C" w14:textId="34B8199E" w:rsidR="004F4361" w:rsidRDefault="001E1860"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b/>
        </w:rPr>
        <w:lastRenderedPageBreak/>
        <w:t>Rio 10</w:t>
      </w:r>
    </w:p>
    <w:p w14:paraId="07EE4E39" w14:textId="7990EB62" w:rsidR="004F4361" w:rsidRDefault="004F436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rPr>
        <w:t xml:space="preserve">Thank you. I'm surprised </w:t>
      </w:r>
      <w:r w:rsidR="001E1860">
        <w:rPr>
          <w:rFonts w:ascii="Arial" w:eastAsia="Arial" w:hAnsi="Arial"/>
        </w:rPr>
        <w:t>that data analysis remained in the middle of the prioritizations</w:t>
      </w:r>
      <w:r>
        <w:rPr>
          <w:rFonts w:ascii="Arial" w:eastAsia="Arial" w:hAnsi="Arial"/>
        </w:rPr>
        <w:t xml:space="preserve"> because</w:t>
      </w:r>
      <w:r w:rsidR="001E1860">
        <w:rPr>
          <w:rFonts w:ascii="Arial" w:eastAsia="Arial" w:hAnsi="Arial"/>
        </w:rPr>
        <w:t>,</w:t>
      </w:r>
      <w:r>
        <w:rPr>
          <w:rFonts w:ascii="Arial" w:eastAsia="Arial" w:hAnsi="Arial"/>
        </w:rPr>
        <w:t xml:space="preserve"> this has already been commented on</w:t>
      </w:r>
      <w:r w:rsidR="001E1860">
        <w:rPr>
          <w:rFonts w:ascii="Arial" w:eastAsia="Arial" w:hAnsi="Arial"/>
        </w:rPr>
        <w:t>,</w:t>
      </w:r>
      <w:r>
        <w:rPr>
          <w:rFonts w:ascii="Arial" w:eastAsia="Arial" w:hAnsi="Arial"/>
        </w:rPr>
        <w:t xml:space="preserve"> </w:t>
      </w:r>
      <w:proofErr w:type="gramStart"/>
      <w:r>
        <w:rPr>
          <w:rFonts w:ascii="Arial" w:eastAsia="Arial" w:hAnsi="Arial"/>
        </w:rPr>
        <w:t>data</w:t>
      </w:r>
      <w:proofErr w:type="gramEnd"/>
      <w:r>
        <w:rPr>
          <w:rFonts w:ascii="Arial" w:eastAsia="Arial" w:hAnsi="Arial"/>
        </w:rPr>
        <w:t xml:space="preserve"> doesn't speak by itself</w:t>
      </w:r>
      <w:r w:rsidR="001E1860">
        <w:rPr>
          <w:rFonts w:ascii="Arial" w:eastAsia="Arial" w:hAnsi="Arial"/>
        </w:rPr>
        <w:t>. And we do see big inequalities</w:t>
      </w:r>
      <w:r>
        <w:rPr>
          <w:rFonts w:ascii="Arial" w:eastAsia="Arial" w:hAnsi="Arial"/>
        </w:rPr>
        <w:t xml:space="preserve"> in our region in how we analyze and interpret data. </w:t>
      </w:r>
      <w:r w:rsidR="001E1860">
        <w:rPr>
          <w:rFonts w:ascii="Arial" w:eastAsia="Arial" w:hAnsi="Arial"/>
        </w:rPr>
        <w:t xml:space="preserve">In order to ensure good research, </w:t>
      </w:r>
      <w:r>
        <w:rPr>
          <w:rFonts w:ascii="Arial" w:eastAsia="Arial" w:hAnsi="Arial"/>
        </w:rPr>
        <w:t>I think this kind of research is very important in o</w:t>
      </w:r>
      <w:r w:rsidR="001E1860">
        <w:rPr>
          <w:rFonts w:ascii="Arial" w:eastAsia="Arial" w:hAnsi="Arial"/>
        </w:rPr>
        <w:t xml:space="preserve">ur region. And the reason that </w:t>
      </w:r>
      <w:r>
        <w:rPr>
          <w:rFonts w:ascii="Arial" w:eastAsia="Arial" w:hAnsi="Arial"/>
        </w:rPr>
        <w:t>vectors, climate and environment are ver</w:t>
      </w:r>
      <w:r w:rsidR="001E1860">
        <w:rPr>
          <w:rFonts w:ascii="Arial" w:eastAsia="Arial" w:hAnsi="Arial"/>
        </w:rPr>
        <w:t>y low in the list of priorities, it’s down to us</w:t>
      </w:r>
      <w:r>
        <w:rPr>
          <w:rFonts w:ascii="Arial" w:eastAsia="Arial" w:hAnsi="Arial"/>
        </w:rPr>
        <w:t xml:space="preserve"> </w:t>
      </w:r>
      <w:r w:rsidR="001E1860">
        <w:rPr>
          <w:rFonts w:ascii="Arial" w:eastAsia="Arial" w:hAnsi="Arial"/>
        </w:rPr>
        <w:t>considering</w:t>
      </w:r>
      <w:r>
        <w:rPr>
          <w:rFonts w:ascii="Arial" w:eastAsia="Arial" w:hAnsi="Arial"/>
        </w:rPr>
        <w:t xml:space="preserve"> the disease by itself and not its dynamics. If we take the dynamics into account, the vectors and environment </w:t>
      </w:r>
      <w:r w:rsidR="001E1860">
        <w:rPr>
          <w:rFonts w:ascii="Arial" w:eastAsia="Arial" w:hAnsi="Arial"/>
        </w:rPr>
        <w:t>increase</w:t>
      </w:r>
      <w:r>
        <w:rPr>
          <w:rFonts w:ascii="Arial" w:eastAsia="Arial" w:hAnsi="Arial"/>
        </w:rPr>
        <w:t xml:space="preserve"> as priorities in types of research. </w:t>
      </w:r>
    </w:p>
    <w:p w14:paraId="5C3B9D2C" w14:textId="77777777" w:rsidR="004F4361" w:rsidRDefault="004F436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p>
    <w:p w14:paraId="76099139" w14:textId="1155D515" w:rsidR="004F4361" w:rsidRDefault="001E1860"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b/>
        </w:rPr>
        <w:t>Rio 38</w:t>
      </w:r>
    </w:p>
    <w:p w14:paraId="68153BA7" w14:textId="254BC23D" w:rsidR="004F4361" w:rsidRDefault="001E1860"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rPr>
        <w:t>Hello,</w:t>
      </w:r>
      <w:r w:rsidR="004F4361">
        <w:rPr>
          <w:rFonts w:ascii="Arial" w:eastAsia="Arial" w:hAnsi="Arial"/>
        </w:rPr>
        <w:t xml:space="preserve"> I am surprised </w:t>
      </w:r>
      <w:r>
        <w:rPr>
          <w:rFonts w:ascii="Arial" w:eastAsia="Arial" w:hAnsi="Arial"/>
        </w:rPr>
        <w:t>by the lack of importance given to modelling</w:t>
      </w:r>
      <w:r w:rsidR="004F4361">
        <w:rPr>
          <w:rFonts w:ascii="Arial" w:eastAsia="Arial" w:hAnsi="Arial"/>
        </w:rPr>
        <w:t>. So, from a point of view of a doctor, I want to know what is going to happen</w:t>
      </w:r>
      <w:r>
        <w:rPr>
          <w:rFonts w:ascii="Arial" w:eastAsia="Arial" w:hAnsi="Arial"/>
        </w:rPr>
        <w:t>,</w:t>
      </w:r>
      <w:r w:rsidR="004F4361">
        <w:rPr>
          <w:rFonts w:ascii="Arial" w:eastAsia="Arial" w:hAnsi="Arial"/>
        </w:rPr>
        <w:t xml:space="preserve"> to </w:t>
      </w:r>
      <w:r>
        <w:rPr>
          <w:rFonts w:ascii="Arial" w:eastAsia="Arial" w:hAnsi="Arial"/>
        </w:rPr>
        <w:t>be able to predict how to act. P</w:t>
      </w:r>
      <w:r w:rsidR="004F4361">
        <w:rPr>
          <w:rFonts w:ascii="Arial" w:eastAsia="Arial" w:hAnsi="Arial"/>
        </w:rPr>
        <w:t>eople do basic research</w:t>
      </w:r>
      <w:r>
        <w:rPr>
          <w:rFonts w:ascii="Arial" w:eastAsia="Arial" w:hAnsi="Arial"/>
        </w:rPr>
        <w:t>,</w:t>
      </w:r>
      <w:r w:rsidR="004F4361">
        <w:rPr>
          <w:rFonts w:ascii="Arial" w:eastAsia="Arial" w:hAnsi="Arial"/>
        </w:rPr>
        <w:t xml:space="preserve"> or some genomic investigation</w:t>
      </w:r>
      <w:r>
        <w:rPr>
          <w:rFonts w:ascii="Arial" w:eastAsia="Arial" w:hAnsi="Arial"/>
        </w:rPr>
        <w:t>s, applied investigations as well, And what I know is some 20, 30 kilometers away from where I work, I</w:t>
      </w:r>
      <w:r w:rsidR="004F4361">
        <w:rPr>
          <w:rFonts w:ascii="Arial" w:eastAsia="Arial" w:hAnsi="Arial"/>
        </w:rPr>
        <w:t xml:space="preserve"> find diseases that we</w:t>
      </w:r>
      <w:r>
        <w:rPr>
          <w:rFonts w:ascii="Arial" w:eastAsia="Arial" w:hAnsi="Arial"/>
        </w:rPr>
        <w:t xml:space="preserve"> consider not eradicated,</w:t>
      </w:r>
      <w:r w:rsidR="004F4361">
        <w:rPr>
          <w:rFonts w:ascii="Arial" w:eastAsia="Arial" w:hAnsi="Arial"/>
        </w:rPr>
        <w:t xml:space="preserve"> </w:t>
      </w:r>
      <w:r>
        <w:rPr>
          <w:rFonts w:ascii="Arial" w:eastAsia="Arial" w:hAnsi="Arial"/>
        </w:rPr>
        <w:t xml:space="preserve">but with a very low incidence. So this </w:t>
      </w:r>
      <w:r w:rsidR="004F4361">
        <w:rPr>
          <w:rFonts w:ascii="Arial" w:eastAsia="Arial" w:hAnsi="Arial"/>
        </w:rPr>
        <w:t>makes me think there is a lack of communication, a very big one</w:t>
      </w:r>
      <w:r>
        <w:rPr>
          <w:rFonts w:ascii="Arial" w:eastAsia="Arial" w:hAnsi="Arial"/>
        </w:rPr>
        <w:t>,</w:t>
      </w:r>
      <w:r w:rsidR="004F4361">
        <w:rPr>
          <w:rFonts w:ascii="Arial" w:eastAsia="Arial" w:hAnsi="Arial"/>
        </w:rPr>
        <w:t xml:space="preserve"> between investigators and researchers and those who are the decision makers, </w:t>
      </w:r>
      <w:r w:rsidR="001D5008">
        <w:rPr>
          <w:rFonts w:ascii="Arial" w:eastAsia="Arial" w:hAnsi="Arial"/>
        </w:rPr>
        <w:t>t</w:t>
      </w:r>
      <w:r w:rsidR="004F4361">
        <w:rPr>
          <w:rFonts w:ascii="Arial" w:eastAsia="Arial" w:hAnsi="Arial"/>
        </w:rPr>
        <w:t xml:space="preserve">hat's quite a problem. Thank you very much. </w:t>
      </w:r>
    </w:p>
    <w:p w14:paraId="119E70EE" w14:textId="77777777" w:rsidR="004F4361" w:rsidRDefault="004F436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p>
    <w:p w14:paraId="065F0639" w14:textId="304F2255" w:rsidR="004F4361" w:rsidRDefault="001E1860"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b/>
        </w:rPr>
        <w:t>Rio 37</w:t>
      </w:r>
    </w:p>
    <w:p w14:paraId="46BF2D4F" w14:textId="2B8BBCAD" w:rsidR="001E1860" w:rsidRDefault="004F436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rPr>
          <w:rFonts w:ascii="Arial" w:eastAsia="Arial" w:hAnsi="Arial"/>
        </w:rPr>
      </w:pPr>
      <w:r>
        <w:rPr>
          <w:rFonts w:ascii="Arial" w:eastAsia="Arial" w:hAnsi="Arial"/>
        </w:rPr>
        <w:t>I</w:t>
      </w:r>
      <w:r w:rsidR="001E1860">
        <w:rPr>
          <w:rFonts w:ascii="Arial" w:eastAsia="Arial" w:hAnsi="Arial"/>
        </w:rPr>
        <w:t>'m going to touch on two points. Integrating infection analysis -</w:t>
      </w:r>
      <w:r>
        <w:rPr>
          <w:rFonts w:ascii="Arial" w:eastAsia="Arial" w:hAnsi="Arial"/>
        </w:rPr>
        <w:t xml:space="preserve"> when we refer to in</w:t>
      </w:r>
      <w:r w:rsidR="001E1860">
        <w:rPr>
          <w:rFonts w:ascii="Arial" w:eastAsia="Arial" w:hAnsi="Arial"/>
        </w:rPr>
        <w:t>fection, we are not aware of co-</w:t>
      </w:r>
      <w:r>
        <w:rPr>
          <w:rFonts w:ascii="Arial" w:eastAsia="Arial" w:hAnsi="Arial"/>
        </w:rPr>
        <w:t>infections. So, I'm</w:t>
      </w:r>
      <w:r w:rsidR="001E1860">
        <w:rPr>
          <w:rFonts w:ascii="Arial" w:eastAsia="Arial" w:hAnsi="Arial"/>
        </w:rPr>
        <w:t xml:space="preserve"> going to talk about microbiota. Many diseases - </w:t>
      </w:r>
      <w:r>
        <w:rPr>
          <w:rFonts w:ascii="Arial" w:eastAsia="Arial" w:hAnsi="Arial"/>
        </w:rPr>
        <w:t xml:space="preserve">GI </w:t>
      </w:r>
      <w:r w:rsidR="001E1860">
        <w:rPr>
          <w:rFonts w:ascii="Arial" w:eastAsia="Arial" w:hAnsi="Arial"/>
        </w:rPr>
        <w:t xml:space="preserve">tract diseases and others - </w:t>
      </w:r>
      <w:r>
        <w:rPr>
          <w:rFonts w:ascii="Arial" w:eastAsia="Arial" w:hAnsi="Arial"/>
        </w:rPr>
        <w:t>may be invo</w:t>
      </w:r>
      <w:r w:rsidR="001E1860">
        <w:rPr>
          <w:rFonts w:ascii="Arial" w:eastAsia="Arial" w:hAnsi="Arial"/>
        </w:rPr>
        <w:t xml:space="preserve">lved with </w:t>
      </w:r>
      <w:proofErr w:type="spellStart"/>
      <w:r w:rsidR="001E1860">
        <w:rPr>
          <w:rFonts w:ascii="Arial" w:eastAsia="Arial" w:hAnsi="Arial"/>
        </w:rPr>
        <w:t>dysbiosis</w:t>
      </w:r>
      <w:proofErr w:type="spellEnd"/>
      <w:r w:rsidR="001E1860">
        <w:rPr>
          <w:rFonts w:ascii="Arial" w:eastAsia="Arial" w:hAnsi="Arial"/>
        </w:rPr>
        <w:t>. And so, we</w:t>
      </w:r>
      <w:r>
        <w:rPr>
          <w:rFonts w:ascii="Arial" w:eastAsia="Arial" w:hAnsi="Arial"/>
        </w:rPr>
        <w:t xml:space="preserve">'re talking about an infection that depends on </w:t>
      </w:r>
      <w:r w:rsidR="001E1860">
        <w:rPr>
          <w:rFonts w:ascii="Arial" w:eastAsia="Arial" w:hAnsi="Arial"/>
        </w:rPr>
        <w:t>another one. W</w:t>
      </w:r>
      <w:r>
        <w:rPr>
          <w:rFonts w:ascii="Arial" w:eastAsia="Arial" w:hAnsi="Arial"/>
        </w:rPr>
        <w:t>e have to be very aware of how an infection can lead to other kinds of infection</w:t>
      </w:r>
      <w:r w:rsidR="001E1860">
        <w:rPr>
          <w:rFonts w:ascii="Arial" w:eastAsia="Arial" w:hAnsi="Arial"/>
        </w:rPr>
        <w:t>. T</w:t>
      </w:r>
      <w:r>
        <w:rPr>
          <w:rFonts w:ascii="Arial" w:eastAsia="Arial" w:hAnsi="Arial"/>
        </w:rPr>
        <w:t xml:space="preserve">hat </w:t>
      </w:r>
      <w:r w:rsidR="001E1860">
        <w:rPr>
          <w:rFonts w:ascii="Arial" w:eastAsia="Arial" w:hAnsi="Arial"/>
        </w:rPr>
        <w:t xml:space="preserve">is </w:t>
      </w:r>
      <w:r>
        <w:rPr>
          <w:rFonts w:ascii="Arial" w:eastAsia="Arial" w:hAnsi="Arial"/>
        </w:rPr>
        <w:t xml:space="preserve">important. </w:t>
      </w:r>
    </w:p>
    <w:p w14:paraId="63FBB233" w14:textId="77777777" w:rsidR="001E1860" w:rsidRDefault="001E1860"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rPr>
          <w:rFonts w:ascii="Arial" w:eastAsia="Arial" w:hAnsi="Arial"/>
        </w:rPr>
      </w:pPr>
    </w:p>
    <w:p w14:paraId="067E6F2F" w14:textId="14E16BA0" w:rsidR="004F4361" w:rsidRDefault="004F436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rPr>
        <w:t>A second issue is the popular</w:t>
      </w:r>
      <w:r w:rsidR="001E1860">
        <w:rPr>
          <w:rFonts w:ascii="Arial" w:eastAsia="Arial" w:hAnsi="Arial"/>
        </w:rPr>
        <w:t xml:space="preserve"> understanding of treatment. A lot </w:t>
      </w:r>
      <w:r>
        <w:rPr>
          <w:rFonts w:ascii="Arial" w:eastAsia="Arial" w:hAnsi="Arial"/>
        </w:rPr>
        <w:t xml:space="preserve">is being discussed today regarding medicinal cannabis, and </w:t>
      </w:r>
      <w:r w:rsidR="001E1860">
        <w:rPr>
          <w:rFonts w:ascii="Arial" w:eastAsia="Arial" w:hAnsi="Arial"/>
        </w:rPr>
        <w:t>the situations in which it can be used,</w:t>
      </w:r>
      <w:r>
        <w:rPr>
          <w:rFonts w:ascii="Arial" w:eastAsia="Arial" w:hAnsi="Arial"/>
        </w:rPr>
        <w:t xml:space="preserve"> and infectious diseases can also be part of </w:t>
      </w:r>
      <w:r w:rsidR="001E1860">
        <w:rPr>
          <w:rFonts w:ascii="Arial" w:eastAsia="Arial" w:hAnsi="Arial"/>
        </w:rPr>
        <w:t>this debate. T</w:t>
      </w:r>
      <w:r>
        <w:rPr>
          <w:rFonts w:ascii="Arial" w:eastAsia="Arial" w:hAnsi="Arial"/>
        </w:rPr>
        <w:t>here are many patients</w:t>
      </w:r>
      <w:r w:rsidR="001E1860">
        <w:rPr>
          <w:rFonts w:ascii="Arial" w:eastAsia="Arial" w:hAnsi="Arial"/>
        </w:rPr>
        <w:t>,</w:t>
      </w:r>
      <w:r>
        <w:rPr>
          <w:rFonts w:ascii="Arial" w:eastAsia="Arial" w:hAnsi="Arial"/>
        </w:rPr>
        <w:t xml:space="preserve"> and </w:t>
      </w:r>
      <w:r w:rsidR="001E1860">
        <w:rPr>
          <w:rFonts w:ascii="Arial" w:eastAsia="Arial" w:hAnsi="Arial"/>
        </w:rPr>
        <w:t xml:space="preserve">the </w:t>
      </w:r>
      <w:r>
        <w:rPr>
          <w:rFonts w:ascii="Arial" w:eastAsia="Arial" w:hAnsi="Arial"/>
        </w:rPr>
        <w:t xml:space="preserve">population at large </w:t>
      </w:r>
      <w:r w:rsidR="001E1860">
        <w:rPr>
          <w:rFonts w:ascii="Arial" w:eastAsia="Arial" w:hAnsi="Arial"/>
        </w:rPr>
        <w:t xml:space="preserve">are </w:t>
      </w:r>
      <w:r>
        <w:rPr>
          <w:rFonts w:ascii="Arial" w:eastAsia="Arial" w:hAnsi="Arial"/>
        </w:rPr>
        <w:t>demanding answers. They want to know</w:t>
      </w:r>
      <w:r w:rsidR="001E1860">
        <w:rPr>
          <w:rFonts w:ascii="Arial" w:eastAsia="Arial" w:hAnsi="Arial"/>
        </w:rPr>
        <w:t>,</w:t>
      </w:r>
      <w:r>
        <w:rPr>
          <w:rFonts w:ascii="Arial" w:eastAsia="Arial" w:hAnsi="Arial"/>
        </w:rPr>
        <w:t xml:space="preserve"> oftentimes, they want to resolve the problem with one treatment, but we don't really know what that can cause. So, we have to meet the population</w:t>
      </w:r>
      <w:r w:rsidR="001E1860">
        <w:rPr>
          <w:rFonts w:ascii="Arial" w:eastAsia="Arial" w:hAnsi="Arial"/>
        </w:rPr>
        <w:t>’</w:t>
      </w:r>
      <w:r>
        <w:rPr>
          <w:rFonts w:ascii="Arial" w:eastAsia="Arial" w:hAnsi="Arial"/>
        </w:rPr>
        <w:t>s demand for information on this.</w:t>
      </w:r>
    </w:p>
    <w:p w14:paraId="3B7C1393" w14:textId="77777777" w:rsidR="004F4361" w:rsidRDefault="004F436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p>
    <w:p w14:paraId="2207BC68" w14:textId="111F408F" w:rsidR="004F4361" w:rsidRDefault="001E1860"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b/>
        </w:rPr>
        <w:t>Rio Facilitator 4</w:t>
      </w:r>
    </w:p>
    <w:p w14:paraId="34A26809" w14:textId="60EAF541" w:rsidR="001E1860" w:rsidRDefault="004F436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rPr>
          <w:rFonts w:ascii="Arial" w:eastAsia="Arial" w:hAnsi="Arial"/>
        </w:rPr>
      </w:pPr>
      <w:r>
        <w:rPr>
          <w:rFonts w:ascii="Arial" w:eastAsia="Arial" w:hAnsi="Arial"/>
        </w:rPr>
        <w:t xml:space="preserve">Thank you very much. </w:t>
      </w:r>
      <w:r w:rsidR="001E1860">
        <w:rPr>
          <w:rFonts w:ascii="Arial" w:eastAsia="Arial" w:hAnsi="Arial"/>
        </w:rPr>
        <w:t xml:space="preserve">We have a </w:t>
      </w:r>
      <w:r w:rsidR="001D5008">
        <w:rPr>
          <w:rFonts w:ascii="Arial" w:eastAsia="Arial" w:hAnsi="Arial"/>
        </w:rPr>
        <w:t>comment</w:t>
      </w:r>
      <w:r>
        <w:rPr>
          <w:rFonts w:ascii="Arial" w:eastAsia="Arial" w:hAnsi="Arial"/>
        </w:rPr>
        <w:t xml:space="preserve"> online now, </w:t>
      </w:r>
    </w:p>
    <w:p w14:paraId="4D56E091" w14:textId="77777777" w:rsidR="001E1860" w:rsidRDefault="001E1860"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rPr>
          <w:rFonts w:ascii="Arial" w:eastAsia="Arial" w:hAnsi="Arial"/>
        </w:rPr>
      </w:pPr>
    </w:p>
    <w:p w14:paraId="74B308D9" w14:textId="184ACCDA" w:rsidR="001E1860" w:rsidRPr="001D5008" w:rsidRDefault="001D5008"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rPr>
          <w:rFonts w:ascii="Arial" w:eastAsia="Arial" w:hAnsi="Arial"/>
          <w:b/>
        </w:rPr>
      </w:pPr>
      <w:r w:rsidRPr="001D5008">
        <w:rPr>
          <w:rFonts w:ascii="Arial" w:eastAsia="Arial" w:hAnsi="Arial"/>
          <w:b/>
        </w:rPr>
        <w:t>Rio 54</w:t>
      </w:r>
      <w:r w:rsidR="004F4361" w:rsidRPr="001D5008">
        <w:rPr>
          <w:rFonts w:ascii="Arial" w:eastAsia="Arial" w:hAnsi="Arial"/>
          <w:b/>
        </w:rPr>
        <w:t xml:space="preserve"> </w:t>
      </w:r>
    </w:p>
    <w:p w14:paraId="7B303049" w14:textId="0FF94617" w:rsidR="001D5008" w:rsidRDefault="001D5008"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rPr>
          <w:rFonts w:ascii="Arial" w:eastAsia="Arial" w:hAnsi="Arial"/>
        </w:rPr>
      </w:pPr>
      <w:r w:rsidRPr="001D5008">
        <w:rPr>
          <w:rFonts w:ascii="Arial" w:eastAsia="Arial" w:hAnsi="Arial"/>
        </w:rPr>
        <w:t>Regarding decision makers, I reinforce the idea that they have different views, different logics and it is key to find meeting points between research</w:t>
      </w:r>
      <w:r>
        <w:rPr>
          <w:rFonts w:ascii="Arial" w:eastAsia="Arial" w:hAnsi="Arial"/>
        </w:rPr>
        <w:t>ers</w:t>
      </w:r>
      <w:r w:rsidRPr="001D5008">
        <w:rPr>
          <w:rFonts w:ascii="Arial" w:eastAsia="Arial" w:hAnsi="Arial"/>
        </w:rPr>
        <w:t xml:space="preserve"> and decision makers</w:t>
      </w:r>
      <w:r>
        <w:rPr>
          <w:rFonts w:ascii="Arial" w:eastAsia="Arial" w:hAnsi="Arial"/>
        </w:rPr>
        <w:t>,</w:t>
      </w:r>
      <w:r w:rsidRPr="001D5008">
        <w:rPr>
          <w:rFonts w:ascii="Arial" w:eastAsia="Arial" w:hAnsi="Arial"/>
        </w:rPr>
        <w:t xml:space="preserve"> as well as the moments in which </w:t>
      </w:r>
      <w:r w:rsidRPr="001D5008">
        <w:rPr>
          <w:rFonts w:ascii="Arial" w:eastAsia="Arial" w:hAnsi="Arial"/>
        </w:rPr>
        <w:lastRenderedPageBreak/>
        <w:t>the results are presented</w:t>
      </w:r>
      <w:r>
        <w:rPr>
          <w:rFonts w:ascii="Arial" w:eastAsia="Arial" w:hAnsi="Arial"/>
        </w:rPr>
        <w:t>,</w:t>
      </w:r>
      <w:r w:rsidRPr="001D5008">
        <w:rPr>
          <w:rFonts w:ascii="Arial" w:eastAsia="Arial" w:hAnsi="Arial"/>
        </w:rPr>
        <w:t xml:space="preserve"> because one of the great difficulties is trying to establish agreements in times of changes in government.</w:t>
      </w:r>
    </w:p>
    <w:p w14:paraId="075C9010" w14:textId="6EAD32E1" w:rsidR="001E1860" w:rsidRDefault="001E1860"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rPr>
          <w:rFonts w:ascii="Arial" w:eastAsia="Arial" w:hAnsi="Arial"/>
        </w:rPr>
      </w:pPr>
    </w:p>
    <w:p w14:paraId="6361C19C" w14:textId="77777777" w:rsidR="00DC0DFF" w:rsidRDefault="001D5008"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rPr>
          <w:rFonts w:ascii="Arial" w:eastAsia="Arial" w:hAnsi="Arial"/>
        </w:rPr>
      </w:pPr>
      <w:r w:rsidRPr="001D5008">
        <w:rPr>
          <w:rFonts w:ascii="Arial" w:eastAsia="Arial" w:hAnsi="Arial"/>
          <w:b/>
        </w:rPr>
        <w:t>Rio 17</w:t>
      </w:r>
    </w:p>
    <w:p w14:paraId="1DD398A2" w14:textId="7D2DDC1A" w:rsidR="004F4361" w:rsidRDefault="001D5008"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rPr>
          <w:color w:val="FF0000"/>
        </w:rPr>
      </w:pPr>
      <w:r w:rsidRPr="001D5008">
        <w:rPr>
          <w:rFonts w:ascii="Arial" w:eastAsia="Arial" w:hAnsi="Arial"/>
        </w:rPr>
        <w:t>To combat misinformation and anti-science movements, we need science and data literacy education and introduction of public hea</w:t>
      </w:r>
      <w:r>
        <w:rPr>
          <w:rFonts w:ascii="Arial" w:eastAsia="Arial" w:hAnsi="Arial"/>
        </w:rPr>
        <w:t>lth as a science in education. I</w:t>
      </w:r>
      <w:r w:rsidRPr="001D5008">
        <w:rPr>
          <w:rFonts w:ascii="Arial" w:eastAsia="Arial" w:hAnsi="Arial"/>
        </w:rPr>
        <w:t>n my experience during the pandemic, there was very little understanding of what public health is and how it benefits the community.</w:t>
      </w:r>
    </w:p>
    <w:p w14:paraId="599330D4" w14:textId="77777777" w:rsidR="004F4361" w:rsidRDefault="004F436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rPr>
          <w:color w:val="FF0000"/>
        </w:rPr>
      </w:pPr>
    </w:p>
    <w:p w14:paraId="7EC514C5" w14:textId="2A3BA9D7" w:rsidR="004F4361" w:rsidRDefault="001D5008"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b/>
        </w:rPr>
        <w:t>Rio 33</w:t>
      </w:r>
    </w:p>
    <w:p w14:paraId="3EA49343" w14:textId="127D8F91" w:rsidR="004F4361" w:rsidRDefault="001D5008"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rPr>
        <w:t>T</w:t>
      </w:r>
      <w:r w:rsidR="004F4361">
        <w:rPr>
          <w:rFonts w:ascii="Arial" w:eastAsia="Arial" w:hAnsi="Arial"/>
        </w:rPr>
        <w:t>his exercise is very interesting. I just l</w:t>
      </w:r>
      <w:r>
        <w:rPr>
          <w:rFonts w:ascii="Arial" w:eastAsia="Arial" w:hAnsi="Arial"/>
        </w:rPr>
        <w:t xml:space="preserve">ike to touch on a point that has come up. I've </w:t>
      </w:r>
      <w:r w:rsidR="004F4361">
        <w:rPr>
          <w:rFonts w:ascii="Arial" w:eastAsia="Arial" w:hAnsi="Arial"/>
        </w:rPr>
        <w:t xml:space="preserve">answered the questionnaire so long ago, I can't remember whether </w:t>
      </w:r>
      <w:r>
        <w:rPr>
          <w:rFonts w:ascii="Arial" w:eastAsia="Arial" w:hAnsi="Arial"/>
        </w:rPr>
        <w:t xml:space="preserve">it’s a type of research that was listed, but it </w:t>
      </w:r>
      <w:r w:rsidR="004F4361">
        <w:rPr>
          <w:rFonts w:ascii="Arial" w:eastAsia="Arial" w:hAnsi="Arial"/>
        </w:rPr>
        <w:t xml:space="preserve">was </w:t>
      </w:r>
      <w:r>
        <w:rPr>
          <w:rFonts w:ascii="Arial" w:eastAsia="Arial" w:hAnsi="Arial"/>
        </w:rPr>
        <w:t xml:space="preserve">also </w:t>
      </w:r>
      <w:r w:rsidR="004F4361">
        <w:rPr>
          <w:rFonts w:ascii="Arial" w:eastAsia="Arial" w:hAnsi="Arial"/>
        </w:rPr>
        <w:t>touched on by some people, which is the issue of analysis of policies and health systems.  So, this last issue that was raised online, the relationship between research</w:t>
      </w:r>
      <w:r>
        <w:rPr>
          <w:rFonts w:ascii="Arial" w:eastAsia="Arial" w:hAnsi="Arial"/>
        </w:rPr>
        <w:t xml:space="preserve">ers and the decision makers - </w:t>
      </w:r>
      <w:r w:rsidR="004F4361">
        <w:rPr>
          <w:rFonts w:ascii="Arial" w:eastAsia="Arial" w:hAnsi="Arial"/>
        </w:rPr>
        <w:t>there is a fi</w:t>
      </w:r>
      <w:r>
        <w:rPr>
          <w:rFonts w:ascii="Arial" w:eastAsia="Arial" w:hAnsi="Arial"/>
        </w:rPr>
        <w:t>eld of public policy analysis, public health and health s</w:t>
      </w:r>
      <w:r w:rsidR="004F4361">
        <w:rPr>
          <w:rFonts w:ascii="Arial" w:eastAsia="Arial" w:hAnsi="Arial"/>
        </w:rPr>
        <w:t>ystem policies analysis. Are these policies prepar</w:t>
      </w:r>
      <w:r>
        <w:rPr>
          <w:rFonts w:ascii="Arial" w:eastAsia="Arial" w:hAnsi="Arial"/>
        </w:rPr>
        <w:t>ed to solve the problems? And Rio 07</w:t>
      </w:r>
      <w:r w:rsidR="004F4361">
        <w:rPr>
          <w:rFonts w:ascii="Arial" w:eastAsia="Arial" w:hAnsi="Arial"/>
        </w:rPr>
        <w:t xml:space="preserve"> talked about Dengue</w:t>
      </w:r>
      <w:r>
        <w:rPr>
          <w:rFonts w:ascii="Arial" w:eastAsia="Arial" w:hAnsi="Arial"/>
        </w:rPr>
        <w:t>,</w:t>
      </w:r>
      <w:r w:rsidR="004F4361">
        <w:rPr>
          <w:rFonts w:ascii="Arial" w:eastAsia="Arial" w:hAnsi="Arial"/>
        </w:rPr>
        <w:t xml:space="preserve"> 50 years </w:t>
      </w:r>
      <w:r>
        <w:rPr>
          <w:rFonts w:ascii="Arial" w:eastAsia="Arial" w:hAnsi="Arial"/>
        </w:rPr>
        <w:t xml:space="preserve">of </w:t>
      </w:r>
      <w:r w:rsidR="004F4361">
        <w:rPr>
          <w:rFonts w:ascii="Arial" w:eastAsia="Arial" w:hAnsi="Arial"/>
        </w:rPr>
        <w:t xml:space="preserve">controlling the vector but there's something missing there. So, </w:t>
      </w:r>
      <w:r>
        <w:rPr>
          <w:rFonts w:ascii="Arial" w:eastAsia="Arial" w:hAnsi="Arial"/>
        </w:rPr>
        <w:t xml:space="preserve">we need to talk about whether we are </w:t>
      </w:r>
      <w:r w:rsidR="004F4361">
        <w:rPr>
          <w:rFonts w:ascii="Arial" w:eastAsia="Arial" w:hAnsi="Arial"/>
        </w:rPr>
        <w:t>making the policies adequate or not, we talked about implementation science but this presuppos</w:t>
      </w:r>
      <w:r>
        <w:rPr>
          <w:rFonts w:ascii="Arial" w:eastAsia="Arial" w:hAnsi="Arial"/>
        </w:rPr>
        <w:t>es that you already have a well-</w:t>
      </w:r>
      <w:r w:rsidR="004F4361">
        <w:rPr>
          <w:rFonts w:ascii="Arial" w:eastAsia="Arial" w:hAnsi="Arial"/>
        </w:rPr>
        <w:t>mapped control form and then you're going to do a study</w:t>
      </w:r>
      <w:r>
        <w:rPr>
          <w:rFonts w:ascii="Arial" w:eastAsia="Arial" w:hAnsi="Arial"/>
        </w:rPr>
        <w:t>,</w:t>
      </w:r>
      <w:r w:rsidR="004F4361">
        <w:rPr>
          <w:rFonts w:ascii="Arial" w:eastAsia="Arial" w:hAnsi="Arial"/>
        </w:rPr>
        <w:t xml:space="preserve"> whether it's properly impleme</w:t>
      </w:r>
      <w:r>
        <w:rPr>
          <w:rFonts w:ascii="Arial" w:eastAsia="Arial" w:hAnsi="Arial"/>
        </w:rPr>
        <w:t>nted or not. But there's also the issue of policy design, a</w:t>
      </w:r>
      <w:r w:rsidR="004F4361">
        <w:rPr>
          <w:rFonts w:ascii="Arial" w:eastAsia="Arial" w:hAnsi="Arial"/>
        </w:rPr>
        <w:t>nd this is an important field of research. The critical comparative analysis of these policies</w:t>
      </w:r>
      <w:r>
        <w:rPr>
          <w:rFonts w:ascii="Arial" w:eastAsia="Arial" w:hAnsi="Arial"/>
        </w:rPr>
        <w:t>,</w:t>
      </w:r>
      <w:r w:rsidR="004F4361">
        <w:rPr>
          <w:rFonts w:ascii="Arial" w:eastAsia="Arial" w:hAnsi="Arial"/>
        </w:rPr>
        <w:t xml:space="preserve"> to </w:t>
      </w:r>
      <w:proofErr w:type="spellStart"/>
      <w:r w:rsidR="004F4361">
        <w:rPr>
          <w:rFonts w:ascii="Arial" w:eastAsia="Arial" w:hAnsi="Arial"/>
        </w:rPr>
        <w:t>to</w:t>
      </w:r>
      <w:proofErr w:type="spellEnd"/>
      <w:r w:rsidR="004F4361">
        <w:rPr>
          <w:rFonts w:ascii="Arial" w:eastAsia="Arial" w:hAnsi="Arial"/>
        </w:rPr>
        <w:t xml:space="preserve"> study their effectiveness and whether the health system is prepared for this</w:t>
      </w:r>
      <w:r>
        <w:rPr>
          <w:rFonts w:ascii="Arial" w:eastAsia="Arial" w:hAnsi="Arial"/>
        </w:rPr>
        <w:t>. I</w:t>
      </w:r>
      <w:r w:rsidR="004F4361">
        <w:rPr>
          <w:rFonts w:ascii="Arial" w:eastAsia="Arial" w:hAnsi="Arial"/>
        </w:rPr>
        <w:t xml:space="preserve">f there are countries where healthcare is more centered in the hospital. These hospitals are not well distributed, they lack resources and structure and care. How will you be able to answer certain issues that depend on a well-structured healthcare </w:t>
      </w:r>
      <w:proofErr w:type="gramStart"/>
      <w:r w:rsidR="004F4361">
        <w:rPr>
          <w:rFonts w:ascii="Arial" w:eastAsia="Arial" w:hAnsi="Arial"/>
        </w:rPr>
        <w:t>system.</w:t>
      </w:r>
      <w:proofErr w:type="gramEnd"/>
      <w:r w:rsidR="004F4361">
        <w:rPr>
          <w:rFonts w:ascii="Arial" w:eastAsia="Arial" w:hAnsi="Arial"/>
        </w:rPr>
        <w:t xml:space="preserve"> So, this has to be studied. And evidence has to be listed. So, this area did not appear in the results. And it</w:t>
      </w:r>
      <w:r>
        <w:rPr>
          <w:rFonts w:ascii="Arial" w:eastAsia="Arial" w:hAnsi="Arial"/>
        </w:rPr>
        <w:t>’</w:t>
      </w:r>
      <w:r w:rsidR="004F4361">
        <w:rPr>
          <w:rFonts w:ascii="Arial" w:eastAsia="Arial" w:hAnsi="Arial"/>
        </w:rPr>
        <w:t>s sort of underlying many of the opinions being presented here.</w:t>
      </w:r>
    </w:p>
    <w:p w14:paraId="2598DE49" w14:textId="25A990D1" w:rsidR="00DC0DFF" w:rsidRDefault="00DC0DFF"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rPr>
          <w:rFonts w:ascii="Arial" w:eastAsia="Arial" w:hAnsi="Arial"/>
          <w:b/>
        </w:rPr>
      </w:pPr>
      <w:bookmarkStart w:id="0" w:name="_GoBack"/>
      <w:bookmarkEnd w:id="0"/>
    </w:p>
    <w:p w14:paraId="4AB23DC4" w14:textId="0792CB96" w:rsidR="004F4361" w:rsidRDefault="001D5008"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b/>
        </w:rPr>
        <w:t>Rio 13</w:t>
      </w:r>
    </w:p>
    <w:p w14:paraId="32F86C89" w14:textId="277734E1" w:rsidR="004F4361" w:rsidRDefault="004F436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rPr>
        <w:t xml:space="preserve">I'm responding to the challenge for </w:t>
      </w:r>
      <w:r w:rsidR="001D5008">
        <w:rPr>
          <w:rFonts w:ascii="Arial" w:eastAsia="Arial" w:hAnsi="Arial"/>
        </w:rPr>
        <w:t xml:space="preserve">someone from </w:t>
      </w:r>
      <w:r>
        <w:rPr>
          <w:rFonts w:ascii="Arial" w:eastAsia="Arial" w:hAnsi="Arial"/>
        </w:rPr>
        <w:t>the Caribbean to say something. And I think the reason why I hadn't said anything is because the types of research that need to be prioritized are pretty much the same as elsewhere, I think what's important to recogni</w:t>
      </w:r>
      <w:r w:rsidR="00AC5682">
        <w:rPr>
          <w:rFonts w:ascii="Arial" w:eastAsia="Arial" w:hAnsi="Arial"/>
        </w:rPr>
        <w:t>ze is that the findings of that research might be different, a</w:t>
      </w:r>
      <w:r>
        <w:rPr>
          <w:rFonts w:ascii="Arial" w:eastAsia="Arial" w:hAnsi="Arial"/>
        </w:rPr>
        <w:t>nd the ways in which you apply the findings may differ</w:t>
      </w:r>
      <w:r w:rsidR="00AC5682">
        <w:rPr>
          <w:rFonts w:ascii="Arial" w:eastAsia="Arial" w:hAnsi="Arial"/>
        </w:rPr>
        <w:t xml:space="preserve"> as well. So obviously, there’s things like </w:t>
      </w:r>
      <w:r>
        <w:rPr>
          <w:rFonts w:ascii="Arial" w:eastAsia="Arial" w:hAnsi="Arial"/>
        </w:rPr>
        <w:t>climate change</w:t>
      </w:r>
      <w:r w:rsidR="00AC5682">
        <w:rPr>
          <w:rFonts w:ascii="Arial" w:eastAsia="Arial" w:hAnsi="Arial"/>
        </w:rPr>
        <w:t xml:space="preserve"> which</w:t>
      </w:r>
      <w:r>
        <w:rPr>
          <w:rFonts w:ascii="Arial" w:eastAsia="Arial" w:hAnsi="Arial"/>
        </w:rPr>
        <w:t xml:space="preserve"> is important, but all the other things </w:t>
      </w:r>
      <w:r w:rsidR="00AC5682">
        <w:rPr>
          <w:rFonts w:ascii="Arial" w:eastAsia="Arial" w:hAnsi="Arial"/>
        </w:rPr>
        <w:t>discussed here - t</w:t>
      </w:r>
      <w:r>
        <w:rPr>
          <w:rFonts w:ascii="Arial" w:eastAsia="Arial" w:hAnsi="Arial"/>
        </w:rPr>
        <w:t>here's really not much difference in the types of rese</w:t>
      </w:r>
      <w:r w:rsidR="00AC5682">
        <w:rPr>
          <w:rFonts w:ascii="Arial" w:eastAsia="Arial" w:hAnsi="Arial"/>
        </w:rPr>
        <w:t xml:space="preserve">arch that needs to be done. </w:t>
      </w:r>
      <w:r>
        <w:rPr>
          <w:rFonts w:ascii="Arial" w:eastAsia="Arial" w:hAnsi="Arial"/>
        </w:rPr>
        <w:t xml:space="preserve">I expect that you will hear more from me when </w:t>
      </w:r>
      <w:r>
        <w:rPr>
          <w:rFonts w:ascii="Arial" w:eastAsia="Arial" w:hAnsi="Arial"/>
        </w:rPr>
        <w:lastRenderedPageBreak/>
        <w:t xml:space="preserve">you come to barriers and enablers. So that's </w:t>
      </w:r>
      <w:r w:rsidR="00AC5682">
        <w:rPr>
          <w:rFonts w:ascii="Arial" w:eastAsia="Arial" w:hAnsi="Arial"/>
        </w:rPr>
        <w:t>my thoughts</w:t>
      </w:r>
      <w:r>
        <w:rPr>
          <w:rFonts w:ascii="Arial" w:eastAsia="Arial" w:hAnsi="Arial"/>
        </w:rPr>
        <w:t xml:space="preserve"> covered. So, it's very important that we</w:t>
      </w:r>
      <w:r w:rsidR="00AC5682">
        <w:rPr>
          <w:rFonts w:ascii="Arial" w:eastAsia="Arial" w:hAnsi="Arial"/>
        </w:rPr>
        <w:t xml:space="preserve"> [</w:t>
      </w:r>
      <w:r w:rsidR="00AC5682" w:rsidRPr="00AC5682">
        <w:rPr>
          <w:rFonts w:ascii="Arial" w:eastAsia="Arial" w:hAnsi="Arial"/>
          <w:i/>
        </w:rPr>
        <w:t>the Caribbean</w:t>
      </w:r>
      <w:r w:rsidR="00AC5682">
        <w:rPr>
          <w:rFonts w:ascii="Arial" w:eastAsia="Arial" w:hAnsi="Arial"/>
        </w:rPr>
        <w:t>]</w:t>
      </w:r>
      <w:r>
        <w:rPr>
          <w:rFonts w:ascii="Arial" w:eastAsia="Arial" w:hAnsi="Arial"/>
        </w:rPr>
        <w:t xml:space="preserve"> be included because the outcomes might</w:t>
      </w:r>
      <w:r w:rsidR="00AC5682">
        <w:rPr>
          <w:rFonts w:ascii="Arial" w:eastAsia="Arial" w:hAnsi="Arial"/>
        </w:rPr>
        <w:t xml:space="preserve"> not be the same.</w:t>
      </w:r>
    </w:p>
    <w:p w14:paraId="66F28F34" w14:textId="61486FA6" w:rsidR="004F4361" w:rsidRDefault="004F436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p>
    <w:p w14:paraId="026C9A48" w14:textId="48EBC713" w:rsidR="004F4361" w:rsidRDefault="00AC5682"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b/>
        </w:rPr>
        <w:t>Rio 07</w:t>
      </w:r>
    </w:p>
    <w:p w14:paraId="1B676E36" w14:textId="29FC2DB0" w:rsidR="004F4361" w:rsidRDefault="00AC5682"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rPr>
        <w:t xml:space="preserve">An example of where we are working is </w:t>
      </w:r>
      <w:r w:rsidR="004F4361">
        <w:rPr>
          <w:rFonts w:ascii="Arial" w:eastAsia="Arial" w:hAnsi="Arial"/>
        </w:rPr>
        <w:t xml:space="preserve">how to disseminate the benefit of </w:t>
      </w:r>
      <w:r>
        <w:rPr>
          <w:rFonts w:ascii="Arial" w:eastAsia="Arial" w:hAnsi="Arial"/>
        </w:rPr>
        <w:t>new technologies, especially</w:t>
      </w:r>
      <w:r w:rsidR="004F4361">
        <w:rPr>
          <w:rFonts w:ascii="Arial" w:eastAsia="Arial" w:hAnsi="Arial"/>
        </w:rPr>
        <w:t xml:space="preserve"> AI tec</w:t>
      </w:r>
      <w:r>
        <w:rPr>
          <w:rFonts w:ascii="Arial" w:eastAsia="Arial" w:hAnsi="Arial"/>
        </w:rPr>
        <w:t xml:space="preserve">hnologies for the whole society, </w:t>
      </w:r>
      <w:r w:rsidR="004F4361">
        <w:rPr>
          <w:rFonts w:ascii="Arial" w:eastAsia="Arial" w:hAnsi="Arial"/>
        </w:rPr>
        <w:t>and especially the poor population, then this involves different aspects from the ethical aspect, but also from specific aspects and in disease and also with the communities</w:t>
      </w:r>
      <w:r>
        <w:rPr>
          <w:rFonts w:ascii="Arial" w:eastAsia="Arial" w:hAnsi="Arial"/>
        </w:rPr>
        <w:t>. T</w:t>
      </w:r>
      <w:r w:rsidR="004F4361">
        <w:rPr>
          <w:rFonts w:ascii="Arial" w:eastAsia="Arial" w:hAnsi="Arial"/>
        </w:rPr>
        <w:t>he</w:t>
      </w:r>
      <w:r>
        <w:rPr>
          <w:rFonts w:ascii="Arial" w:eastAsia="Arial" w:hAnsi="Arial"/>
        </w:rPr>
        <w:t xml:space="preserve">n the whole development of </w:t>
      </w:r>
      <w:r w:rsidR="004F4361">
        <w:rPr>
          <w:rFonts w:ascii="Arial" w:eastAsia="Arial" w:hAnsi="Arial"/>
        </w:rPr>
        <w:t xml:space="preserve">new tools, of identification of the disease patterns, recommendations will be done by </w:t>
      </w:r>
      <w:r>
        <w:rPr>
          <w:rFonts w:ascii="Arial" w:eastAsia="Arial" w:hAnsi="Arial"/>
        </w:rPr>
        <w:t xml:space="preserve">Big Tech, by </w:t>
      </w:r>
      <w:r w:rsidR="004F4361">
        <w:rPr>
          <w:rFonts w:ascii="Arial" w:eastAsia="Arial" w:hAnsi="Arial"/>
        </w:rPr>
        <w:t xml:space="preserve">the </w:t>
      </w:r>
      <w:r>
        <w:rPr>
          <w:rFonts w:ascii="Arial" w:eastAsia="Arial" w:hAnsi="Arial"/>
        </w:rPr>
        <w:t>North, by the big universities - how do we</w:t>
      </w:r>
      <w:r w:rsidR="004F4361">
        <w:rPr>
          <w:rFonts w:ascii="Arial" w:eastAsia="Arial" w:hAnsi="Arial"/>
        </w:rPr>
        <w:t xml:space="preserve"> involve t</w:t>
      </w:r>
      <w:r>
        <w:rPr>
          <w:rFonts w:ascii="Arial" w:eastAsia="Arial" w:hAnsi="Arial"/>
        </w:rPr>
        <w:t>he communities in the development, how can we</w:t>
      </w:r>
      <w:r w:rsidR="004F4361">
        <w:rPr>
          <w:rFonts w:ascii="Arial" w:eastAsia="Arial" w:hAnsi="Arial"/>
        </w:rPr>
        <w:t xml:space="preserve"> do co</w:t>
      </w:r>
      <w:r>
        <w:rPr>
          <w:rFonts w:ascii="Arial" w:eastAsia="Arial" w:hAnsi="Arial"/>
        </w:rPr>
        <w:t>-development of these</w:t>
      </w:r>
      <w:r w:rsidR="004F4361">
        <w:rPr>
          <w:rFonts w:ascii="Arial" w:eastAsia="Arial" w:hAnsi="Arial"/>
        </w:rPr>
        <w:t xml:space="preserve"> tool</w:t>
      </w:r>
      <w:r>
        <w:rPr>
          <w:rFonts w:ascii="Arial" w:eastAsia="Arial" w:hAnsi="Arial"/>
        </w:rPr>
        <w:t>,</w:t>
      </w:r>
      <w:r w:rsidR="004F4361">
        <w:rPr>
          <w:rFonts w:ascii="Arial" w:eastAsia="Arial" w:hAnsi="Arial"/>
        </w:rPr>
        <w:t xml:space="preserve"> </w:t>
      </w:r>
      <w:r>
        <w:rPr>
          <w:rFonts w:ascii="Arial" w:eastAsia="Arial" w:hAnsi="Arial"/>
        </w:rPr>
        <w:t>when implementing these</w:t>
      </w:r>
      <w:r w:rsidR="004F4361">
        <w:rPr>
          <w:rFonts w:ascii="Arial" w:eastAsia="Arial" w:hAnsi="Arial"/>
        </w:rPr>
        <w:t xml:space="preserve"> new tools, or will </w:t>
      </w:r>
      <w:r>
        <w:rPr>
          <w:rFonts w:ascii="Arial" w:eastAsia="Arial" w:hAnsi="Arial"/>
        </w:rPr>
        <w:t xml:space="preserve">we </w:t>
      </w:r>
      <w:r w:rsidR="004F4361">
        <w:rPr>
          <w:rFonts w:ascii="Arial" w:eastAsia="Arial" w:hAnsi="Arial"/>
        </w:rPr>
        <w:t xml:space="preserve">just </w:t>
      </w:r>
      <w:r>
        <w:rPr>
          <w:rFonts w:ascii="Arial" w:eastAsia="Arial" w:hAnsi="Arial"/>
        </w:rPr>
        <w:t xml:space="preserve">have </w:t>
      </w:r>
      <w:r w:rsidR="004F4361">
        <w:rPr>
          <w:rFonts w:ascii="Arial" w:eastAsia="Arial" w:hAnsi="Arial"/>
        </w:rPr>
        <w:t xml:space="preserve">to assume that the inequity that we live </w:t>
      </w:r>
      <w:r>
        <w:rPr>
          <w:rFonts w:ascii="Arial" w:eastAsia="Arial" w:hAnsi="Arial"/>
        </w:rPr>
        <w:t>in on this continent will</w:t>
      </w:r>
      <w:r w:rsidR="004F4361">
        <w:rPr>
          <w:rFonts w:ascii="Arial" w:eastAsia="Arial" w:hAnsi="Arial"/>
        </w:rPr>
        <w:t xml:space="preserve"> just </w:t>
      </w:r>
      <w:r>
        <w:rPr>
          <w:rFonts w:ascii="Arial" w:eastAsia="Arial" w:hAnsi="Arial"/>
        </w:rPr>
        <w:t>get bigger?</w:t>
      </w:r>
    </w:p>
    <w:p w14:paraId="69FBCDFB" w14:textId="77777777" w:rsidR="004F4361" w:rsidRDefault="004F436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p>
    <w:p w14:paraId="7C1A0825" w14:textId="77459F2E" w:rsidR="004F4361" w:rsidRDefault="00AC5682"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b/>
        </w:rPr>
        <w:t>Rio Facilitator 4</w:t>
      </w:r>
    </w:p>
    <w:p w14:paraId="0DB77E36" w14:textId="77777777" w:rsidR="004F4361" w:rsidRDefault="004F436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rPr>
        <w:t xml:space="preserve">We really have to make deeper research in health innovation so that we can really get to know the solutions together with the communities. I'll pass you the floor now. </w:t>
      </w:r>
    </w:p>
    <w:p w14:paraId="21573F92" w14:textId="77777777" w:rsidR="00AC5682" w:rsidRDefault="00AC5682"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p>
    <w:p w14:paraId="49227D02" w14:textId="2A05A12C" w:rsidR="004F4361" w:rsidRDefault="00B81BB0"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b/>
        </w:rPr>
        <w:t>Rio 50</w:t>
      </w:r>
    </w:p>
    <w:p w14:paraId="4B22926A" w14:textId="433F5E70" w:rsidR="004F4361" w:rsidRDefault="004F436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rPr>
          <w:rFonts w:ascii="Arial" w:eastAsia="Arial" w:hAnsi="Arial"/>
        </w:rPr>
      </w:pPr>
      <w:r>
        <w:rPr>
          <w:rFonts w:ascii="Arial" w:eastAsia="Arial" w:hAnsi="Arial"/>
        </w:rPr>
        <w:t>I think we need more research regarding international borders, people crossing borders and carryi</w:t>
      </w:r>
      <w:r w:rsidR="00AC5682">
        <w:rPr>
          <w:rFonts w:ascii="Arial" w:eastAsia="Arial" w:hAnsi="Arial"/>
        </w:rPr>
        <w:t>ng diseases, like the Colombian-</w:t>
      </w:r>
      <w:r>
        <w:rPr>
          <w:rFonts w:ascii="Arial" w:eastAsia="Arial" w:hAnsi="Arial"/>
        </w:rPr>
        <w:t>Brazilian border for example. We have experience working there but there are few studies on the area. That's one thing</w:t>
      </w:r>
      <w:r w:rsidR="00AC5682">
        <w:rPr>
          <w:rFonts w:ascii="Arial" w:eastAsia="Arial" w:hAnsi="Arial"/>
        </w:rPr>
        <w:t>.</w:t>
      </w:r>
      <w:r>
        <w:rPr>
          <w:rFonts w:ascii="Arial" w:eastAsia="Arial" w:hAnsi="Arial"/>
        </w:rPr>
        <w:t xml:space="preserve"> </w:t>
      </w:r>
      <w:r w:rsidR="00AC5682">
        <w:rPr>
          <w:rFonts w:ascii="Arial" w:eastAsia="Arial" w:hAnsi="Arial"/>
        </w:rPr>
        <w:t>Another thing is conducting com</w:t>
      </w:r>
      <w:r>
        <w:rPr>
          <w:rFonts w:ascii="Arial" w:eastAsia="Arial" w:hAnsi="Arial"/>
        </w:rPr>
        <w:t>munity field research. We have to know the reality there</w:t>
      </w:r>
      <w:r w:rsidR="00AC5682">
        <w:rPr>
          <w:rFonts w:ascii="Arial" w:eastAsia="Arial" w:hAnsi="Arial"/>
        </w:rPr>
        <w:t>,</w:t>
      </w:r>
      <w:r>
        <w:rPr>
          <w:rFonts w:ascii="Arial" w:eastAsia="Arial" w:hAnsi="Arial"/>
        </w:rPr>
        <w:t xml:space="preserve"> and understand what happens in the real world. So, these are studies that are very complex, expensive, but that we have to understand these issues.</w:t>
      </w:r>
    </w:p>
    <w:p w14:paraId="0857BA70" w14:textId="77777777" w:rsidR="004F4361" w:rsidRDefault="004F436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p>
    <w:p w14:paraId="28980A92" w14:textId="7C24FA3D" w:rsidR="004F4361" w:rsidRDefault="00AC5682"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b/>
        </w:rPr>
        <w:t xml:space="preserve">Rio 03 </w:t>
      </w:r>
    </w:p>
    <w:p w14:paraId="6BDA3923" w14:textId="0582F955" w:rsidR="004F4361" w:rsidRDefault="00AC5682"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rPr>
        <w:t xml:space="preserve">I was commenting to Rio Facilitator </w:t>
      </w:r>
      <w:r w:rsidR="004F4361">
        <w:rPr>
          <w:rFonts w:ascii="Arial" w:eastAsia="Arial" w:hAnsi="Arial"/>
        </w:rPr>
        <w:t>1 earlier how I was struck that a significant proportion of the responses to the questions are not really responses to the questions. The questions were pretty specific, wanting to know which research do you think is important? What research should we prioritize? And ma</w:t>
      </w:r>
      <w:r>
        <w:rPr>
          <w:rFonts w:ascii="Arial" w:eastAsia="Arial" w:hAnsi="Arial"/>
        </w:rPr>
        <w:t>ny of their responses are - w</w:t>
      </w:r>
      <w:r w:rsidR="004F4361">
        <w:rPr>
          <w:rFonts w:ascii="Arial" w:eastAsia="Arial" w:hAnsi="Arial"/>
        </w:rPr>
        <w:t>e want to talk about how to get the findings that we're generating into practice. We already know from social science research in many areas outside of emerging infectious diseases, that just telling policymakers doesn't work, just telling communities Oh, you don't know</w:t>
      </w:r>
      <w:r>
        <w:rPr>
          <w:rFonts w:ascii="Arial" w:eastAsia="Arial" w:hAnsi="Arial"/>
        </w:rPr>
        <w:t xml:space="preserve"> enough about this, </w:t>
      </w:r>
      <w:r w:rsidR="004F4361">
        <w:rPr>
          <w:rFonts w:ascii="Arial" w:eastAsia="Arial" w:hAnsi="Arial"/>
        </w:rPr>
        <w:t xml:space="preserve">this </w:t>
      </w:r>
      <w:r w:rsidR="009405A0">
        <w:rPr>
          <w:rFonts w:ascii="Arial" w:eastAsia="Arial" w:hAnsi="Arial"/>
        </w:rPr>
        <w:t>is how you use a bed net. W</w:t>
      </w:r>
      <w:r w:rsidR="004F4361">
        <w:rPr>
          <w:rFonts w:ascii="Arial" w:eastAsia="Arial" w:hAnsi="Arial"/>
        </w:rPr>
        <w:t>e're not actually applying what has already been learned, for example, from f</w:t>
      </w:r>
      <w:r w:rsidR="009405A0">
        <w:rPr>
          <w:rFonts w:ascii="Arial" w:eastAsia="Arial" w:hAnsi="Arial"/>
        </w:rPr>
        <w:t>amily planning from</w:t>
      </w:r>
      <w:r w:rsidR="004F4361">
        <w:rPr>
          <w:rFonts w:ascii="Arial" w:eastAsia="Arial" w:hAnsi="Arial"/>
        </w:rPr>
        <w:t xml:space="preserve"> HIV resear</w:t>
      </w:r>
      <w:r w:rsidR="009405A0">
        <w:rPr>
          <w:rFonts w:ascii="Arial" w:eastAsia="Arial" w:hAnsi="Arial"/>
        </w:rPr>
        <w:t xml:space="preserve">ch. There are also whole fields, </w:t>
      </w:r>
      <w:r w:rsidR="004F4361">
        <w:rPr>
          <w:rFonts w:ascii="Arial" w:eastAsia="Arial" w:hAnsi="Arial"/>
        </w:rPr>
        <w:t xml:space="preserve">experts in research utilization that have to be engaged. One really good example of how this has </w:t>
      </w:r>
      <w:r w:rsidR="009405A0">
        <w:rPr>
          <w:rFonts w:ascii="Arial" w:eastAsia="Arial" w:hAnsi="Arial"/>
        </w:rPr>
        <w:t>been done well</w:t>
      </w:r>
      <w:r w:rsidR="004F4361">
        <w:rPr>
          <w:rFonts w:ascii="Arial" w:eastAsia="Arial" w:hAnsi="Arial"/>
        </w:rPr>
        <w:t xml:space="preserve"> in the HIV </w:t>
      </w:r>
      <w:r w:rsidR="004F4361">
        <w:rPr>
          <w:rFonts w:ascii="Arial" w:eastAsia="Arial" w:hAnsi="Arial"/>
        </w:rPr>
        <w:lastRenderedPageBreak/>
        <w:t xml:space="preserve">prevention research arena, </w:t>
      </w:r>
      <w:r w:rsidR="009405A0">
        <w:rPr>
          <w:rFonts w:ascii="Arial" w:eastAsia="Arial" w:hAnsi="Arial"/>
        </w:rPr>
        <w:t xml:space="preserve">is </w:t>
      </w:r>
      <w:r w:rsidR="004F4361">
        <w:rPr>
          <w:rFonts w:ascii="Arial" w:eastAsia="Arial" w:hAnsi="Arial"/>
        </w:rPr>
        <w:t>engaging transgender women and gay black men in the United States to determine if pre-exposure prophylaxis actually work. Again, we're not doing it. What we have already learned from other arenas is we don't just need to involve the communities; the communities have to be leading the research. They need to be at a minimum doing it w</w:t>
      </w:r>
      <w:r w:rsidR="009405A0">
        <w:rPr>
          <w:rFonts w:ascii="Arial" w:eastAsia="Arial" w:hAnsi="Arial"/>
        </w:rPr>
        <w:t>ith us, but preferably, they are</w:t>
      </w:r>
      <w:r w:rsidR="004F4361">
        <w:rPr>
          <w:rFonts w:ascii="Arial" w:eastAsia="Arial" w:hAnsi="Arial"/>
        </w:rPr>
        <w:t xml:space="preserve"> the ones who are leading. They're the ones who are determining the research agendas. They're the ones who are telling us, here's what we need. Here's your priority for us. Here are the r</w:t>
      </w:r>
      <w:r w:rsidR="009405A0">
        <w:rPr>
          <w:rFonts w:ascii="Arial" w:eastAsia="Arial" w:hAnsi="Arial"/>
        </w:rPr>
        <w:t>easons we're not using bed nets</w:t>
      </w:r>
      <w:r w:rsidR="004F4361">
        <w:rPr>
          <w:rFonts w:ascii="Arial" w:eastAsia="Arial" w:hAnsi="Arial"/>
        </w:rPr>
        <w:t>. And I have been really racking my brain trying to figure out why</w:t>
      </w:r>
      <w:r w:rsidR="009405A0">
        <w:rPr>
          <w:rFonts w:ascii="Arial" w:eastAsia="Arial" w:hAnsi="Arial"/>
        </w:rPr>
        <w:t>. Why are</w:t>
      </w:r>
      <w:r w:rsidR="004F4361">
        <w:rPr>
          <w:rFonts w:ascii="Arial" w:eastAsia="Arial" w:hAnsi="Arial"/>
        </w:rPr>
        <w:t xml:space="preserve"> we </w:t>
      </w:r>
      <w:r w:rsidR="009405A0">
        <w:rPr>
          <w:rFonts w:ascii="Arial" w:eastAsia="Arial" w:hAnsi="Arial"/>
        </w:rPr>
        <w:t xml:space="preserve">not doing what we already know? </w:t>
      </w:r>
      <w:r w:rsidR="004F4361">
        <w:rPr>
          <w:rFonts w:ascii="Arial" w:eastAsia="Arial" w:hAnsi="Arial"/>
        </w:rPr>
        <w:t>Two things I think could be at the core of it are</w:t>
      </w:r>
      <w:r w:rsidR="009405A0">
        <w:rPr>
          <w:rFonts w:ascii="Arial" w:eastAsia="Arial" w:hAnsi="Arial"/>
        </w:rPr>
        <w:t>,</w:t>
      </w:r>
      <w:r w:rsidR="004F4361">
        <w:rPr>
          <w:rFonts w:ascii="Arial" w:eastAsia="Arial" w:hAnsi="Arial"/>
        </w:rPr>
        <w:t xml:space="preserve"> </w:t>
      </w:r>
      <w:proofErr w:type="gramStart"/>
      <w:r w:rsidR="004F4361">
        <w:rPr>
          <w:rFonts w:ascii="Arial" w:eastAsia="Arial" w:hAnsi="Arial"/>
        </w:rPr>
        <w:t>one</w:t>
      </w:r>
      <w:r w:rsidR="009405A0">
        <w:rPr>
          <w:rFonts w:ascii="Arial" w:eastAsia="Arial" w:hAnsi="Arial"/>
        </w:rPr>
        <w:t>,</w:t>
      </w:r>
      <w:r w:rsidR="004F4361">
        <w:rPr>
          <w:rFonts w:ascii="Arial" w:eastAsia="Arial" w:hAnsi="Arial"/>
        </w:rPr>
        <w:t xml:space="preserve"> that</w:t>
      </w:r>
      <w:proofErr w:type="gramEnd"/>
      <w:r w:rsidR="004F4361">
        <w:rPr>
          <w:rFonts w:ascii="Arial" w:eastAsia="Arial" w:hAnsi="Arial"/>
        </w:rPr>
        <w:t xml:space="preserve"> we</w:t>
      </w:r>
      <w:r w:rsidR="009405A0">
        <w:rPr>
          <w:rFonts w:ascii="Arial" w:eastAsia="Arial" w:hAnsi="Arial"/>
        </w:rPr>
        <w:t>’ve</w:t>
      </w:r>
      <w:r w:rsidR="004F4361">
        <w:rPr>
          <w:rFonts w:ascii="Arial" w:eastAsia="Arial" w:hAnsi="Arial"/>
        </w:rPr>
        <w:t xml:space="preserve"> failed,</w:t>
      </w:r>
      <w:r w:rsidR="009405A0">
        <w:rPr>
          <w:rFonts w:ascii="Arial" w:eastAsia="Arial" w:hAnsi="Arial"/>
        </w:rPr>
        <w:t xml:space="preserve"> especially on the biomedical side. P</w:t>
      </w:r>
      <w:r w:rsidR="004F4361">
        <w:rPr>
          <w:rFonts w:ascii="Arial" w:eastAsia="Arial" w:hAnsi="Arial"/>
        </w:rPr>
        <w:t xml:space="preserve">athogens are totally fascinating. I agree. And we got a lot of money, especially after </w:t>
      </w:r>
      <w:r w:rsidR="009405A0">
        <w:rPr>
          <w:rFonts w:ascii="Arial" w:eastAsia="Arial" w:hAnsi="Arial"/>
        </w:rPr>
        <w:t xml:space="preserve">the </w:t>
      </w:r>
      <w:r w:rsidR="004F4361">
        <w:rPr>
          <w:rFonts w:ascii="Arial" w:eastAsia="Arial" w:hAnsi="Arial"/>
        </w:rPr>
        <w:t xml:space="preserve">COVID-19 </w:t>
      </w:r>
      <w:r w:rsidR="009405A0">
        <w:rPr>
          <w:rFonts w:ascii="Arial" w:eastAsia="Arial" w:hAnsi="Arial"/>
        </w:rPr>
        <w:t xml:space="preserve">pandemic, </w:t>
      </w:r>
      <w:r w:rsidR="004F4361">
        <w:rPr>
          <w:rFonts w:ascii="Arial" w:eastAsia="Arial" w:hAnsi="Arial"/>
        </w:rPr>
        <w:t>to study the things that are really interesting to us. But we have failed in our obligation to ensure that those findings are going to get to those communities, we have a responsibility to advocate. The other reason, and I co</w:t>
      </w:r>
      <w:r w:rsidR="009405A0">
        <w:rPr>
          <w:rFonts w:ascii="Arial" w:eastAsia="Arial" w:hAnsi="Arial"/>
        </w:rPr>
        <w:t>uld be wrong about this,</w:t>
      </w:r>
      <w:r w:rsidR="004F4361">
        <w:rPr>
          <w:rFonts w:ascii="Arial" w:eastAsia="Arial" w:hAnsi="Arial"/>
        </w:rPr>
        <w:t xml:space="preserve"> I'm </w:t>
      </w:r>
      <w:r w:rsidR="009405A0">
        <w:rPr>
          <w:rFonts w:ascii="Arial" w:eastAsia="Arial" w:hAnsi="Arial"/>
        </w:rPr>
        <w:t xml:space="preserve">just trying to find an answer, is </w:t>
      </w:r>
      <w:r w:rsidR="004F4361">
        <w:rPr>
          <w:rFonts w:ascii="Arial" w:eastAsia="Arial" w:hAnsi="Arial"/>
        </w:rPr>
        <w:t>from the</w:t>
      </w:r>
      <w:r w:rsidR="009405A0">
        <w:rPr>
          <w:rFonts w:ascii="Arial" w:eastAsia="Arial" w:hAnsi="Arial"/>
        </w:rPr>
        <w:t xml:space="preserve"> funders themselves. B</w:t>
      </w:r>
      <w:r w:rsidR="004F4361">
        <w:rPr>
          <w:rFonts w:ascii="Arial" w:eastAsia="Arial" w:hAnsi="Arial"/>
        </w:rPr>
        <w:t>ack in the early 2000s, when there was a boom of research in genomics. The US National Institutes of Health, required that at least 5% of each Biomedical Research Award went towards ethical, legal, and societal issues. I would posit</w:t>
      </w:r>
      <w:r w:rsidR="009405A0">
        <w:rPr>
          <w:rFonts w:ascii="Arial" w:eastAsia="Arial" w:hAnsi="Arial"/>
        </w:rPr>
        <w:t>,</w:t>
      </w:r>
      <w:r w:rsidR="004F4361">
        <w:rPr>
          <w:rFonts w:ascii="Arial" w:eastAsia="Arial" w:hAnsi="Arial"/>
        </w:rPr>
        <w:t xml:space="preserve"> one, I think that that is absolutely crucial for emerging infect</w:t>
      </w:r>
      <w:r w:rsidR="009405A0">
        <w:rPr>
          <w:rFonts w:ascii="Arial" w:eastAsia="Arial" w:hAnsi="Arial"/>
        </w:rPr>
        <w:t>ious disease research as well, but, two, in addition</w:t>
      </w:r>
      <w:r w:rsidR="004F4361">
        <w:rPr>
          <w:rFonts w:ascii="Arial" w:eastAsia="Arial" w:hAnsi="Arial"/>
        </w:rPr>
        <w:t>, that research, utilization, upt</w:t>
      </w:r>
      <w:r w:rsidR="009405A0">
        <w:rPr>
          <w:rFonts w:ascii="Arial" w:eastAsia="Arial" w:hAnsi="Arial"/>
        </w:rPr>
        <w:t xml:space="preserve">ake, or community engagement, </w:t>
      </w:r>
      <w:r w:rsidR="004F4361">
        <w:rPr>
          <w:rFonts w:ascii="Arial" w:eastAsia="Arial" w:hAnsi="Arial"/>
        </w:rPr>
        <w:t xml:space="preserve"> has to be a requirement, we have to kind of say that we do it in NIH funding applications, but nobody is holding our feet to the fire. We're going to have to do it ourselves. Thanks.</w:t>
      </w:r>
    </w:p>
    <w:p w14:paraId="2DCED31A" w14:textId="77777777" w:rsidR="004F4361" w:rsidRDefault="004F436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p>
    <w:p w14:paraId="728548C3" w14:textId="1711A8CA" w:rsidR="004F4361" w:rsidRDefault="009405A0"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b/>
        </w:rPr>
        <w:t>Rio Facilitator 1</w:t>
      </w:r>
    </w:p>
    <w:p w14:paraId="7E454324" w14:textId="5AC47CE4" w:rsidR="004F4361" w:rsidRDefault="009405A0"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rPr>
        <w:t>M</w:t>
      </w:r>
      <w:r w:rsidR="004F4361">
        <w:rPr>
          <w:rFonts w:ascii="Arial" w:eastAsia="Arial" w:hAnsi="Arial"/>
        </w:rPr>
        <w:t>aybe one more.</w:t>
      </w:r>
    </w:p>
    <w:p w14:paraId="422DC845" w14:textId="77777777" w:rsidR="004F4361" w:rsidRDefault="004F4361"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p>
    <w:p w14:paraId="7168D335" w14:textId="55502F80" w:rsidR="004F4361" w:rsidRDefault="009405A0"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b/>
        </w:rPr>
        <w:t>Rio 22</w:t>
      </w:r>
    </w:p>
    <w:p w14:paraId="5D7B97C8" w14:textId="330AA609" w:rsidR="004F4361" w:rsidRDefault="009405A0"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rPr>
          <w:rFonts w:ascii="Arial" w:eastAsia="Arial" w:hAnsi="Arial"/>
        </w:rPr>
      </w:pPr>
      <w:r>
        <w:rPr>
          <w:rFonts w:ascii="Arial" w:eastAsia="Arial" w:hAnsi="Arial"/>
        </w:rPr>
        <w:t>I've just</w:t>
      </w:r>
      <w:r w:rsidR="004F4361">
        <w:rPr>
          <w:rFonts w:ascii="Arial" w:eastAsia="Arial" w:hAnsi="Arial"/>
        </w:rPr>
        <w:t xml:space="preserve"> three very quick comments. </w:t>
      </w:r>
      <w:r>
        <w:rPr>
          <w:rFonts w:ascii="Arial" w:eastAsia="Arial" w:hAnsi="Arial"/>
        </w:rPr>
        <w:t>B</w:t>
      </w:r>
      <w:r w:rsidR="004F4361">
        <w:rPr>
          <w:rFonts w:ascii="Arial" w:eastAsia="Arial" w:hAnsi="Arial"/>
        </w:rPr>
        <w:t xml:space="preserve">ringing back everything going to </w:t>
      </w:r>
      <w:r>
        <w:rPr>
          <w:rFonts w:ascii="Arial" w:eastAsia="Arial" w:hAnsi="Arial"/>
        </w:rPr>
        <w:t>that slide, w</w:t>
      </w:r>
      <w:r w:rsidR="004F4361">
        <w:rPr>
          <w:rFonts w:ascii="Arial" w:eastAsia="Arial" w:hAnsi="Arial"/>
        </w:rPr>
        <w:t>here detection and identification of viral diseases or pathogen diseases was identified as a priority, right? I think we need more research. And that's something that didn't really come up in the discussion on how to improve the detection of those pathogen diseases</w:t>
      </w:r>
      <w:r>
        <w:rPr>
          <w:rFonts w:ascii="Arial" w:eastAsia="Arial" w:hAnsi="Arial"/>
        </w:rPr>
        <w:t>,</w:t>
      </w:r>
      <w:r w:rsidR="004F4361">
        <w:rPr>
          <w:rFonts w:ascii="Arial" w:eastAsia="Arial" w:hAnsi="Arial"/>
        </w:rPr>
        <w:t xml:space="preserve"> or those pathogens that might be circulating undetected for </w:t>
      </w:r>
      <w:r>
        <w:rPr>
          <w:rFonts w:ascii="Arial" w:eastAsia="Arial" w:hAnsi="Arial"/>
        </w:rPr>
        <w:t xml:space="preserve">a </w:t>
      </w:r>
      <w:r w:rsidR="004F4361">
        <w:rPr>
          <w:rFonts w:ascii="Arial" w:eastAsia="Arial" w:hAnsi="Arial"/>
        </w:rPr>
        <w:t>really long until they cause</w:t>
      </w:r>
      <w:r>
        <w:rPr>
          <w:rFonts w:ascii="Arial" w:eastAsia="Arial" w:hAnsi="Arial"/>
        </w:rPr>
        <w:t>, or are</w:t>
      </w:r>
      <w:r w:rsidR="004F4361">
        <w:rPr>
          <w:rFonts w:ascii="Arial" w:eastAsia="Arial" w:hAnsi="Arial"/>
        </w:rPr>
        <w:t xml:space="preserve"> already causing </w:t>
      </w:r>
      <w:r>
        <w:rPr>
          <w:rFonts w:ascii="Arial" w:eastAsia="Arial" w:hAnsi="Arial"/>
        </w:rPr>
        <w:t>a</w:t>
      </w:r>
      <w:r w:rsidR="004F4361">
        <w:rPr>
          <w:rFonts w:ascii="Arial" w:eastAsia="Arial" w:hAnsi="Arial"/>
        </w:rPr>
        <w:t xml:space="preserve"> large outbreak. </w:t>
      </w:r>
      <w:proofErr w:type="spellStart"/>
      <w:r w:rsidR="004F4361">
        <w:rPr>
          <w:rFonts w:ascii="Arial" w:eastAsia="Arial" w:hAnsi="Arial"/>
        </w:rPr>
        <w:t>Zika</w:t>
      </w:r>
      <w:proofErr w:type="spellEnd"/>
      <w:r w:rsidR="004F4361">
        <w:rPr>
          <w:rFonts w:ascii="Arial" w:eastAsia="Arial" w:hAnsi="Arial"/>
        </w:rPr>
        <w:t xml:space="preserve"> is a great example for the Americans. Chikungunya is also a good example for the Americas. Both of them</w:t>
      </w:r>
      <w:r>
        <w:rPr>
          <w:rFonts w:ascii="Arial" w:eastAsia="Arial" w:hAnsi="Arial"/>
        </w:rPr>
        <w:t>,</w:t>
      </w:r>
      <w:r w:rsidR="004F4361">
        <w:rPr>
          <w:rFonts w:ascii="Arial" w:eastAsia="Arial" w:hAnsi="Arial"/>
        </w:rPr>
        <w:t xml:space="preserve"> introduced probably 2014</w:t>
      </w:r>
      <w:r>
        <w:rPr>
          <w:rFonts w:ascii="Arial" w:eastAsia="Arial" w:hAnsi="Arial"/>
        </w:rPr>
        <w:t>, detected in 2015,</w:t>
      </w:r>
      <w:r w:rsidR="004F4361">
        <w:rPr>
          <w:rFonts w:ascii="Arial" w:eastAsia="Arial" w:hAnsi="Arial"/>
        </w:rPr>
        <w:t xml:space="preserve"> in the case of </w:t>
      </w:r>
      <w:proofErr w:type="spellStart"/>
      <w:r w:rsidR="004F4361">
        <w:rPr>
          <w:rFonts w:ascii="Arial" w:eastAsia="Arial" w:hAnsi="Arial"/>
        </w:rPr>
        <w:t>Zika</w:t>
      </w:r>
      <w:proofErr w:type="spellEnd"/>
      <w:r w:rsidR="004F4361">
        <w:rPr>
          <w:rFonts w:ascii="Arial" w:eastAsia="Arial" w:hAnsi="Arial"/>
        </w:rPr>
        <w:t xml:space="preserve">, and </w:t>
      </w:r>
      <w:r>
        <w:rPr>
          <w:rFonts w:ascii="Arial" w:eastAsia="Arial" w:hAnsi="Arial"/>
        </w:rPr>
        <w:t xml:space="preserve">for </w:t>
      </w:r>
      <w:r w:rsidR="004F4361">
        <w:rPr>
          <w:rFonts w:ascii="Arial" w:eastAsia="Arial" w:hAnsi="Arial"/>
        </w:rPr>
        <w:t>chikungunya</w:t>
      </w:r>
      <w:r>
        <w:rPr>
          <w:rFonts w:ascii="Arial" w:eastAsia="Arial" w:hAnsi="Arial"/>
        </w:rPr>
        <w:t xml:space="preserve"> probably a bit less. So how can we </w:t>
      </w:r>
      <w:r w:rsidR="004F4361">
        <w:rPr>
          <w:rFonts w:ascii="Arial" w:eastAsia="Arial" w:hAnsi="Arial"/>
        </w:rPr>
        <w:t xml:space="preserve">improve </w:t>
      </w:r>
      <w:proofErr w:type="gramStart"/>
      <w:r w:rsidR="004F4361">
        <w:rPr>
          <w:rFonts w:ascii="Arial" w:eastAsia="Arial" w:hAnsi="Arial"/>
        </w:rPr>
        <w:t>surveillance.</w:t>
      </w:r>
      <w:proofErr w:type="gramEnd"/>
      <w:r w:rsidR="004F4361">
        <w:rPr>
          <w:rFonts w:ascii="Arial" w:eastAsia="Arial" w:hAnsi="Arial"/>
        </w:rPr>
        <w:t xml:space="preserve"> How can we bring research into the question to </w:t>
      </w:r>
      <w:r>
        <w:rPr>
          <w:rFonts w:ascii="Arial" w:eastAsia="Arial" w:hAnsi="Arial"/>
        </w:rPr>
        <w:t>improve surveillance in most at-</w:t>
      </w:r>
      <w:r w:rsidR="004F4361">
        <w:rPr>
          <w:rFonts w:ascii="Arial" w:eastAsia="Arial" w:hAnsi="Arial"/>
        </w:rPr>
        <w:t>risk locations? I think that's one thing I wanted to mention. And I thi</w:t>
      </w:r>
      <w:r>
        <w:rPr>
          <w:rFonts w:ascii="Arial" w:eastAsia="Arial" w:hAnsi="Arial"/>
        </w:rPr>
        <w:t xml:space="preserve">nk that's really important for Disease X - </w:t>
      </w:r>
      <w:r w:rsidR="004F4361">
        <w:rPr>
          <w:rFonts w:ascii="Arial" w:eastAsia="Arial" w:hAnsi="Arial"/>
        </w:rPr>
        <w:t>for identifying disease X, and how do we do it in a virus or pathogen agnostic way? Right. So normally surveillance is done specifical</w:t>
      </w:r>
      <w:r>
        <w:rPr>
          <w:rFonts w:ascii="Arial" w:eastAsia="Arial" w:hAnsi="Arial"/>
        </w:rPr>
        <w:t>ly for one pathogen, like Rio 15</w:t>
      </w:r>
      <w:r w:rsidR="004F4361">
        <w:rPr>
          <w:rFonts w:ascii="Arial" w:eastAsia="Arial" w:hAnsi="Arial"/>
        </w:rPr>
        <w:t xml:space="preserve"> was saying, for example, you suspect yellow fever, </w:t>
      </w:r>
      <w:proofErr w:type="gramStart"/>
      <w:r w:rsidR="004F4361">
        <w:rPr>
          <w:rFonts w:ascii="Arial" w:eastAsia="Arial" w:hAnsi="Arial"/>
        </w:rPr>
        <w:t>you</w:t>
      </w:r>
      <w:proofErr w:type="gramEnd"/>
      <w:r w:rsidR="004F4361">
        <w:rPr>
          <w:rFonts w:ascii="Arial" w:eastAsia="Arial" w:hAnsi="Arial"/>
        </w:rPr>
        <w:t xml:space="preserve"> </w:t>
      </w:r>
      <w:r w:rsidR="004F4361">
        <w:rPr>
          <w:rFonts w:ascii="Arial" w:eastAsia="Arial" w:hAnsi="Arial"/>
        </w:rPr>
        <w:lastRenderedPageBreak/>
        <w:t xml:space="preserve">do a yellow fever PCR test, for example. But if </w:t>
      </w:r>
      <w:r>
        <w:rPr>
          <w:rFonts w:ascii="Arial" w:eastAsia="Arial" w:hAnsi="Arial"/>
        </w:rPr>
        <w:t>you suspected a fever you tested</w:t>
      </w:r>
      <w:r w:rsidR="004F4361">
        <w:rPr>
          <w:rFonts w:ascii="Arial" w:eastAsia="Arial" w:hAnsi="Arial"/>
        </w:rPr>
        <w:t xml:space="preserve"> on </w:t>
      </w:r>
      <w:r w:rsidR="00DC0DFF">
        <w:rPr>
          <w:rFonts w:ascii="Arial" w:eastAsia="Arial" w:hAnsi="Arial"/>
        </w:rPr>
        <w:t>non-</w:t>
      </w:r>
      <w:r w:rsidR="004F4361">
        <w:rPr>
          <w:rFonts w:ascii="Arial" w:eastAsia="Arial" w:hAnsi="Arial"/>
        </w:rPr>
        <w:t>human primate and it has negative for yellow fever, what do you do with that? Right? You don't really test it for anything else. So, trying to get the framework, a surveillance framework that is based on virus ag</w:t>
      </w:r>
      <w:r>
        <w:rPr>
          <w:rFonts w:ascii="Arial" w:eastAsia="Arial" w:hAnsi="Arial"/>
        </w:rPr>
        <w:t xml:space="preserve">nostic approaches that can detect anything. Preferably something </w:t>
      </w:r>
      <w:r w:rsidR="004F4361">
        <w:rPr>
          <w:rFonts w:ascii="Arial" w:eastAsia="Arial" w:hAnsi="Arial"/>
        </w:rPr>
        <w:t>portable</w:t>
      </w:r>
      <w:r>
        <w:rPr>
          <w:rFonts w:ascii="Arial" w:eastAsia="Arial" w:hAnsi="Arial"/>
        </w:rPr>
        <w:t>,</w:t>
      </w:r>
      <w:r w:rsidR="004F4361">
        <w:rPr>
          <w:rFonts w:ascii="Arial" w:eastAsia="Arial" w:hAnsi="Arial"/>
        </w:rPr>
        <w:t xml:space="preserve"> preferably low cost and preferably sort of a standardized across different locations. I think that should be you know, a good research priority </w:t>
      </w:r>
      <w:r>
        <w:rPr>
          <w:rFonts w:ascii="Arial" w:eastAsia="Arial" w:hAnsi="Arial"/>
        </w:rPr>
        <w:t xml:space="preserve">- </w:t>
      </w:r>
      <w:r w:rsidR="004F4361">
        <w:rPr>
          <w:rFonts w:ascii="Arial" w:eastAsia="Arial" w:hAnsi="Arial"/>
        </w:rPr>
        <w:t xml:space="preserve">to identify with high accuracy viral diseases everywhere, not just of course, you know, </w:t>
      </w:r>
      <w:r>
        <w:rPr>
          <w:rFonts w:ascii="Arial" w:eastAsia="Arial" w:hAnsi="Arial"/>
        </w:rPr>
        <w:t xml:space="preserve">in </w:t>
      </w:r>
      <w:r w:rsidR="00DC0DFF">
        <w:rPr>
          <w:rFonts w:ascii="Arial" w:eastAsia="Arial" w:hAnsi="Arial"/>
        </w:rPr>
        <w:t>non-</w:t>
      </w:r>
      <w:r w:rsidR="004F4361">
        <w:rPr>
          <w:rFonts w:ascii="Arial" w:eastAsia="Arial" w:hAnsi="Arial"/>
        </w:rPr>
        <w:t>human primates, but also perhaps in the clinics, perhaps also in mosquito populations</w:t>
      </w:r>
      <w:r>
        <w:rPr>
          <w:rFonts w:ascii="Arial" w:eastAsia="Arial" w:hAnsi="Arial"/>
        </w:rPr>
        <w:t>,</w:t>
      </w:r>
      <w:r w:rsidR="004F4361">
        <w:rPr>
          <w:rFonts w:ascii="Arial" w:eastAsia="Arial" w:hAnsi="Arial"/>
        </w:rPr>
        <w:t xml:space="preserve"> and do it in wastewater, for example, an</w:t>
      </w:r>
      <w:r>
        <w:rPr>
          <w:rFonts w:ascii="Arial" w:eastAsia="Arial" w:hAnsi="Arial"/>
        </w:rPr>
        <w:t>d do it in a synchronized way s</w:t>
      </w:r>
      <w:r w:rsidR="004F4361">
        <w:rPr>
          <w:rFonts w:ascii="Arial" w:eastAsia="Arial" w:hAnsi="Arial"/>
        </w:rPr>
        <w:t>o that we maximize our ch</w:t>
      </w:r>
      <w:r>
        <w:rPr>
          <w:rFonts w:ascii="Arial" w:eastAsia="Arial" w:hAnsi="Arial"/>
        </w:rPr>
        <w:t xml:space="preserve">ances of really detecting that Disease X that might be coming, be it H5N1, be it </w:t>
      </w:r>
      <w:r w:rsidR="004F4361">
        <w:rPr>
          <w:rFonts w:ascii="Arial" w:eastAsia="Arial" w:hAnsi="Arial"/>
        </w:rPr>
        <w:t>West N</w:t>
      </w:r>
      <w:r>
        <w:rPr>
          <w:rFonts w:ascii="Arial" w:eastAsia="Arial" w:hAnsi="Arial"/>
        </w:rPr>
        <w:t>ile, be it</w:t>
      </w:r>
      <w:r w:rsidR="004F4361">
        <w:rPr>
          <w:rFonts w:ascii="Arial" w:eastAsia="Arial" w:hAnsi="Arial"/>
        </w:rPr>
        <w:t xml:space="preserve"> </w:t>
      </w:r>
      <w:r>
        <w:rPr>
          <w:rFonts w:ascii="Arial" w:eastAsia="Arial" w:hAnsi="Arial"/>
        </w:rPr>
        <w:t>the</w:t>
      </w:r>
      <w:r w:rsidR="004F4361">
        <w:rPr>
          <w:rFonts w:ascii="Arial" w:eastAsia="Arial" w:hAnsi="Arial"/>
        </w:rPr>
        <w:t xml:space="preserve"> re</w:t>
      </w:r>
      <w:r w:rsidR="00DC0DFF">
        <w:rPr>
          <w:rFonts w:ascii="Arial" w:eastAsia="Arial" w:hAnsi="Arial"/>
        </w:rPr>
        <w:t>-</w:t>
      </w:r>
      <w:r w:rsidR="004F4361">
        <w:rPr>
          <w:rFonts w:ascii="Arial" w:eastAsia="Arial" w:hAnsi="Arial"/>
        </w:rPr>
        <w:t>emergence of</w:t>
      </w:r>
      <w:r w:rsidR="00DC0DFF">
        <w:rPr>
          <w:rFonts w:ascii="Arial" w:eastAsia="Arial" w:hAnsi="Arial"/>
        </w:rPr>
        <w:t xml:space="preserve"> yellow fever and so on. So that's it thank</w:t>
      </w:r>
      <w:r w:rsidR="004F4361">
        <w:rPr>
          <w:rFonts w:ascii="Arial" w:eastAsia="Arial" w:hAnsi="Arial"/>
        </w:rPr>
        <w:t xml:space="preserve"> you.</w:t>
      </w:r>
    </w:p>
    <w:p w14:paraId="3A90684F" w14:textId="77777777" w:rsidR="00DC0DFF" w:rsidRDefault="00DC0DFF"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rPr>
          <w:rFonts w:ascii="Arial" w:eastAsia="Arial" w:hAnsi="Arial"/>
        </w:rPr>
      </w:pPr>
    </w:p>
    <w:p w14:paraId="028F4F6B" w14:textId="5AE7CB00" w:rsidR="009405A0" w:rsidRDefault="009405A0" w:rsidP="00DC0D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
        <w:rPr>
          <w:rFonts w:ascii="Arial" w:eastAsia="Arial" w:hAnsi="Arial"/>
        </w:rPr>
        <w:t>[</w:t>
      </w:r>
      <w:r w:rsidRPr="009405A0">
        <w:rPr>
          <w:rFonts w:ascii="Arial" w:eastAsia="Arial" w:hAnsi="Arial"/>
          <w:i/>
        </w:rPr>
        <w:t>Session End]</w:t>
      </w:r>
    </w:p>
    <w:p w14:paraId="1A29A2CC" w14:textId="77777777" w:rsidR="004F4361" w:rsidRPr="00B4138A" w:rsidRDefault="004F4361" w:rsidP="00B4138A">
      <w:pPr>
        <w:spacing w:after="0" w:line="360" w:lineRule="auto"/>
        <w:jc w:val="both"/>
        <w:rPr>
          <w:lang w:val="en-GB"/>
        </w:rPr>
      </w:pPr>
    </w:p>
    <w:sectPr w:rsidR="004F4361" w:rsidRPr="00B4138A" w:rsidSect="001216B9">
      <w:headerReference w:type="default" r:id="rId8"/>
      <w:footerReference w:type="even" r:id="rId9"/>
      <w:footerReference w:type="default" r:id="rId10"/>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44DD6A" w14:textId="77777777" w:rsidR="0003743F" w:rsidRDefault="0003743F">
      <w:pPr>
        <w:spacing w:after="0" w:line="240" w:lineRule="auto"/>
      </w:pPr>
      <w:r>
        <w:separator/>
      </w:r>
    </w:p>
  </w:endnote>
  <w:endnote w:type="continuationSeparator" w:id="0">
    <w:p w14:paraId="1173A71B" w14:textId="77777777" w:rsidR="0003743F" w:rsidRDefault="000374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372650680"/>
      <w:docPartObj>
        <w:docPartGallery w:val="Page Numbers (Bottom of Page)"/>
        <w:docPartUnique/>
      </w:docPartObj>
    </w:sdtPr>
    <w:sdtEndPr>
      <w:rPr>
        <w:rStyle w:val="PageNumber"/>
      </w:rPr>
    </w:sdtEndPr>
    <w:sdtContent>
      <w:p w14:paraId="6546FBDD" w14:textId="77777777" w:rsidR="009405A0" w:rsidRDefault="009405A0" w:rsidP="00FD4E3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37484424"/>
      <w:docPartObj>
        <w:docPartGallery w:val="Page Numbers (Bottom of Page)"/>
        <w:docPartUnique/>
      </w:docPartObj>
    </w:sdtPr>
    <w:sdtEndPr>
      <w:rPr>
        <w:rStyle w:val="PageNumber"/>
      </w:rPr>
    </w:sdtEndPr>
    <w:sdtContent>
      <w:p w14:paraId="6F394D09" w14:textId="77777777" w:rsidR="009405A0" w:rsidRDefault="009405A0" w:rsidP="00FD4E3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D46DD" w14:textId="77777777" w:rsidR="009405A0" w:rsidRDefault="009405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2945626"/>
      <w:docPartObj>
        <w:docPartGallery w:val="Page Numbers (Bottom of Page)"/>
        <w:docPartUnique/>
      </w:docPartObj>
    </w:sdtPr>
    <w:sdtEndPr>
      <w:rPr>
        <w:noProof/>
      </w:rPr>
    </w:sdtEndPr>
    <w:sdtContent>
      <w:p w14:paraId="1A625F8C" w14:textId="5C4C9200" w:rsidR="009405A0" w:rsidRDefault="009405A0">
        <w:pPr>
          <w:pStyle w:val="Footer"/>
          <w:jc w:val="center"/>
        </w:pPr>
        <w:r>
          <w:fldChar w:fldCharType="begin"/>
        </w:r>
        <w:r>
          <w:instrText xml:space="preserve"> PAGE   \* MERGEFORMAT </w:instrText>
        </w:r>
        <w:r>
          <w:fldChar w:fldCharType="separate"/>
        </w:r>
        <w:r w:rsidR="00C90D4E">
          <w:rPr>
            <w:noProof/>
          </w:rPr>
          <w:t>- 15 -</w:t>
        </w:r>
        <w:r>
          <w:rPr>
            <w:noProof/>
          </w:rPr>
          <w:fldChar w:fldCharType="end"/>
        </w:r>
      </w:p>
    </w:sdtContent>
  </w:sdt>
  <w:p w14:paraId="7AA4D088" w14:textId="1033481E" w:rsidR="009405A0" w:rsidRPr="009C3AF0" w:rsidRDefault="009405A0">
    <w:pPr>
      <w:pStyle w:val="Footer"/>
      <w:rPr>
        <w:rFonts w:ascii="Arial" w:hAnsi="Arial" w:cs="Arial"/>
        <w:color w:val="BFBFBF" w:themeColor="background1" w:themeShade="BF"/>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788360" w14:textId="77777777" w:rsidR="0003743F" w:rsidRDefault="0003743F">
      <w:pPr>
        <w:spacing w:after="0" w:line="240" w:lineRule="auto"/>
      </w:pPr>
      <w:r>
        <w:separator/>
      </w:r>
    </w:p>
  </w:footnote>
  <w:footnote w:type="continuationSeparator" w:id="0">
    <w:p w14:paraId="72E8D29A" w14:textId="77777777" w:rsidR="0003743F" w:rsidRDefault="000374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1EA1C" w14:textId="18E0CA46" w:rsidR="009405A0" w:rsidRPr="000E5245" w:rsidRDefault="009405A0">
    <w:pPr>
      <w:pStyle w:val="Header"/>
      <w:rPr>
        <w:rFonts w:asciiTheme="majorHAnsi" w:hAnsiTheme="majorHAnsi" w:cstheme="majorHAnsi"/>
      </w:rPr>
    </w:pPr>
    <w:r w:rsidRPr="000E5245">
      <w:rPr>
        <w:rFonts w:asciiTheme="majorHAnsi" w:hAnsiTheme="majorHAnsi" w:cstheme="majorHAnsi"/>
        <w:noProof/>
        <w:lang w:val="en-GB" w:eastAsia="en-GB"/>
      </w:rPr>
      <w:drawing>
        <wp:anchor distT="0" distB="0" distL="114300" distR="114300" simplePos="0" relativeHeight="251659264" behindDoc="1" locked="0" layoutInCell="1" allowOverlap="1" wp14:anchorId="406F916A" wp14:editId="166283EE">
          <wp:simplePos x="0" y="0"/>
          <wp:positionH relativeFrom="column">
            <wp:posOffset>5196205</wp:posOffset>
          </wp:positionH>
          <wp:positionV relativeFrom="paragraph">
            <wp:posOffset>-252730</wp:posOffset>
          </wp:positionV>
          <wp:extent cx="1209675" cy="585470"/>
          <wp:effectExtent l="0" t="0" r="9525" b="5080"/>
          <wp:wrapTight wrapText="bothSides">
            <wp:wrapPolygon edited="0">
              <wp:start x="0" y="0"/>
              <wp:lineTo x="0" y="21085"/>
              <wp:lineTo x="21430" y="21085"/>
              <wp:lineTo x="2143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GHN_logo_digital_letterhead_small.png"/>
                  <pic:cNvPicPr/>
                </pic:nvPicPr>
                <pic:blipFill>
                  <a:blip r:embed="rId1">
                    <a:extLst>
                      <a:ext uri="{28A0092B-C50C-407E-A947-70E740481C1C}">
                        <a14:useLocalDpi xmlns:a14="http://schemas.microsoft.com/office/drawing/2010/main" val="0"/>
                      </a:ext>
                    </a:extLst>
                  </a:blip>
                  <a:stretch>
                    <a:fillRect/>
                  </a:stretch>
                </pic:blipFill>
                <pic:spPr>
                  <a:xfrm>
                    <a:off x="0" y="0"/>
                    <a:ext cx="1209675" cy="585470"/>
                  </a:xfrm>
                  <a:prstGeom prst="rect">
                    <a:avLst/>
                  </a:prstGeom>
                </pic:spPr>
              </pic:pic>
            </a:graphicData>
          </a:graphic>
          <wp14:sizeRelH relativeFrom="margin">
            <wp14:pctWidth>0</wp14:pctWidth>
          </wp14:sizeRelH>
          <wp14:sizeRelV relativeFrom="margin">
            <wp14:pctHeight>0</wp14:pctHeight>
          </wp14:sizeRelV>
        </wp:anchor>
      </w:drawing>
    </w:r>
    <w:r w:rsidRPr="000E5245">
      <w:rPr>
        <w:rFonts w:asciiTheme="majorHAnsi" w:hAnsiTheme="majorHAnsi" w:cstheme="majorHAnsi"/>
        <w:noProof/>
        <w:lang w:val="en-GB" w:eastAsia="en-GB"/>
      </w:rPr>
      <w:drawing>
        <wp:anchor distT="0" distB="0" distL="114300" distR="114300" simplePos="0" relativeHeight="251658240" behindDoc="1" locked="0" layoutInCell="1" allowOverlap="1" wp14:anchorId="486F12E0" wp14:editId="5B207522">
          <wp:simplePos x="0" y="0"/>
          <wp:positionH relativeFrom="column">
            <wp:posOffset>4472293</wp:posOffset>
          </wp:positionH>
          <wp:positionV relativeFrom="paragraph">
            <wp:posOffset>-267862</wp:posOffset>
          </wp:positionV>
          <wp:extent cx="627211" cy="603849"/>
          <wp:effectExtent l="0" t="0" r="1905" b="6350"/>
          <wp:wrapTight wrapText="bothSides">
            <wp:wrapPolygon edited="0">
              <wp:start x="0" y="0"/>
              <wp:lineTo x="0" y="21145"/>
              <wp:lineTo x="21009" y="21145"/>
              <wp:lineTo x="21009" y="0"/>
              <wp:lineTo x="0" y="0"/>
            </wp:wrapPolygon>
          </wp:wrapTight>
          <wp:docPr id="1" name="Picture 1" descr="wellcome-trust-vector-logo - WestW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llcome-trust-vector-logo - WestWon"/>
                  <pic:cNvPicPr>
                    <a:picLocks noChangeAspect="1" noChangeArrowheads="1"/>
                  </pic:cNvPicPr>
                </pic:nvPicPr>
                <pic:blipFill rotWithShape="1">
                  <a:blip r:embed="rId2">
                    <a:extLst>
                      <a:ext uri="{28A0092B-C50C-407E-A947-70E740481C1C}">
                        <a14:useLocalDpi xmlns:a14="http://schemas.microsoft.com/office/drawing/2010/main" val="0"/>
                      </a:ext>
                    </a:extLst>
                  </a:blip>
                  <a:srcRect l="20890" r="21426"/>
                  <a:stretch/>
                </pic:blipFill>
                <pic:spPr bwMode="auto">
                  <a:xfrm>
                    <a:off x="0" y="0"/>
                    <a:ext cx="627211" cy="603849"/>
                  </a:xfrm>
                  <a:prstGeom prst="rect">
                    <a:avLst/>
                  </a:prstGeom>
                  <a:noFill/>
                  <a:ln>
                    <a:noFill/>
                  </a:ln>
                  <a:extLst>
                    <a:ext uri="{53640926-AAD7-44D8-BBD7-CCE9431645EC}">
                      <a14:shadowObscured xmlns:a14="http://schemas.microsoft.com/office/drawing/2010/main"/>
                    </a:ext>
                  </a:extLst>
                </pic:spPr>
              </pic:pic>
            </a:graphicData>
          </a:graphic>
        </wp:anchor>
      </w:drawing>
    </w:r>
    <w:r w:rsidRPr="000E5245">
      <w:rPr>
        <w:rFonts w:asciiTheme="majorHAnsi" w:hAnsiTheme="majorHAnsi" w:cstheme="majorHAnsi"/>
      </w:rPr>
      <w:t>2024, v.1</w:t>
    </w:r>
  </w:p>
  <w:p w14:paraId="134F2A59" w14:textId="31735706" w:rsidR="009405A0" w:rsidRDefault="009405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3743F"/>
    <w:rsid w:val="00050A6B"/>
    <w:rsid w:val="0006063C"/>
    <w:rsid w:val="00066610"/>
    <w:rsid w:val="0006686B"/>
    <w:rsid w:val="00067005"/>
    <w:rsid w:val="000C76CD"/>
    <w:rsid w:val="000E5245"/>
    <w:rsid w:val="001216B9"/>
    <w:rsid w:val="00133462"/>
    <w:rsid w:val="0015074B"/>
    <w:rsid w:val="00160251"/>
    <w:rsid w:val="001D5008"/>
    <w:rsid w:val="001E1860"/>
    <w:rsid w:val="001F0737"/>
    <w:rsid w:val="002157C0"/>
    <w:rsid w:val="00216C35"/>
    <w:rsid w:val="00221D44"/>
    <w:rsid w:val="002353D5"/>
    <w:rsid w:val="00246CE4"/>
    <w:rsid w:val="00263FC0"/>
    <w:rsid w:val="00281209"/>
    <w:rsid w:val="0029639D"/>
    <w:rsid w:val="00326F90"/>
    <w:rsid w:val="0037744C"/>
    <w:rsid w:val="003D2006"/>
    <w:rsid w:val="00416994"/>
    <w:rsid w:val="00416C11"/>
    <w:rsid w:val="00425D4E"/>
    <w:rsid w:val="004310BE"/>
    <w:rsid w:val="00456CD4"/>
    <w:rsid w:val="00466DCC"/>
    <w:rsid w:val="004670AD"/>
    <w:rsid w:val="00471F4F"/>
    <w:rsid w:val="004802F2"/>
    <w:rsid w:val="004A297B"/>
    <w:rsid w:val="004A641F"/>
    <w:rsid w:val="004B593C"/>
    <w:rsid w:val="004C198A"/>
    <w:rsid w:val="004C1A06"/>
    <w:rsid w:val="004C256C"/>
    <w:rsid w:val="004C3B98"/>
    <w:rsid w:val="004E65D1"/>
    <w:rsid w:val="004F4174"/>
    <w:rsid w:val="004F4361"/>
    <w:rsid w:val="00512D43"/>
    <w:rsid w:val="00532B03"/>
    <w:rsid w:val="0054592A"/>
    <w:rsid w:val="00577E77"/>
    <w:rsid w:val="005818C9"/>
    <w:rsid w:val="00581B8B"/>
    <w:rsid w:val="00596A25"/>
    <w:rsid w:val="005A3A89"/>
    <w:rsid w:val="005A685C"/>
    <w:rsid w:val="005E64D9"/>
    <w:rsid w:val="005E7952"/>
    <w:rsid w:val="005F3FAF"/>
    <w:rsid w:val="006279FC"/>
    <w:rsid w:val="006320B9"/>
    <w:rsid w:val="00637DFC"/>
    <w:rsid w:val="00642606"/>
    <w:rsid w:val="006650F9"/>
    <w:rsid w:val="00675D91"/>
    <w:rsid w:val="00687B67"/>
    <w:rsid w:val="006A5EC7"/>
    <w:rsid w:val="006D1AE1"/>
    <w:rsid w:val="006D5C1F"/>
    <w:rsid w:val="006E2A8C"/>
    <w:rsid w:val="006E4856"/>
    <w:rsid w:val="0071025C"/>
    <w:rsid w:val="0071113B"/>
    <w:rsid w:val="00713DDD"/>
    <w:rsid w:val="00720C51"/>
    <w:rsid w:val="007749AF"/>
    <w:rsid w:val="00785E33"/>
    <w:rsid w:val="00794EBC"/>
    <w:rsid w:val="007B10D4"/>
    <w:rsid w:val="007F0982"/>
    <w:rsid w:val="00821C8F"/>
    <w:rsid w:val="008257F3"/>
    <w:rsid w:val="00825CB1"/>
    <w:rsid w:val="00847564"/>
    <w:rsid w:val="008516AC"/>
    <w:rsid w:val="008714A8"/>
    <w:rsid w:val="0087638A"/>
    <w:rsid w:val="008B328A"/>
    <w:rsid w:val="008D3C5D"/>
    <w:rsid w:val="008F740F"/>
    <w:rsid w:val="00904914"/>
    <w:rsid w:val="00913BC8"/>
    <w:rsid w:val="00914D95"/>
    <w:rsid w:val="00914EAE"/>
    <w:rsid w:val="009200C0"/>
    <w:rsid w:val="00930F33"/>
    <w:rsid w:val="00933D5B"/>
    <w:rsid w:val="009405A0"/>
    <w:rsid w:val="0094743D"/>
    <w:rsid w:val="00965EE3"/>
    <w:rsid w:val="00976C61"/>
    <w:rsid w:val="0098354D"/>
    <w:rsid w:val="009A61B9"/>
    <w:rsid w:val="009B0986"/>
    <w:rsid w:val="009C25E8"/>
    <w:rsid w:val="009C3AF0"/>
    <w:rsid w:val="00A12EE5"/>
    <w:rsid w:val="00A40B8D"/>
    <w:rsid w:val="00A776BF"/>
    <w:rsid w:val="00A904E5"/>
    <w:rsid w:val="00A94E0F"/>
    <w:rsid w:val="00AA1D8D"/>
    <w:rsid w:val="00AB2452"/>
    <w:rsid w:val="00AC5682"/>
    <w:rsid w:val="00AD0785"/>
    <w:rsid w:val="00AD7287"/>
    <w:rsid w:val="00B4138A"/>
    <w:rsid w:val="00B47730"/>
    <w:rsid w:val="00B81BB0"/>
    <w:rsid w:val="00B87495"/>
    <w:rsid w:val="00BA4ABE"/>
    <w:rsid w:val="00BA4C2B"/>
    <w:rsid w:val="00BB169F"/>
    <w:rsid w:val="00BC51B6"/>
    <w:rsid w:val="00BD0140"/>
    <w:rsid w:val="00BD43D2"/>
    <w:rsid w:val="00C15D89"/>
    <w:rsid w:val="00C24502"/>
    <w:rsid w:val="00C64B17"/>
    <w:rsid w:val="00C7282F"/>
    <w:rsid w:val="00C74CBB"/>
    <w:rsid w:val="00C90D4E"/>
    <w:rsid w:val="00C9575D"/>
    <w:rsid w:val="00CB0664"/>
    <w:rsid w:val="00CB0D3C"/>
    <w:rsid w:val="00CF0EA4"/>
    <w:rsid w:val="00D21574"/>
    <w:rsid w:val="00D57E81"/>
    <w:rsid w:val="00D72822"/>
    <w:rsid w:val="00D87238"/>
    <w:rsid w:val="00DB1C47"/>
    <w:rsid w:val="00DB3A44"/>
    <w:rsid w:val="00DC0DFF"/>
    <w:rsid w:val="00DD3A8F"/>
    <w:rsid w:val="00DE454C"/>
    <w:rsid w:val="00DE601C"/>
    <w:rsid w:val="00E52DFA"/>
    <w:rsid w:val="00E82639"/>
    <w:rsid w:val="00E82C0D"/>
    <w:rsid w:val="00EB3DC0"/>
    <w:rsid w:val="00ED3244"/>
    <w:rsid w:val="00ED3852"/>
    <w:rsid w:val="00EF4A31"/>
    <w:rsid w:val="00F0740C"/>
    <w:rsid w:val="00F11A7D"/>
    <w:rsid w:val="00F2516D"/>
    <w:rsid w:val="00F267EA"/>
    <w:rsid w:val="00F368A8"/>
    <w:rsid w:val="00F6063B"/>
    <w:rsid w:val="00F70C79"/>
    <w:rsid w:val="00F7297A"/>
    <w:rsid w:val="00F9196A"/>
    <w:rsid w:val="00FC693F"/>
    <w:rsid w:val="00FD4E37"/>
    <w:rsid w:val="00FF0D0F"/>
    <w:rsid w:val="00FF23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0C17A9D"/>
  <w14:defaultImageDpi w14:val="300"/>
  <w15:docId w15:val="{BBBC883F-E58E-BB4C-A526-B24797FD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1216B9"/>
  </w:style>
  <w:style w:type="character" w:styleId="Hyperlink">
    <w:name w:val="Hyperlink"/>
    <w:basedOn w:val="DefaultParagraphFont"/>
    <w:uiPriority w:val="99"/>
    <w:unhideWhenUsed/>
    <w:rsid w:val="006E2A8C"/>
    <w:rPr>
      <w:color w:val="0000FF" w:themeColor="hyperlink"/>
      <w:u w:val="single"/>
    </w:rPr>
  </w:style>
  <w:style w:type="character" w:customStyle="1" w:styleId="UnresolvedMention">
    <w:name w:val="Unresolved Mention"/>
    <w:basedOn w:val="DefaultParagraphFont"/>
    <w:uiPriority w:val="99"/>
    <w:semiHidden/>
    <w:unhideWhenUsed/>
    <w:rsid w:val="006E2A8C"/>
    <w:rPr>
      <w:color w:val="605E5C"/>
      <w:shd w:val="clear" w:color="auto" w:fill="E1DFDD"/>
    </w:rPr>
  </w:style>
  <w:style w:type="character" w:styleId="CommentReference">
    <w:name w:val="annotation reference"/>
    <w:basedOn w:val="DefaultParagraphFont"/>
    <w:uiPriority w:val="99"/>
    <w:semiHidden/>
    <w:unhideWhenUsed/>
    <w:rsid w:val="008F740F"/>
    <w:rPr>
      <w:sz w:val="16"/>
      <w:szCs w:val="16"/>
    </w:rPr>
  </w:style>
  <w:style w:type="paragraph" w:styleId="CommentText">
    <w:name w:val="annotation text"/>
    <w:basedOn w:val="Normal"/>
    <w:link w:val="CommentTextChar"/>
    <w:uiPriority w:val="99"/>
    <w:semiHidden/>
    <w:unhideWhenUsed/>
    <w:rsid w:val="008F740F"/>
    <w:pPr>
      <w:spacing w:line="240" w:lineRule="auto"/>
    </w:pPr>
    <w:rPr>
      <w:sz w:val="20"/>
      <w:szCs w:val="20"/>
    </w:rPr>
  </w:style>
  <w:style w:type="character" w:customStyle="1" w:styleId="CommentTextChar">
    <w:name w:val="Comment Text Char"/>
    <w:basedOn w:val="DefaultParagraphFont"/>
    <w:link w:val="CommentText"/>
    <w:uiPriority w:val="99"/>
    <w:semiHidden/>
    <w:rsid w:val="008F740F"/>
    <w:rPr>
      <w:sz w:val="20"/>
      <w:szCs w:val="20"/>
    </w:rPr>
  </w:style>
  <w:style w:type="paragraph" w:styleId="CommentSubject">
    <w:name w:val="annotation subject"/>
    <w:basedOn w:val="CommentText"/>
    <w:next w:val="CommentText"/>
    <w:link w:val="CommentSubjectChar"/>
    <w:uiPriority w:val="99"/>
    <w:semiHidden/>
    <w:unhideWhenUsed/>
    <w:rsid w:val="008F740F"/>
    <w:rPr>
      <w:b/>
      <w:bCs/>
    </w:rPr>
  </w:style>
  <w:style w:type="character" w:customStyle="1" w:styleId="CommentSubjectChar">
    <w:name w:val="Comment Subject Char"/>
    <w:basedOn w:val="CommentTextChar"/>
    <w:link w:val="CommentSubject"/>
    <w:uiPriority w:val="99"/>
    <w:semiHidden/>
    <w:rsid w:val="008F740F"/>
    <w:rPr>
      <w:b/>
      <w:bCs/>
      <w:sz w:val="20"/>
      <w:szCs w:val="20"/>
    </w:rPr>
  </w:style>
  <w:style w:type="paragraph" w:styleId="NormalWeb">
    <w:name w:val="Normal (Web)"/>
    <w:basedOn w:val="Normal"/>
    <w:uiPriority w:val="99"/>
    <w:semiHidden/>
    <w:unhideWhenUsed/>
    <w:rsid w:val="00785E33"/>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5395757">
      <w:bodyDiv w:val="1"/>
      <w:marLeft w:val="0"/>
      <w:marRight w:val="0"/>
      <w:marTop w:val="0"/>
      <w:marBottom w:val="0"/>
      <w:divBdr>
        <w:top w:val="none" w:sz="0" w:space="0" w:color="auto"/>
        <w:left w:val="none" w:sz="0" w:space="0" w:color="auto"/>
        <w:bottom w:val="none" w:sz="0" w:space="0" w:color="auto"/>
        <w:right w:val="none" w:sz="0" w:space="0" w:color="auto"/>
      </w:divBdr>
    </w:div>
    <w:div w:id="152320359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7CD3FA-0295-47F7-BD40-F83B30286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TotalTime>
  <Pages>18</Pages>
  <Words>6460</Words>
  <Characters>36824</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43198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Ryan Walker</cp:lastModifiedBy>
  <cp:revision>6</cp:revision>
  <dcterms:created xsi:type="dcterms:W3CDTF">2024-03-05T20:40:00Z</dcterms:created>
  <dcterms:modified xsi:type="dcterms:W3CDTF">2024-03-06T12:09:00Z</dcterms:modified>
  <cp:category/>
</cp:coreProperties>
</file>